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857F7E" w14:textId="2C98CCAF" w:rsidR="003C52B2" w:rsidRDefault="00B629D7" w:rsidP="009707CD">
      <w:pPr>
        <w:pStyle w:val="Nadpis1"/>
        <w:rPr>
          <w:lang w:eastAsia="cs-CZ"/>
        </w:rPr>
      </w:pPr>
      <w:bookmarkStart w:id="0" w:name="_Toc223113833"/>
      <w:r>
        <w:rPr>
          <w:lang w:eastAsia="cs-CZ"/>
        </w:rPr>
        <w:t>Ekosystém Google</w:t>
      </w:r>
      <w:r w:rsidR="0084140B">
        <w:rPr>
          <w:lang w:eastAsia="cs-CZ"/>
        </w:rPr>
        <w:t xml:space="preserve"> pro občanskou vědu</w:t>
      </w:r>
      <w:bookmarkEnd w:id="0"/>
    </w:p>
    <w:p w14:paraId="6509B00C" w14:textId="77777777" w:rsidR="001B3A1C" w:rsidRDefault="001B3A1C" w:rsidP="001B3A1C">
      <w:pPr>
        <w:rPr>
          <w:lang w:eastAsia="cs-CZ"/>
        </w:rPr>
      </w:pPr>
      <w:r w:rsidRPr="001B3A1C">
        <w:rPr>
          <w:lang w:eastAsia="cs-CZ"/>
        </w:rPr>
        <w:t xml:space="preserve">V předchozích kapitolách jste si osvojili základy práce s e-mailem (Gmail), zálohování a sdílení snímků (Google Fotky) a prozkoumali jste dvě klíčové aplikace pro občanskou vědu: Merlin a </w:t>
      </w:r>
      <w:proofErr w:type="spellStart"/>
      <w:r w:rsidRPr="001B3A1C">
        <w:rPr>
          <w:lang w:eastAsia="cs-CZ"/>
        </w:rPr>
        <w:t>iNaturalist</w:t>
      </w:r>
      <w:proofErr w:type="spellEnd"/>
      <w:r w:rsidRPr="001B3A1C">
        <w:rPr>
          <w:lang w:eastAsia="cs-CZ"/>
        </w:rPr>
        <w:t xml:space="preserve">. Díky nim už umíte bezpečně zaznamenat pozorování a předat je komunitě k ověření. </w:t>
      </w:r>
    </w:p>
    <w:p w14:paraId="7B701BB0" w14:textId="09BAF9B1" w:rsidR="001B3A1C" w:rsidRPr="001B3A1C" w:rsidRDefault="001B3A1C" w:rsidP="001B3A1C">
      <w:pPr>
        <w:rPr>
          <w:lang w:eastAsia="cs-CZ"/>
        </w:rPr>
      </w:pPr>
      <w:r w:rsidRPr="001B3A1C">
        <w:rPr>
          <w:lang w:eastAsia="cs-CZ"/>
        </w:rPr>
        <w:t xml:space="preserve">Nyní se zaměříme na to, </w:t>
      </w:r>
      <w:r w:rsidRPr="001B3A1C">
        <w:rPr>
          <w:b/>
          <w:bCs/>
          <w:lang w:eastAsia="cs-CZ"/>
        </w:rPr>
        <w:t>jak si kolem těchto aktivit vybudovat jednoduché a spolehlivé pracovní zázemí</w:t>
      </w:r>
      <w:r w:rsidRPr="001B3A1C">
        <w:rPr>
          <w:lang w:eastAsia="cs-CZ"/>
        </w:rPr>
        <w:t>: kde systematicky ukládat materiály, jak je sdílet s ostatními, jak vést stručný deník, jednoduchou tabulku pozorování a jak si připravit podkladovou mapu lokality.</w:t>
      </w:r>
    </w:p>
    <w:p w14:paraId="16E31E22" w14:textId="77777777" w:rsidR="001B3A1C" w:rsidRDefault="001B3A1C" w:rsidP="001B3A1C">
      <w:pPr>
        <w:rPr>
          <w:lang w:eastAsia="cs-CZ"/>
        </w:rPr>
      </w:pPr>
      <w:r w:rsidRPr="001B3A1C">
        <w:rPr>
          <w:lang w:eastAsia="cs-CZ"/>
        </w:rPr>
        <w:t xml:space="preserve">Cílem této kapitoly je vytvořit </w:t>
      </w:r>
      <w:r w:rsidRPr="001B3A1C">
        <w:rPr>
          <w:b/>
          <w:bCs/>
          <w:lang w:eastAsia="cs-CZ"/>
        </w:rPr>
        <w:t>jednoduchý pracovní rámec</w:t>
      </w:r>
      <w:r w:rsidRPr="001B3A1C">
        <w:rPr>
          <w:lang w:eastAsia="cs-CZ"/>
        </w:rPr>
        <w:t>, který podpoří vaši samostatnost i spolupráci s dalšími účastníky. Výsledkem bude srozumitelná struktura složek, jasná pravidla sdílení a základní dokumenty, na které navážeme v závěrečné praktické části kurzu.</w:t>
      </w:r>
    </w:p>
    <w:p w14:paraId="579C5D82" w14:textId="24BC3898" w:rsidR="001B3A1C" w:rsidRPr="001B3A1C" w:rsidRDefault="001B3A1C" w:rsidP="001B3A1C">
      <w:pPr>
        <w:rPr>
          <w:lang w:eastAsia="cs-CZ"/>
        </w:rPr>
      </w:pPr>
      <w:r>
        <w:rPr>
          <w:lang w:eastAsia="cs-CZ"/>
        </w:rPr>
        <w:t xml:space="preserve">Vše, co se naučíme, využijeme pro náš závěrečný projekt, v jehož rámci si založíme svůj vlastní projekt pozorování v aplikaci </w:t>
      </w:r>
      <w:proofErr w:type="spellStart"/>
      <w:r>
        <w:rPr>
          <w:lang w:eastAsia="cs-CZ"/>
        </w:rPr>
        <w:t>iNaturalist</w:t>
      </w:r>
      <w:proofErr w:type="spellEnd"/>
      <w:r w:rsidRPr="00CD22A9">
        <w:rPr>
          <w:lang w:eastAsia="cs-CZ"/>
        </w:rPr>
        <w:t xml:space="preserve"> </w:t>
      </w:r>
      <w:r>
        <w:rPr>
          <w:lang w:eastAsia="cs-CZ"/>
        </w:rPr>
        <w:t>a vytvoření vlastní komunity pozorovatelů</w:t>
      </w:r>
      <w:r w:rsidRPr="00CD22A9">
        <w:rPr>
          <w:lang w:eastAsia="cs-CZ"/>
        </w:rPr>
        <w:t>.</w:t>
      </w:r>
    </w:p>
    <w:p w14:paraId="40B209CB" w14:textId="075A8955" w:rsidR="00CD22A9" w:rsidRPr="00CD22A9" w:rsidRDefault="001B3A1C" w:rsidP="00CD22A9">
      <w:pPr>
        <w:rPr>
          <w:lang w:eastAsia="cs-CZ"/>
        </w:rPr>
      </w:pPr>
      <w:r>
        <w:rPr>
          <w:b/>
          <w:bCs/>
          <w:lang w:eastAsia="cs-CZ"/>
        </w:rPr>
        <w:t xml:space="preserve">Jaké znalosti si tedy </w:t>
      </w:r>
      <w:r w:rsidR="00CD22A9" w:rsidRPr="00CD22A9">
        <w:rPr>
          <w:b/>
          <w:bCs/>
          <w:lang w:eastAsia="cs-CZ"/>
        </w:rPr>
        <w:t>z</w:t>
      </w:r>
      <w:r>
        <w:rPr>
          <w:b/>
          <w:bCs/>
          <w:lang w:eastAsia="cs-CZ"/>
        </w:rPr>
        <w:t xml:space="preserve"> této </w:t>
      </w:r>
      <w:r w:rsidR="00CD22A9" w:rsidRPr="00CD22A9">
        <w:rPr>
          <w:b/>
          <w:bCs/>
          <w:lang w:eastAsia="cs-CZ"/>
        </w:rPr>
        <w:t>kapitoly odnesete</w:t>
      </w:r>
      <w:r>
        <w:rPr>
          <w:b/>
          <w:bCs/>
          <w:lang w:eastAsia="cs-CZ"/>
        </w:rPr>
        <w:t>? Budete umět vytvořit:</w:t>
      </w:r>
    </w:p>
    <w:p w14:paraId="092E7EFA" w14:textId="77777777" w:rsidR="00CD22A9" w:rsidRPr="00CD22A9" w:rsidRDefault="00CD22A9" w:rsidP="001B3A1C">
      <w:pPr>
        <w:pStyle w:val="OdrkyMSWORD"/>
        <w:rPr>
          <w:lang w:eastAsia="cs-CZ"/>
        </w:rPr>
      </w:pPr>
      <w:r w:rsidRPr="00CD22A9">
        <w:rPr>
          <w:lang w:eastAsia="cs-CZ"/>
        </w:rPr>
        <w:t xml:space="preserve">Jednoduchou </w:t>
      </w:r>
      <w:r w:rsidRPr="00CD22A9">
        <w:rPr>
          <w:b/>
          <w:bCs/>
          <w:lang w:eastAsia="cs-CZ"/>
        </w:rPr>
        <w:t>projektovou složku</w:t>
      </w:r>
      <w:r w:rsidRPr="00CD22A9">
        <w:rPr>
          <w:lang w:eastAsia="cs-CZ"/>
        </w:rPr>
        <w:t xml:space="preserve"> na Disku Google se srozumitelnou strukturou.</w:t>
      </w:r>
    </w:p>
    <w:p w14:paraId="57C9E235" w14:textId="77777777" w:rsidR="00CD22A9" w:rsidRPr="00CD22A9" w:rsidRDefault="00CD22A9" w:rsidP="001B3A1C">
      <w:pPr>
        <w:pStyle w:val="OdrkyMSWORD"/>
        <w:rPr>
          <w:lang w:eastAsia="cs-CZ"/>
        </w:rPr>
      </w:pPr>
      <w:r w:rsidRPr="00CD22A9">
        <w:rPr>
          <w:b/>
          <w:bCs/>
          <w:lang w:eastAsia="cs-CZ"/>
        </w:rPr>
        <w:t>Deník</w:t>
      </w:r>
      <w:r w:rsidRPr="00CD22A9">
        <w:rPr>
          <w:lang w:eastAsia="cs-CZ"/>
        </w:rPr>
        <w:t xml:space="preserve"> v Dokumentech Google a </w:t>
      </w:r>
      <w:r w:rsidRPr="00CD22A9">
        <w:rPr>
          <w:b/>
          <w:bCs/>
          <w:lang w:eastAsia="cs-CZ"/>
        </w:rPr>
        <w:t>tabulku pozorování</w:t>
      </w:r>
      <w:r w:rsidRPr="00CD22A9">
        <w:rPr>
          <w:lang w:eastAsia="cs-CZ"/>
        </w:rPr>
        <w:t xml:space="preserve"> v Tabulkách Google.</w:t>
      </w:r>
    </w:p>
    <w:p w14:paraId="76F7FD97" w14:textId="64E8E192" w:rsidR="00CD22A9" w:rsidRPr="00CD22A9" w:rsidRDefault="001B3A1C" w:rsidP="001B3A1C">
      <w:pPr>
        <w:pStyle w:val="OdrkyMSWORD"/>
        <w:rPr>
          <w:lang w:eastAsia="cs-CZ"/>
        </w:rPr>
      </w:pPr>
      <w:r>
        <w:rPr>
          <w:lang w:eastAsia="cs-CZ"/>
        </w:rPr>
        <w:t>Dokážete připravit z</w:t>
      </w:r>
      <w:r w:rsidR="00CD22A9" w:rsidRPr="00CD22A9">
        <w:rPr>
          <w:lang w:eastAsia="cs-CZ"/>
        </w:rPr>
        <w:t xml:space="preserve">áklad </w:t>
      </w:r>
      <w:r w:rsidR="00CD22A9" w:rsidRPr="00CD22A9">
        <w:rPr>
          <w:b/>
          <w:bCs/>
          <w:lang w:eastAsia="cs-CZ"/>
        </w:rPr>
        <w:t>mapy lokality</w:t>
      </w:r>
      <w:r w:rsidR="00CD22A9" w:rsidRPr="00CD22A9">
        <w:rPr>
          <w:lang w:eastAsia="cs-CZ"/>
        </w:rPr>
        <w:t xml:space="preserve"> v My </w:t>
      </w:r>
      <w:proofErr w:type="spellStart"/>
      <w:r w:rsidR="00CD22A9" w:rsidRPr="00CD22A9">
        <w:rPr>
          <w:lang w:eastAsia="cs-CZ"/>
        </w:rPr>
        <w:t>Maps</w:t>
      </w:r>
      <w:proofErr w:type="spellEnd"/>
      <w:r>
        <w:rPr>
          <w:lang w:eastAsia="cs-CZ"/>
        </w:rPr>
        <w:t xml:space="preserve"> (Google </w:t>
      </w:r>
      <w:proofErr w:type="spellStart"/>
      <w:r>
        <w:rPr>
          <w:lang w:eastAsia="cs-CZ"/>
        </w:rPr>
        <w:t>Earth</w:t>
      </w:r>
      <w:proofErr w:type="spellEnd"/>
      <w:r>
        <w:rPr>
          <w:lang w:eastAsia="cs-CZ"/>
        </w:rPr>
        <w:t>)</w:t>
      </w:r>
      <w:r w:rsidR="00CD22A9" w:rsidRPr="00CD22A9">
        <w:rPr>
          <w:lang w:eastAsia="cs-CZ"/>
        </w:rPr>
        <w:t>, připravený pro import dat.</w:t>
      </w:r>
    </w:p>
    <w:p w14:paraId="22C8911A" w14:textId="700692C4" w:rsidR="00CD22A9" w:rsidRPr="00CD22A9" w:rsidRDefault="001B3A1C" w:rsidP="001B3A1C">
      <w:pPr>
        <w:pStyle w:val="OdrkyMSWORD"/>
        <w:rPr>
          <w:lang w:eastAsia="cs-CZ"/>
        </w:rPr>
      </w:pPr>
      <w:r>
        <w:rPr>
          <w:lang w:eastAsia="cs-CZ"/>
        </w:rPr>
        <w:t>Získáte j</w:t>
      </w:r>
      <w:r w:rsidR="00CD22A9" w:rsidRPr="00CD22A9">
        <w:rPr>
          <w:lang w:eastAsia="cs-CZ"/>
        </w:rPr>
        <w:t xml:space="preserve">istotu v </w:t>
      </w:r>
      <w:r w:rsidR="00CD22A9" w:rsidRPr="00CD22A9">
        <w:rPr>
          <w:b/>
          <w:bCs/>
          <w:lang w:eastAsia="cs-CZ"/>
        </w:rPr>
        <w:t>bezpečném sdílení</w:t>
      </w:r>
      <w:r w:rsidR="00CD22A9" w:rsidRPr="00CD22A9">
        <w:rPr>
          <w:lang w:eastAsia="cs-CZ"/>
        </w:rPr>
        <w:t xml:space="preserve"> souborů a rychlé </w:t>
      </w:r>
      <w:r w:rsidR="00CD22A9" w:rsidRPr="00CD22A9">
        <w:rPr>
          <w:b/>
          <w:bCs/>
          <w:lang w:eastAsia="cs-CZ"/>
        </w:rPr>
        <w:t>online poradě</w:t>
      </w:r>
      <w:r w:rsidR="00CD22A9" w:rsidRPr="00CD22A9">
        <w:rPr>
          <w:lang w:eastAsia="cs-CZ"/>
        </w:rPr>
        <w:t xml:space="preserve"> (Meet).</w:t>
      </w:r>
    </w:p>
    <w:p w14:paraId="25064B7F" w14:textId="77777777" w:rsidR="001B3A1C" w:rsidRPr="001B3A1C" w:rsidRDefault="001B3A1C" w:rsidP="001B3A1C">
      <w:pPr>
        <w:pStyle w:val="Nadpis2"/>
      </w:pPr>
      <w:bookmarkStart w:id="1" w:name="_Toc223113834"/>
      <w:r w:rsidRPr="001B3A1C">
        <w:t>Disk Google — pořádek ve složkách a bezpečné sdílení</w:t>
      </w:r>
      <w:bookmarkEnd w:id="1"/>
    </w:p>
    <w:p w14:paraId="726A6528" w14:textId="77777777" w:rsidR="00203B6A" w:rsidRDefault="001B3A1C" w:rsidP="001B3A1C">
      <w:pPr>
        <w:spacing w:before="120"/>
        <w:rPr>
          <w:lang w:eastAsia="cs-CZ"/>
        </w:rPr>
      </w:pPr>
      <w:r w:rsidRPr="001B3A1C">
        <w:rPr>
          <w:lang w:eastAsia="cs-CZ"/>
        </w:rPr>
        <w:t xml:space="preserve">Prvním krokem k přehledné práci je </w:t>
      </w:r>
      <w:r>
        <w:rPr>
          <w:lang w:eastAsia="cs-CZ"/>
        </w:rPr>
        <w:t xml:space="preserve">vytvořit </w:t>
      </w:r>
      <w:r w:rsidRPr="001B3A1C">
        <w:rPr>
          <w:b/>
          <w:bCs/>
          <w:lang w:eastAsia="cs-CZ"/>
        </w:rPr>
        <w:t>jedno společné místo</w:t>
      </w:r>
      <w:r w:rsidRPr="001B3A1C">
        <w:rPr>
          <w:lang w:eastAsia="cs-CZ"/>
        </w:rPr>
        <w:t>, kde budou všechny soubory k</w:t>
      </w:r>
      <w:r w:rsidR="00203B6A">
        <w:rPr>
          <w:lang w:eastAsia="cs-CZ"/>
        </w:rPr>
        <w:t> </w:t>
      </w:r>
      <w:r w:rsidRPr="001B3A1C">
        <w:rPr>
          <w:lang w:eastAsia="cs-CZ"/>
        </w:rPr>
        <w:t xml:space="preserve">projektu pohromadě: fotografie a zvuky z terénu, exporty z </w:t>
      </w:r>
      <w:proofErr w:type="spellStart"/>
      <w:r w:rsidRPr="001B3A1C">
        <w:rPr>
          <w:lang w:eastAsia="cs-CZ"/>
        </w:rPr>
        <w:t>iNaturalistu</w:t>
      </w:r>
      <w:proofErr w:type="spellEnd"/>
      <w:r w:rsidRPr="001B3A1C">
        <w:rPr>
          <w:lang w:eastAsia="cs-CZ"/>
        </w:rPr>
        <w:t xml:space="preserve">, pracovní zápisky i mapové podklady. </w:t>
      </w:r>
    </w:p>
    <w:p w14:paraId="7D8B1F19" w14:textId="55F6A6D0" w:rsidR="001B3A1C" w:rsidRDefault="001B3A1C" w:rsidP="001B3A1C">
      <w:pPr>
        <w:spacing w:before="120"/>
        <w:rPr>
          <w:lang w:eastAsia="cs-CZ"/>
        </w:rPr>
      </w:pPr>
      <w:r w:rsidRPr="001B3A1C">
        <w:rPr>
          <w:lang w:eastAsia="cs-CZ"/>
        </w:rPr>
        <w:t>Disk Google umožňuje vytvořit jednoduchou strukturu složek, přidělit k nim přístup konkrétním lidem a kdykoli zkontrolovat, kdo co vidí. Tento pořádek šetří čas a současně chrání citlivé informace (například přesné souřadnice).</w:t>
      </w:r>
    </w:p>
    <w:p w14:paraId="7EEC1BE7" w14:textId="52622FDA" w:rsidR="00203B6A" w:rsidRDefault="00203B6A" w:rsidP="00203B6A">
      <w:pPr>
        <w:ind w:left="1276"/>
        <w:rPr>
          <w:lang w:eastAsia="cs-CZ"/>
        </w:rPr>
      </w:pPr>
      <w:r w:rsidRPr="00203B6A">
        <w:rPr>
          <w:b/>
          <w:bCs/>
          <w:lang w:eastAsia="cs-CZ"/>
        </w:rPr>
        <w:t xml:space="preserve">Poznámka </w:t>
      </w:r>
      <w:r>
        <w:rPr>
          <w:lang w:eastAsia="cs-CZ"/>
        </w:rPr>
        <w:t>– nyní je čas vzpomenout si na obsah lekce prvního kurzu, který vysvětloval roli Průzkumníka při organizaci obsahu počítače. Disk Google je v podstatě totéž, jen neorganizujete složky a soubory ve svém počítači, ale v tzv. cloudovém úložišti, které jste získali zdarma společně s účtem Gmail.</w:t>
      </w:r>
    </w:p>
    <w:p w14:paraId="5D350BB9" w14:textId="4E59F065" w:rsidR="001B3A1C" w:rsidRPr="001B3A1C" w:rsidRDefault="001B3A1C" w:rsidP="00203B6A">
      <w:pPr>
        <w:pStyle w:val="Nadpis3"/>
      </w:pPr>
      <w:bookmarkStart w:id="2" w:name="_Toc223113835"/>
      <w:r w:rsidRPr="001B3A1C">
        <w:t>Vytvoření složky a doporučená struktura</w:t>
      </w:r>
      <w:r w:rsidR="00203B6A">
        <w:t xml:space="preserve"> (na příkladu projektu pozorování s aplikací </w:t>
      </w:r>
      <w:proofErr w:type="spellStart"/>
      <w:r w:rsidR="00203B6A">
        <w:t>iNaturalista</w:t>
      </w:r>
      <w:proofErr w:type="spellEnd"/>
      <w:r w:rsidR="00203B6A">
        <w:t>)</w:t>
      </w:r>
      <w:bookmarkEnd w:id="2"/>
    </w:p>
    <w:p w14:paraId="1505C027" w14:textId="2095C887" w:rsidR="00203B6A" w:rsidRDefault="001B3A1C" w:rsidP="001B3A1C">
      <w:pPr>
        <w:rPr>
          <w:lang w:eastAsia="cs-CZ"/>
        </w:rPr>
      </w:pPr>
      <w:r w:rsidRPr="001B3A1C">
        <w:rPr>
          <w:lang w:eastAsia="cs-CZ"/>
        </w:rPr>
        <w:t xml:space="preserve">Začněte zřízením </w:t>
      </w:r>
      <w:r w:rsidRPr="001B3A1C">
        <w:rPr>
          <w:b/>
          <w:bCs/>
          <w:lang w:eastAsia="cs-CZ"/>
        </w:rPr>
        <w:t>hlavní složky projektu</w:t>
      </w:r>
      <w:r w:rsidRPr="001B3A1C">
        <w:rPr>
          <w:lang w:eastAsia="cs-CZ"/>
        </w:rPr>
        <w:t xml:space="preserve">. </w:t>
      </w:r>
      <w:r w:rsidR="00203B6A">
        <w:rPr>
          <w:lang w:eastAsia="cs-CZ"/>
        </w:rPr>
        <w:t>Vytvoření nové složky by pro vás už neměl být problém, ale pro jistotu ukazujeme na následujícím obrázku, kde najdete ikonu nová složka. Nezapomínejte, že také v aplikacích Google platí pravidla pro použití pravého tlačítka myši.</w:t>
      </w:r>
    </w:p>
    <w:p w14:paraId="2998BB56" w14:textId="1BAEE324" w:rsidR="00BB0C12" w:rsidRDefault="00BB0C12" w:rsidP="001B3A1C">
      <w:pPr>
        <w:rPr>
          <w:lang w:eastAsia="cs-CZ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36576" behindDoc="0" locked="0" layoutInCell="1" allowOverlap="1" wp14:anchorId="46486D3C" wp14:editId="7253C2C7">
                <wp:simplePos x="0" y="0"/>
                <wp:positionH relativeFrom="margin">
                  <wp:align>center</wp:align>
                </wp:positionH>
                <wp:positionV relativeFrom="paragraph">
                  <wp:posOffset>789752</wp:posOffset>
                </wp:positionV>
                <wp:extent cx="4126096" cy="624084"/>
                <wp:effectExtent l="0" t="495300" r="0" b="443230"/>
                <wp:wrapNone/>
                <wp:docPr id="434843170" name="Šipka: doleva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629926" flipH="1">
                          <a:off x="0" y="0"/>
                          <a:ext cx="4126096" cy="624084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C3938C" w14:textId="655D0565" w:rsidR="00BB0C12" w:rsidRDefault="00BB0C12" w:rsidP="00BB0C12">
                            <w:pPr>
                              <w:jc w:val="center"/>
                            </w:pPr>
                            <w:r>
                              <w:t>Otevřeme Google disk (ekvivalent průzkumníka v cloudovém úložišti)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486D3C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Šipka: doleva 104" o:spid="_x0000_s1026" type="#_x0000_t66" style="position:absolute;left:0;text-align:left;margin-left:0;margin-top:62.2pt;width:324.9pt;height:49.15pt;rotation:1059579fd;flip:x;z-index:25173657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" adj="1634" fillcolor="white [3201]" strokecolor="#f79646 [3209]" strokeweight="2pt">
                <v:textbox>
                  <w:txbxContent>
                    <w:p w14:paraId="07C3938C" w14:textId="655D0565" w:rsidR="00BB0C12" w:rsidRDefault="00BB0C12" w:rsidP="00BB0C12">
                      <w:pPr>
                        <w:jc w:val="center"/>
                      </w:pPr>
                      <w:r>
                        <w:t>Otevřeme Google disk (ekvivalent průzkumníka v cloudovém úložišti)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5EF58BA5" wp14:editId="326E5F8E">
            <wp:extent cx="5972810" cy="2720975"/>
            <wp:effectExtent l="0" t="0" r="8890" b="3175"/>
            <wp:docPr id="975581208" name="Obrázek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5581208" name="Obrázek 975581208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272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B52F90" w14:textId="1F4CA177" w:rsidR="00203B6A" w:rsidRDefault="00BB0C12" w:rsidP="001B3A1C">
      <w:pPr>
        <w:rPr>
          <w:lang w:eastAsia="cs-CZ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34528" behindDoc="0" locked="0" layoutInCell="1" allowOverlap="1" wp14:anchorId="31B2E873" wp14:editId="71904863">
                <wp:simplePos x="0" y="0"/>
                <wp:positionH relativeFrom="column">
                  <wp:posOffset>698759</wp:posOffset>
                </wp:positionH>
                <wp:positionV relativeFrom="paragraph">
                  <wp:posOffset>655928</wp:posOffset>
                </wp:positionV>
                <wp:extent cx="2446986" cy="624084"/>
                <wp:effectExtent l="0" t="304800" r="10795" b="271780"/>
                <wp:wrapNone/>
                <wp:docPr id="1565774393" name="Šipka: doleva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95839">
                          <a:off x="0" y="0"/>
                          <a:ext cx="2446986" cy="624084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100251" w14:textId="2EEDCC84" w:rsidR="00BB0C12" w:rsidRDefault="00BB0C12" w:rsidP="00BB0C12">
                            <w:pPr>
                              <w:jc w:val="center"/>
                            </w:pPr>
                            <w:r>
                              <w:t>Vytvoříme novou složku</w:t>
                            </w:r>
                          </w:p>
                          <w:p w14:paraId="6776E65C" w14:textId="77777777" w:rsidR="00BB0C12" w:rsidRDefault="00BB0C12" w:rsidP="00BB0C1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B2E873" id="_x0000_s1027" type="#_x0000_t66" style="position:absolute;left:0;text-align:left;margin-left:55pt;margin-top:51.65pt;width:192.7pt;height:49.15pt;rotation:1306175fd;z-index:251734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" adj="2754" fillcolor="white [3201]" strokecolor="#f79646 [3209]" strokeweight="2pt">
                <v:textbox>
                  <w:txbxContent>
                    <w:p w14:paraId="61100251" w14:textId="2EEDCC84" w:rsidR="00BB0C12" w:rsidRDefault="00BB0C12" w:rsidP="00BB0C12">
                      <w:pPr>
                        <w:jc w:val="center"/>
                      </w:pPr>
                      <w:r>
                        <w:t>Vytvoříme novou složku</w:t>
                      </w:r>
                    </w:p>
                    <w:p w14:paraId="6776E65C" w14:textId="77777777" w:rsidR="00BB0C12" w:rsidRDefault="00BB0C12" w:rsidP="00BB0C12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54948C93" wp14:editId="70F754E8">
            <wp:extent cx="5972810" cy="3081020"/>
            <wp:effectExtent l="0" t="0" r="8890" b="5080"/>
            <wp:docPr id="1992424620" name="Obrázek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2424620" name="Obrázek 1992424620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08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0FABF8" w14:textId="77FE9325" w:rsidR="001B3A1C" w:rsidRDefault="001B3A1C" w:rsidP="001B3A1C">
      <w:pPr>
        <w:rPr>
          <w:lang w:eastAsia="cs-CZ"/>
        </w:rPr>
      </w:pPr>
      <w:r w:rsidRPr="001B3A1C">
        <w:rPr>
          <w:lang w:eastAsia="cs-CZ"/>
        </w:rPr>
        <w:t>Uvnitř</w:t>
      </w:r>
      <w:r w:rsidR="00BB0C12">
        <w:rPr>
          <w:lang w:eastAsia="cs-CZ"/>
        </w:rPr>
        <w:t xml:space="preserve"> nově vytvořené hlavní složky</w:t>
      </w:r>
      <w:r w:rsidRPr="001B3A1C">
        <w:rPr>
          <w:lang w:eastAsia="cs-CZ"/>
        </w:rPr>
        <w:t xml:space="preserve"> si připravte několik pod-složek podle typu materiálu. Díky tomu hned víte, kam co patří, a nemusíte soubory složitě dohledávat</w:t>
      </w:r>
      <w:proofErr w:type="gramStart"/>
      <w:r w:rsidR="00BB0C12">
        <w:rPr>
          <w:lang w:eastAsia="cs-CZ"/>
        </w:rPr>
        <w:t>-(</w:t>
      </w:r>
      <w:proofErr w:type="gramEnd"/>
      <w:r w:rsidR="00BB0C12">
        <w:rPr>
          <w:lang w:eastAsia="cs-CZ"/>
        </w:rPr>
        <w:t>nyní uplatňujeme znalosti, které jsme se naučili v prvním kurzu, v modulu, kdy jsme se učili ovládat počítač).</w:t>
      </w:r>
    </w:p>
    <w:p w14:paraId="439BF53C" w14:textId="6EBD5259" w:rsidR="00BB0C12" w:rsidRPr="001B3A1C" w:rsidRDefault="00BB0C12" w:rsidP="001B3A1C">
      <w:pPr>
        <w:rPr>
          <w:lang w:eastAsia="cs-CZ"/>
        </w:rPr>
      </w:pPr>
      <w:r>
        <w:rPr>
          <w:lang w:eastAsia="cs-CZ"/>
        </w:rPr>
        <w:t>Zkuste vytvořit následující strukturu složek na svém Google disku</w:t>
      </w:r>
    </w:p>
    <w:p w14:paraId="0F453B4A" w14:textId="7475265D" w:rsidR="001B3A1C" w:rsidRPr="001B3A1C" w:rsidRDefault="001B3A1C" w:rsidP="00BB0C12">
      <w:pPr>
        <w:pStyle w:val="OdrkyMSWORD"/>
        <w:rPr>
          <w:lang w:eastAsia="cs-CZ"/>
        </w:rPr>
      </w:pPr>
      <w:r w:rsidRPr="001B3A1C">
        <w:rPr>
          <w:lang w:eastAsia="cs-CZ"/>
        </w:rPr>
        <w:t>Název hlavní složky: například „</w:t>
      </w:r>
      <w:proofErr w:type="spellStart"/>
      <w:r w:rsidRPr="00BB0C12">
        <w:rPr>
          <w:b/>
          <w:bCs/>
          <w:lang w:eastAsia="cs-CZ"/>
        </w:rPr>
        <w:t>Obcanska_veda</w:t>
      </w:r>
      <w:proofErr w:type="spellEnd"/>
      <w:r w:rsidRPr="001B3A1C">
        <w:rPr>
          <w:lang w:eastAsia="cs-CZ"/>
        </w:rPr>
        <w:t>“.</w:t>
      </w:r>
    </w:p>
    <w:p w14:paraId="620A05B5" w14:textId="77777777" w:rsidR="00BB0C12" w:rsidRDefault="001B3A1C" w:rsidP="00BB0C12">
      <w:pPr>
        <w:pStyle w:val="OdrkyMSWORD"/>
        <w:rPr>
          <w:lang w:eastAsia="cs-CZ"/>
        </w:rPr>
      </w:pPr>
      <w:r w:rsidRPr="001B3A1C">
        <w:rPr>
          <w:lang w:eastAsia="cs-CZ"/>
        </w:rPr>
        <w:t>Doporučené podsložky:</w:t>
      </w:r>
    </w:p>
    <w:p w14:paraId="66AD73CB" w14:textId="34C2978C" w:rsidR="00BB0C12" w:rsidRDefault="001B3A1C" w:rsidP="00290105">
      <w:pPr>
        <w:pStyle w:val="OdrkyMSWORD"/>
        <w:numPr>
          <w:ilvl w:val="1"/>
          <w:numId w:val="50"/>
        </w:numPr>
        <w:rPr>
          <w:lang w:eastAsia="cs-CZ"/>
        </w:rPr>
      </w:pPr>
      <w:r w:rsidRPr="00BB0C12">
        <w:rPr>
          <w:b/>
          <w:bCs/>
          <w:lang w:eastAsia="cs-CZ"/>
        </w:rPr>
        <w:t>Fotky</w:t>
      </w:r>
      <w:r w:rsidRPr="001B3A1C">
        <w:rPr>
          <w:lang w:eastAsia="cs-CZ"/>
        </w:rPr>
        <w:t xml:space="preserve"> — </w:t>
      </w:r>
      <w:r w:rsidR="00BB0C12">
        <w:rPr>
          <w:lang w:eastAsia="cs-CZ"/>
        </w:rPr>
        <w:t xml:space="preserve">sem můžete ukládat </w:t>
      </w:r>
      <w:r w:rsidRPr="001B3A1C">
        <w:rPr>
          <w:lang w:eastAsia="cs-CZ"/>
        </w:rPr>
        <w:t>pracovní i vybrané snímky z terénu.</w:t>
      </w:r>
    </w:p>
    <w:p w14:paraId="721D99C6" w14:textId="283C9EFE" w:rsidR="00BB0C12" w:rsidRDefault="001B3A1C" w:rsidP="00290105">
      <w:pPr>
        <w:pStyle w:val="OdrkyMSWORD"/>
        <w:numPr>
          <w:ilvl w:val="1"/>
          <w:numId w:val="50"/>
        </w:numPr>
        <w:rPr>
          <w:lang w:eastAsia="cs-CZ"/>
        </w:rPr>
      </w:pPr>
      <w:r w:rsidRPr="001B3A1C">
        <w:rPr>
          <w:b/>
          <w:bCs/>
          <w:lang w:eastAsia="cs-CZ"/>
        </w:rPr>
        <w:t xml:space="preserve">Zvuk </w:t>
      </w:r>
      <w:r w:rsidRPr="001B3A1C">
        <w:rPr>
          <w:lang w:eastAsia="cs-CZ"/>
        </w:rPr>
        <w:t>— nahrávky hlasů ptáků či jiných organismů.</w:t>
      </w:r>
    </w:p>
    <w:p w14:paraId="541C8DC6" w14:textId="38AC348A" w:rsidR="00BB0C12" w:rsidRDefault="001B3A1C" w:rsidP="00290105">
      <w:pPr>
        <w:pStyle w:val="OdrkyMSWORD"/>
        <w:numPr>
          <w:ilvl w:val="1"/>
          <w:numId w:val="50"/>
        </w:numPr>
        <w:rPr>
          <w:lang w:eastAsia="cs-CZ"/>
        </w:rPr>
      </w:pPr>
      <w:r w:rsidRPr="001B3A1C">
        <w:rPr>
          <w:b/>
          <w:bCs/>
          <w:lang w:eastAsia="cs-CZ"/>
        </w:rPr>
        <w:t xml:space="preserve">Dokumenty </w:t>
      </w:r>
      <w:r w:rsidRPr="001B3A1C">
        <w:rPr>
          <w:lang w:eastAsia="cs-CZ"/>
        </w:rPr>
        <w:t>— společný deník, poznámky, stručné metodiky.</w:t>
      </w:r>
    </w:p>
    <w:p w14:paraId="79D694A3" w14:textId="416869CD" w:rsidR="001B3A1C" w:rsidRPr="001B3A1C" w:rsidRDefault="001B3A1C" w:rsidP="00290105">
      <w:pPr>
        <w:pStyle w:val="OdrkyMSWORD"/>
        <w:numPr>
          <w:ilvl w:val="1"/>
          <w:numId w:val="50"/>
        </w:numPr>
        <w:rPr>
          <w:lang w:eastAsia="cs-CZ"/>
        </w:rPr>
      </w:pPr>
      <w:r w:rsidRPr="001B3A1C">
        <w:rPr>
          <w:b/>
          <w:bCs/>
          <w:lang w:eastAsia="cs-CZ"/>
        </w:rPr>
        <w:t xml:space="preserve">Tabulky </w:t>
      </w:r>
      <w:r w:rsidRPr="001B3A1C">
        <w:rPr>
          <w:lang w:eastAsia="cs-CZ"/>
        </w:rPr>
        <w:t>— jednoduchý přehled pozorování.</w:t>
      </w:r>
    </w:p>
    <w:p w14:paraId="070C02C3" w14:textId="5DAFA4E1" w:rsidR="001B3A1C" w:rsidRPr="001B3A1C" w:rsidRDefault="001B3A1C" w:rsidP="00290105">
      <w:pPr>
        <w:numPr>
          <w:ilvl w:val="1"/>
          <w:numId w:val="50"/>
        </w:numPr>
        <w:rPr>
          <w:lang w:eastAsia="cs-CZ"/>
        </w:rPr>
      </w:pPr>
      <w:r w:rsidRPr="001B3A1C">
        <w:rPr>
          <w:b/>
          <w:bCs/>
          <w:lang w:eastAsia="cs-CZ"/>
        </w:rPr>
        <w:t xml:space="preserve">Mapy </w:t>
      </w:r>
      <w:r w:rsidRPr="001B3A1C">
        <w:rPr>
          <w:lang w:eastAsia="cs-CZ"/>
        </w:rPr>
        <w:t>— podklady a exporty pro vlastní mapu lokality.</w:t>
      </w:r>
    </w:p>
    <w:p w14:paraId="72D2A6D6" w14:textId="2315B4E5" w:rsidR="001B3A1C" w:rsidRDefault="00BB0C12" w:rsidP="001B3A1C">
      <w:pPr>
        <w:rPr>
          <w:lang w:eastAsia="cs-CZ"/>
        </w:rPr>
      </w:pPr>
      <w:r>
        <w:rPr>
          <w:lang w:eastAsia="cs-CZ"/>
        </w:rPr>
        <w:t>Jakmile začnete do složek ukládat soubory, p</w:t>
      </w:r>
      <w:r w:rsidR="001B3A1C" w:rsidRPr="001B3A1C">
        <w:rPr>
          <w:lang w:eastAsia="cs-CZ"/>
        </w:rPr>
        <w:t xml:space="preserve">ro snazší vyhledávání je praktické </w:t>
      </w:r>
      <w:r w:rsidR="001B3A1C" w:rsidRPr="001B3A1C">
        <w:rPr>
          <w:b/>
          <w:bCs/>
          <w:lang w:eastAsia="cs-CZ"/>
        </w:rPr>
        <w:t>pojmenovávat soubory jednotně</w:t>
      </w:r>
      <w:r w:rsidR="001B3A1C" w:rsidRPr="001B3A1C">
        <w:rPr>
          <w:lang w:eastAsia="cs-CZ"/>
        </w:rPr>
        <w:t>.</w:t>
      </w:r>
      <w:r>
        <w:rPr>
          <w:lang w:eastAsia="cs-CZ"/>
        </w:rPr>
        <w:t xml:space="preserve"> </w:t>
      </w:r>
      <w:r w:rsidR="001B3A1C" w:rsidRPr="001B3A1C">
        <w:rPr>
          <w:lang w:eastAsia="cs-CZ"/>
        </w:rPr>
        <w:t>Doporučený vzor: RRRR-MM-</w:t>
      </w:r>
      <w:proofErr w:type="spellStart"/>
      <w:r w:rsidR="001B3A1C" w:rsidRPr="001B3A1C">
        <w:rPr>
          <w:lang w:eastAsia="cs-CZ"/>
        </w:rPr>
        <w:t>DD_misto_popis</w:t>
      </w:r>
      <w:proofErr w:type="spellEnd"/>
      <w:r>
        <w:rPr>
          <w:lang w:eastAsia="cs-CZ"/>
        </w:rPr>
        <w:t xml:space="preserve"> </w:t>
      </w:r>
      <w:r w:rsidR="001B3A1C" w:rsidRPr="001B3A1C">
        <w:rPr>
          <w:lang w:eastAsia="cs-CZ"/>
        </w:rPr>
        <w:t>Příklad: 2025-05-12_Sychrov_dub_letni.jpg nebo 2025-05-12_Sychrov_pozorovani.</w:t>
      </w:r>
    </w:p>
    <w:p w14:paraId="382E2FDE" w14:textId="77777777" w:rsidR="00BB0C12" w:rsidRDefault="00BB0C12" w:rsidP="00BB0C12">
      <w:pPr>
        <w:keepNext/>
      </w:pPr>
      <w:r>
        <w:rPr>
          <w:noProof/>
          <w:lang w:eastAsia="cs-CZ"/>
        </w:rPr>
        <w:drawing>
          <wp:inline distT="0" distB="0" distL="0" distR="0" wp14:anchorId="27652F7F" wp14:editId="530CC550">
            <wp:extent cx="4668592" cy="2691663"/>
            <wp:effectExtent l="0" t="0" r="0" b="0"/>
            <wp:docPr id="151292194" name="Obrázek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292194" name="Obrázek 151292194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89259" cy="2703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792640" w14:textId="2AB86147" w:rsidR="00BB0C12" w:rsidRDefault="00BB0C12" w:rsidP="00BB0C12">
      <w:pPr>
        <w:pStyle w:val="Titulek"/>
      </w:pPr>
      <w:r>
        <w:t xml:space="preserve">Obrázek </w:t>
      </w:r>
      <w:r>
        <w:fldChar w:fldCharType="begin"/>
      </w:r>
      <w:r>
        <w:instrText xml:space="preserve"> SEQ Obrázek \* ARABIC </w:instrText>
      </w:r>
      <w:r>
        <w:fldChar w:fldCharType="separate"/>
      </w:r>
      <w:r w:rsidR="00CB3137">
        <w:rPr>
          <w:noProof/>
        </w:rPr>
        <w:t>10</w:t>
      </w:r>
      <w:r>
        <w:fldChar w:fldCharType="end"/>
      </w:r>
      <w:r>
        <w:t xml:space="preserve"> Ukázka založení složky na Google disk pomocí pravého tlačítka myši</w:t>
      </w:r>
    </w:p>
    <w:p w14:paraId="1C52F56B" w14:textId="77777777" w:rsidR="000B0C73" w:rsidRDefault="000B0C73" w:rsidP="000B0C73">
      <w:pPr>
        <w:keepNext/>
      </w:pPr>
      <w:r>
        <w:rPr>
          <w:noProof/>
          <w:lang w:eastAsia="cs-CZ"/>
        </w:rPr>
        <w:drawing>
          <wp:inline distT="0" distB="0" distL="0" distR="0" wp14:anchorId="7DB9F11C" wp14:editId="0AFD22E6">
            <wp:extent cx="4900411" cy="2089682"/>
            <wp:effectExtent l="0" t="0" r="0" b="6350"/>
            <wp:docPr id="1190748513" name="Obrázek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0748513" name="Obrázek 1190748513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19561" cy="2097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1FABFB" w14:textId="1412B222" w:rsidR="00BB0C12" w:rsidRPr="001B3A1C" w:rsidRDefault="000B0C73" w:rsidP="000B0C73">
      <w:pPr>
        <w:pStyle w:val="Titulek"/>
        <w:rPr>
          <w:lang w:eastAsia="cs-CZ"/>
        </w:rPr>
      </w:pPr>
      <w:r>
        <w:t xml:space="preserve">Obrázek </w:t>
      </w:r>
      <w:r>
        <w:fldChar w:fldCharType="begin"/>
      </w:r>
      <w:r>
        <w:instrText xml:space="preserve"> SEQ Obrázek \* ARABIC </w:instrText>
      </w:r>
      <w:r>
        <w:fldChar w:fldCharType="separate"/>
      </w:r>
      <w:r w:rsidR="00CB3137">
        <w:rPr>
          <w:noProof/>
        </w:rPr>
        <w:t>11</w:t>
      </w:r>
      <w:r>
        <w:fldChar w:fldCharType="end"/>
      </w:r>
      <w:r>
        <w:t xml:space="preserve"> Výsledný obsah Google disk po založení nových složek</w:t>
      </w:r>
    </w:p>
    <w:p w14:paraId="16576232" w14:textId="531F8D24" w:rsidR="001B3A1C" w:rsidRPr="001B3A1C" w:rsidRDefault="001B3A1C" w:rsidP="000B0C73">
      <w:pPr>
        <w:pStyle w:val="Nadpis3"/>
      </w:pPr>
      <w:bookmarkStart w:id="3" w:name="_Toc223113836"/>
      <w:r w:rsidRPr="001B3A1C">
        <w:t>Nahrávání a třídění souborů</w:t>
      </w:r>
      <w:bookmarkEnd w:id="3"/>
    </w:p>
    <w:p w14:paraId="7C6E257C" w14:textId="7DB52D9B" w:rsidR="000B0C73" w:rsidRDefault="001B3A1C" w:rsidP="000B0C73">
      <w:pPr>
        <w:rPr>
          <w:lang w:eastAsia="cs-CZ"/>
        </w:rPr>
      </w:pPr>
      <w:r w:rsidRPr="001B3A1C">
        <w:rPr>
          <w:lang w:eastAsia="cs-CZ"/>
        </w:rPr>
        <w:t xml:space="preserve">Po každém terénním pozorování je vhodné soubory co nejdříve </w:t>
      </w:r>
      <w:r w:rsidRPr="001B3A1C">
        <w:rPr>
          <w:b/>
          <w:bCs/>
          <w:lang w:eastAsia="cs-CZ"/>
        </w:rPr>
        <w:t>přesunout do správných složek</w:t>
      </w:r>
      <w:r w:rsidRPr="001B3A1C">
        <w:rPr>
          <w:lang w:eastAsia="cs-CZ"/>
        </w:rPr>
        <w:t>. Vyhnete se tak pozdějšímu chaosu a ušetříte si práci při sdílení.</w:t>
      </w:r>
      <w:r w:rsidR="000B0C73">
        <w:rPr>
          <w:lang w:eastAsia="cs-CZ"/>
        </w:rPr>
        <w:t xml:space="preserve"> Tato pravidla jsme si podrobně vysvětlili v prvním kurzu – nahrávání a kopírování souborů do Google Disk se ve svých principech nijak neliší od práce v Průzkumníku.</w:t>
      </w:r>
    </w:p>
    <w:p w14:paraId="4B1126F6" w14:textId="77777777" w:rsidR="000B0C73" w:rsidRDefault="001B3A1C" w:rsidP="00290105">
      <w:pPr>
        <w:pStyle w:val="OdrkyMSWORD"/>
        <w:numPr>
          <w:ilvl w:val="0"/>
          <w:numId w:val="51"/>
        </w:numPr>
        <w:rPr>
          <w:lang w:eastAsia="cs-CZ"/>
        </w:rPr>
      </w:pPr>
      <w:r w:rsidRPr="001B3A1C">
        <w:rPr>
          <w:lang w:eastAsia="cs-CZ"/>
        </w:rPr>
        <w:t>Nahrajte fotografie do „Fotky“ a zvuky do „Zvuk“.</w:t>
      </w:r>
    </w:p>
    <w:p w14:paraId="08D1051F" w14:textId="77777777" w:rsidR="000B0C73" w:rsidRDefault="001B3A1C" w:rsidP="00290105">
      <w:pPr>
        <w:pStyle w:val="OdrkyMSWORD"/>
        <w:numPr>
          <w:ilvl w:val="0"/>
          <w:numId w:val="51"/>
        </w:numPr>
        <w:rPr>
          <w:lang w:eastAsia="cs-CZ"/>
        </w:rPr>
      </w:pPr>
      <w:r w:rsidRPr="001B3A1C">
        <w:rPr>
          <w:lang w:eastAsia="cs-CZ"/>
        </w:rPr>
        <w:t>Pokud si pořizujete krátké zápisky, ukládejte je do „Dokumenty“.</w:t>
      </w:r>
    </w:p>
    <w:p w14:paraId="61CE2E9B" w14:textId="5567C3D7" w:rsidR="001B3A1C" w:rsidRDefault="001B3A1C" w:rsidP="00290105">
      <w:pPr>
        <w:pStyle w:val="OdrkyMSWORD"/>
        <w:numPr>
          <w:ilvl w:val="0"/>
          <w:numId w:val="51"/>
        </w:numPr>
        <w:rPr>
          <w:lang w:eastAsia="cs-CZ"/>
        </w:rPr>
      </w:pPr>
      <w:r w:rsidRPr="001B3A1C">
        <w:rPr>
          <w:lang w:eastAsia="cs-CZ"/>
        </w:rPr>
        <w:t xml:space="preserve">V případě větší sady snímků z jedné akce vytvořte v „Fotky“ </w:t>
      </w:r>
      <w:r w:rsidRPr="001B3A1C">
        <w:rPr>
          <w:b/>
          <w:bCs/>
          <w:lang w:eastAsia="cs-CZ"/>
        </w:rPr>
        <w:t>podsložku</w:t>
      </w:r>
      <w:r w:rsidRPr="001B3A1C">
        <w:rPr>
          <w:lang w:eastAsia="cs-CZ"/>
        </w:rPr>
        <w:t xml:space="preserve"> se stejným názvem, jaký nese hlavní souhrnný soubor (datum a místo).</w:t>
      </w:r>
    </w:p>
    <w:p w14:paraId="3EAE87E4" w14:textId="77777777" w:rsidR="000B0C73" w:rsidRDefault="000B0C73" w:rsidP="000B0C73">
      <w:pPr>
        <w:rPr>
          <w:lang w:eastAsia="cs-CZ"/>
        </w:rPr>
      </w:pPr>
    </w:p>
    <w:p w14:paraId="7BCFA3C5" w14:textId="556D2A3C" w:rsidR="000B0C73" w:rsidRPr="001B3A1C" w:rsidRDefault="000B0C73" w:rsidP="000B0C73">
      <w:pPr>
        <w:rPr>
          <w:lang w:eastAsia="cs-CZ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39648" behindDoc="0" locked="0" layoutInCell="1" allowOverlap="1" wp14:anchorId="57FA2540" wp14:editId="7BC63784">
                <wp:simplePos x="0" y="0"/>
                <wp:positionH relativeFrom="column">
                  <wp:posOffset>3723121</wp:posOffset>
                </wp:positionH>
                <wp:positionV relativeFrom="paragraph">
                  <wp:posOffset>3852339</wp:posOffset>
                </wp:positionV>
                <wp:extent cx="2698124" cy="933719"/>
                <wp:effectExtent l="0" t="0" r="26035" b="19050"/>
                <wp:wrapNone/>
                <wp:docPr id="1868115294" name="Šipka: doleva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8124" cy="933719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D99F70" w14:textId="6286C2E6" w:rsidR="000B0C73" w:rsidRDefault="000B0C73" w:rsidP="000B0C73">
                            <w:pPr>
                              <w:jc w:val="center"/>
                            </w:pPr>
                            <w:r>
                              <w:t>Nahrané soubory se uloží do vybrané složky na Google Disk.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FA2540" id="Šipka: doleva 112" o:spid="_x0000_s1028" type="#_x0000_t66" style="position:absolute;left:0;text-align:left;margin-left:293.15pt;margin-top:303.35pt;width:212.45pt;height:73.5pt;z-index:25173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" adj="3737" fillcolor="white [3201]" strokecolor="#f79646 [3209]" strokeweight="2pt">
                <v:textbox>
                  <w:txbxContent>
                    <w:p w14:paraId="14D99F70" w14:textId="6286C2E6" w:rsidR="000B0C73" w:rsidRDefault="000B0C73" w:rsidP="000B0C73">
                      <w:pPr>
                        <w:jc w:val="center"/>
                      </w:pPr>
                      <w:r>
                        <w:t>Nahrané soubory se uloží do vybrané složky na Google Disk.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38624" behindDoc="0" locked="0" layoutInCell="1" allowOverlap="1" wp14:anchorId="255F6301" wp14:editId="08187DAA">
                <wp:simplePos x="0" y="0"/>
                <wp:positionH relativeFrom="margin">
                  <wp:align>left</wp:align>
                </wp:positionH>
                <wp:positionV relativeFrom="paragraph">
                  <wp:posOffset>1282807</wp:posOffset>
                </wp:positionV>
                <wp:extent cx="4005329" cy="1757698"/>
                <wp:effectExtent l="0" t="19050" r="33655" b="33020"/>
                <wp:wrapNone/>
                <wp:docPr id="496085974" name="Šipka: doprava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5329" cy="1757698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BE5911" w14:textId="078C759A" w:rsidR="000B0C73" w:rsidRDefault="000B0C73" w:rsidP="000B0C73">
                            <w:pPr>
                              <w:jc w:val="center"/>
                            </w:pPr>
                            <w:r>
                              <w:t>Krok 2 – vybereme soubory a klikneme na tlačítko otevřít (na obrázku vidíte vícenásobný výběr (držením klávesy CTRL + klikání na obrázky, které chcete vložit nebo CTRL + A vybere vše)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5F6301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Šipka: doprava 111" o:spid="_x0000_s1029" type="#_x0000_t13" style="position:absolute;left:0;text-align:left;margin-left:0;margin-top:101pt;width:315.4pt;height:138.4pt;z-index:2517386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" adj="16861" fillcolor="white [3201]" strokecolor="#f79646 [3209]" strokeweight="2pt">
                <v:textbox>
                  <w:txbxContent>
                    <w:p w14:paraId="68BE5911" w14:textId="078C759A" w:rsidR="000B0C73" w:rsidRDefault="000B0C73" w:rsidP="000B0C73">
                      <w:pPr>
                        <w:jc w:val="center"/>
                      </w:pPr>
                      <w:r>
                        <w:t>Krok 2 – vybereme soubory a klikneme na tlačítko otevřít (na obrázku vidíte vícenásobný výběr (držením klávesy CTRL + klikání na obrázky, které chcete vložit nebo CTRL + A vybere vše)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37600" behindDoc="0" locked="0" layoutInCell="1" allowOverlap="1" wp14:anchorId="590AA217" wp14:editId="7A961C6B">
                <wp:simplePos x="0" y="0"/>
                <wp:positionH relativeFrom="column">
                  <wp:posOffset>574836</wp:posOffset>
                </wp:positionH>
                <wp:positionV relativeFrom="paragraph">
                  <wp:posOffset>66192</wp:posOffset>
                </wp:positionV>
                <wp:extent cx="4597758" cy="618186"/>
                <wp:effectExtent l="0" t="0" r="12700" b="10795"/>
                <wp:wrapNone/>
                <wp:docPr id="373651438" name="Šipka: doleva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97758" cy="618186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04B29A" w14:textId="1D47559F" w:rsidR="000B0C73" w:rsidRDefault="000B0C73" w:rsidP="000B0C73">
                            <w:pPr>
                              <w:jc w:val="center"/>
                            </w:pPr>
                            <w:r>
                              <w:t>Krok 1 – v nabídce PŘIDAT vybereme položku NAHRÁT SOUBORY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90AA217" id="Šipka: doleva 110" o:spid="_x0000_s1030" type="#_x0000_t66" style="position:absolute;left:0;text-align:left;margin-left:45.25pt;margin-top:5.2pt;width:362.05pt;height:48.7pt;z-index:251737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" adj="1452" fillcolor="white [3201]" strokecolor="#f79646 [3209]" strokeweight="2pt">
                <v:textbox>
                  <w:txbxContent>
                    <w:p w14:paraId="3404B29A" w14:textId="1D47559F" w:rsidR="000B0C73" w:rsidRDefault="000B0C73" w:rsidP="000B0C73">
                      <w:pPr>
                        <w:jc w:val="center"/>
                      </w:pPr>
                      <w:r>
                        <w:t>Krok 1 – v nabídce PŘIDAT vybereme položku NAHRÁT SOUBORY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5BD5A2C6" wp14:editId="225F21E9">
            <wp:extent cx="5972810" cy="3163570"/>
            <wp:effectExtent l="0" t="0" r="8890" b="0"/>
            <wp:docPr id="602677772" name="Obrázek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2677772" name="Obrázek 602677772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16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 wp14:anchorId="2200CD93" wp14:editId="62169587">
            <wp:extent cx="5972810" cy="2536825"/>
            <wp:effectExtent l="0" t="0" r="8890" b="0"/>
            <wp:docPr id="1726663880" name="Obrázek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6663880" name="Obrázek 1726663880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253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DECE7E" w14:textId="557AD198" w:rsidR="001B3A1C" w:rsidRPr="001B3A1C" w:rsidRDefault="001B3A1C" w:rsidP="000B0C73">
      <w:pPr>
        <w:pStyle w:val="Nadpis3"/>
      </w:pPr>
      <w:r w:rsidRPr="001B3A1C">
        <w:t xml:space="preserve"> </w:t>
      </w:r>
      <w:bookmarkStart w:id="4" w:name="_Toc223113837"/>
      <w:r w:rsidRPr="001B3A1C">
        <w:t>Sdílení s konkrétními osobami a práva přístupu</w:t>
      </w:r>
      <w:bookmarkEnd w:id="4"/>
    </w:p>
    <w:p w14:paraId="27A49DFA" w14:textId="7C3B8F09" w:rsidR="001B3A1C" w:rsidRDefault="001B3A1C" w:rsidP="001B3A1C">
      <w:pPr>
        <w:rPr>
          <w:lang w:eastAsia="cs-CZ"/>
        </w:rPr>
      </w:pPr>
      <w:r w:rsidRPr="001B3A1C">
        <w:rPr>
          <w:lang w:eastAsia="cs-CZ"/>
        </w:rPr>
        <w:t>Sdílení s jasně určenými příjemci je nejbezpečnější cest</w:t>
      </w:r>
      <w:r w:rsidR="000B0C73">
        <w:rPr>
          <w:lang w:eastAsia="cs-CZ"/>
        </w:rPr>
        <w:t xml:space="preserve">a, jak </w:t>
      </w:r>
      <w:r w:rsidR="006A436B">
        <w:rPr>
          <w:lang w:eastAsia="cs-CZ"/>
        </w:rPr>
        <w:t>předávat informace po internetu</w:t>
      </w:r>
      <w:r w:rsidRPr="001B3A1C">
        <w:rPr>
          <w:lang w:eastAsia="cs-CZ"/>
        </w:rPr>
        <w:t xml:space="preserve">. Každému lze nastavit taková </w:t>
      </w:r>
      <w:r w:rsidRPr="001B3A1C">
        <w:rPr>
          <w:b/>
          <w:bCs/>
          <w:lang w:eastAsia="cs-CZ"/>
        </w:rPr>
        <w:t>oprávnění</w:t>
      </w:r>
      <w:r w:rsidRPr="001B3A1C">
        <w:rPr>
          <w:lang w:eastAsia="cs-CZ"/>
        </w:rPr>
        <w:t>, která odpovídají jeho roli v projektu.</w:t>
      </w:r>
      <w:r w:rsidR="006A436B">
        <w:rPr>
          <w:lang w:eastAsia="cs-CZ"/>
        </w:rPr>
        <w:t xml:space="preserve"> Jaká práva můžete nastavit u sdíleného souboru (zde si vzpomeňte na podobná pravidla z našeho kurzu </w:t>
      </w:r>
      <w:proofErr w:type="spellStart"/>
      <w:r w:rsidR="006A436B">
        <w:rPr>
          <w:lang w:eastAsia="cs-CZ"/>
        </w:rPr>
        <w:t>Canva</w:t>
      </w:r>
      <w:proofErr w:type="spellEnd"/>
      <w:r w:rsidR="006A436B">
        <w:rPr>
          <w:lang w:eastAsia="cs-CZ"/>
        </w:rPr>
        <w:t xml:space="preserve">): </w:t>
      </w:r>
    </w:p>
    <w:p w14:paraId="5F4FBA6F" w14:textId="77777777" w:rsidR="006A436B" w:rsidRDefault="001B3A1C" w:rsidP="00290105">
      <w:pPr>
        <w:pStyle w:val="OdrkyMSWORD"/>
        <w:numPr>
          <w:ilvl w:val="0"/>
          <w:numId w:val="52"/>
        </w:numPr>
        <w:rPr>
          <w:lang w:eastAsia="cs-CZ"/>
        </w:rPr>
      </w:pPr>
      <w:r w:rsidRPr="001B3A1C">
        <w:rPr>
          <w:lang w:eastAsia="cs-CZ"/>
        </w:rPr>
        <w:t>Prohlížet — adresát může soubory otevřít a číst; nic nepřepíše.</w:t>
      </w:r>
    </w:p>
    <w:p w14:paraId="6BF0813D" w14:textId="77777777" w:rsidR="006A436B" w:rsidRDefault="001B3A1C" w:rsidP="00290105">
      <w:pPr>
        <w:pStyle w:val="OdrkyMSWORD"/>
        <w:numPr>
          <w:ilvl w:val="0"/>
          <w:numId w:val="52"/>
        </w:numPr>
        <w:rPr>
          <w:lang w:eastAsia="cs-CZ"/>
        </w:rPr>
      </w:pPr>
      <w:r w:rsidRPr="001B3A1C">
        <w:rPr>
          <w:lang w:eastAsia="cs-CZ"/>
        </w:rPr>
        <w:t>Komentovat — může vkládat připomínky a poznámky (vhodné pro společné čtení).</w:t>
      </w:r>
    </w:p>
    <w:p w14:paraId="2EBD6D46" w14:textId="441EC821" w:rsidR="001B3A1C" w:rsidRPr="001B3A1C" w:rsidRDefault="001B3A1C" w:rsidP="00290105">
      <w:pPr>
        <w:pStyle w:val="OdrkyMSWORD"/>
        <w:numPr>
          <w:ilvl w:val="0"/>
          <w:numId w:val="52"/>
        </w:numPr>
        <w:rPr>
          <w:lang w:eastAsia="cs-CZ"/>
        </w:rPr>
      </w:pPr>
      <w:r w:rsidRPr="001B3A1C">
        <w:rPr>
          <w:lang w:eastAsia="cs-CZ"/>
        </w:rPr>
        <w:t>Upravovat — může soubory měnit a přidávat nové (vhodné pro spoluautory).</w:t>
      </w:r>
    </w:p>
    <w:p w14:paraId="3415EA80" w14:textId="4B04B043" w:rsidR="001B3A1C" w:rsidRDefault="001B3A1C" w:rsidP="006A436B">
      <w:pPr>
        <w:spacing w:before="120"/>
        <w:rPr>
          <w:lang w:eastAsia="cs-CZ"/>
        </w:rPr>
      </w:pPr>
      <w:r w:rsidRPr="001B3A1C">
        <w:rPr>
          <w:lang w:eastAsia="cs-CZ"/>
        </w:rPr>
        <w:t>Doporučení: hlavní složku projektu sdílejte na</w:t>
      </w:r>
      <w:r w:rsidR="006A436B">
        <w:rPr>
          <w:lang w:eastAsia="cs-CZ"/>
        </w:rPr>
        <w:t xml:space="preserve"> úroveň</w:t>
      </w:r>
      <w:r w:rsidRPr="001B3A1C">
        <w:rPr>
          <w:lang w:eastAsia="cs-CZ"/>
        </w:rPr>
        <w:t xml:space="preserve"> „Prohlížet“ pro širší okruh spolupracovníků a pouze vybrané dílčí složky (např. „Dokumenty“, „Tabulky“) na</w:t>
      </w:r>
      <w:r w:rsidR="006A436B">
        <w:rPr>
          <w:lang w:eastAsia="cs-CZ"/>
        </w:rPr>
        <w:t xml:space="preserve"> úroveň</w:t>
      </w:r>
      <w:r w:rsidRPr="001B3A1C">
        <w:rPr>
          <w:lang w:eastAsia="cs-CZ"/>
        </w:rPr>
        <w:t xml:space="preserve"> „Upravovat“ pro ty, kdo materiály skutečně editují.</w:t>
      </w:r>
    </w:p>
    <w:p w14:paraId="57368520" w14:textId="4A6BC8A8" w:rsidR="006A436B" w:rsidRDefault="006A436B" w:rsidP="006A436B">
      <w:pPr>
        <w:spacing w:before="120"/>
        <w:rPr>
          <w:lang w:eastAsia="cs-CZ"/>
        </w:rPr>
      </w:pPr>
      <w:r>
        <w:rPr>
          <w:lang w:eastAsia="cs-CZ"/>
        </w:rPr>
        <w:t>Nejjednodušší způsob, jak vyvolat nabídku „sdílet“, je použitím pravého tlačítka myši u složky nebo souboru, k němuž chcete udělit přístup.</w:t>
      </w:r>
    </w:p>
    <w:p w14:paraId="200DBE38" w14:textId="77777777" w:rsidR="006A436B" w:rsidRDefault="006A436B" w:rsidP="006A436B">
      <w:pPr>
        <w:keepNext/>
        <w:spacing w:before="120"/>
      </w:pPr>
      <w:r>
        <w:rPr>
          <w:noProof/>
          <w:lang w:eastAsia="cs-CZ"/>
        </w:rPr>
        <w:drawing>
          <wp:inline distT="0" distB="0" distL="0" distR="0" wp14:anchorId="0845C844" wp14:editId="124A226C">
            <wp:extent cx="5734345" cy="2940201"/>
            <wp:effectExtent l="0" t="0" r="0" b="0"/>
            <wp:docPr id="399578619" name="Obrázek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578619" name="Obrázek 399578619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4345" cy="2940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CB3FEE" w14:textId="263949D1" w:rsidR="006A436B" w:rsidRPr="001B3A1C" w:rsidRDefault="006A436B" w:rsidP="006A436B">
      <w:pPr>
        <w:pStyle w:val="Titulek"/>
        <w:rPr>
          <w:lang w:eastAsia="cs-CZ"/>
        </w:rPr>
      </w:pPr>
      <w:r>
        <w:t xml:space="preserve">Obrázek </w:t>
      </w:r>
      <w:r>
        <w:fldChar w:fldCharType="begin"/>
      </w:r>
      <w:r>
        <w:instrText xml:space="preserve"> SEQ Obrázek \* ARABIC </w:instrText>
      </w:r>
      <w:r>
        <w:fldChar w:fldCharType="separate"/>
      </w:r>
      <w:r w:rsidR="00CB3137">
        <w:rPr>
          <w:noProof/>
        </w:rPr>
        <w:t>12</w:t>
      </w:r>
      <w:r>
        <w:fldChar w:fldCharType="end"/>
      </w:r>
      <w:r>
        <w:t xml:space="preserve"> Ukázka udělení přístupových práv k souboru v adresáři na Google disk přes kontextovou nabídku vyvolanou pravým tlačítkem myši</w:t>
      </w:r>
    </w:p>
    <w:p w14:paraId="47D202B2" w14:textId="1E8AB769" w:rsidR="001B3A1C" w:rsidRPr="001B3A1C" w:rsidRDefault="001B3A1C" w:rsidP="006A436B">
      <w:pPr>
        <w:pStyle w:val="Nadpis3"/>
      </w:pPr>
      <w:bookmarkStart w:id="5" w:name="_Toc223113838"/>
      <w:r w:rsidRPr="001B3A1C">
        <w:t>Sdílení odkazem a kdy se mu vyhnout</w:t>
      </w:r>
      <w:bookmarkEnd w:id="5"/>
    </w:p>
    <w:p w14:paraId="0BAD7A79" w14:textId="77777777" w:rsidR="006A436B" w:rsidRDefault="001B3A1C" w:rsidP="006A436B">
      <w:pPr>
        <w:tabs>
          <w:tab w:val="num" w:pos="720"/>
        </w:tabs>
        <w:rPr>
          <w:lang w:eastAsia="cs-CZ"/>
        </w:rPr>
      </w:pPr>
      <w:r w:rsidRPr="001B3A1C">
        <w:rPr>
          <w:lang w:eastAsia="cs-CZ"/>
        </w:rPr>
        <w:t>Sdílení odkazem je rychlé, ale méně vhodné pro citlivé podklady. Pokud je zapnuté sdílení „kdokoli s odkazem“, může se odkaz nechtěně dostat k lidem, kteří k souborům nemají mít přístup.</w:t>
      </w:r>
    </w:p>
    <w:p w14:paraId="53B7CB95" w14:textId="77777777" w:rsidR="006A436B" w:rsidRDefault="001B3A1C" w:rsidP="00290105">
      <w:pPr>
        <w:pStyle w:val="OdrkyMSWORD"/>
        <w:numPr>
          <w:ilvl w:val="0"/>
          <w:numId w:val="53"/>
        </w:numPr>
        <w:rPr>
          <w:lang w:eastAsia="cs-CZ"/>
        </w:rPr>
      </w:pPr>
      <w:r w:rsidRPr="001B3A1C">
        <w:rPr>
          <w:lang w:eastAsia="cs-CZ"/>
        </w:rPr>
        <w:t xml:space="preserve">Pro </w:t>
      </w:r>
      <w:r w:rsidRPr="006A436B">
        <w:rPr>
          <w:b/>
          <w:bCs/>
          <w:lang w:eastAsia="cs-CZ"/>
        </w:rPr>
        <w:t>veřejné materiály</w:t>
      </w:r>
      <w:r w:rsidRPr="001B3A1C">
        <w:rPr>
          <w:lang w:eastAsia="cs-CZ"/>
        </w:rPr>
        <w:t xml:space="preserve"> (např. leták, ukázkové snímky bez polohy) je odkaz praktický.</w:t>
      </w:r>
    </w:p>
    <w:p w14:paraId="746B1088" w14:textId="77777777" w:rsidR="006A436B" w:rsidRDefault="001B3A1C" w:rsidP="00290105">
      <w:pPr>
        <w:pStyle w:val="OdrkyMSWORD"/>
        <w:numPr>
          <w:ilvl w:val="0"/>
          <w:numId w:val="53"/>
        </w:numPr>
        <w:rPr>
          <w:lang w:eastAsia="cs-CZ"/>
        </w:rPr>
      </w:pPr>
      <w:r w:rsidRPr="001B3A1C">
        <w:rPr>
          <w:lang w:eastAsia="cs-CZ"/>
        </w:rPr>
        <w:t xml:space="preserve">Pro </w:t>
      </w:r>
      <w:r w:rsidRPr="001B3A1C">
        <w:rPr>
          <w:b/>
          <w:bCs/>
          <w:lang w:eastAsia="cs-CZ"/>
        </w:rPr>
        <w:t>citlivé soubory</w:t>
      </w:r>
      <w:r w:rsidRPr="001B3A1C">
        <w:rPr>
          <w:lang w:eastAsia="cs-CZ"/>
        </w:rPr>
        <w:t xml:space="preserve"> (např. souřadnice, úplné exporty pozorování) používejte </w:t>
      </w:r>
      <w:r w:rsidRPr="001B3A1C">
        <w:rPr>
          <w:b/>
          <w:bCs/>
          <w:lang w:eastAsia="cs-CZ"/>
        </w:rPr>
        <w:t>výhradně sdílení na konkrétní e-maily</w:t>
      </w:r>
      <w:r w:rsidRPr="001B3A1C">
        <w:rPr>
          <w:lang w:eastAsia="cs-CZ"/>
        </w:rPr>
        <w:t>.</w:t>
      </w:r>
    </w:p>
    <w:p w14:paraId="3F41F117" w14:textId="10093EB2" w:rsidR="001B3A1C" w:rsidRDefault="006A436B" w:rsidP="00290105">
      <w:pPr>
        <w:pStyle w:val="OdrkyMSWORD"/>
        <w:numPr>
          <w:ilvl w:val="0"/>
          <w:numId w:val="53"/>
        </w:numPr>
        <w:rPr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741696" behindDoc="0" locked="0" layoutInCell="1" allowOverlap="1" wp14:anchorId="589A6A2C" wp14:editId="0F0072F5">
            <wp:simplePos x="0" y="0"/>
            <wp:positionH relativeFrom="margin">
              <wp:align>left</wp:align>
            </wp:positionH>
            <wp:positionV relativeFrom="paragraph">
              <wp:posOffset>2021536</wp:posOffset>
            </wp:positionV>
            <wp:extent cx="2762250" cy="603250"/>
            <wp:effectExtent l="0" t="0" r="0" b="6350"/>
            <wp:wrapSquare wrapText="bothSides"/>
            <wp:docPr id="1464846570" name="Obrázek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4846570" name="Obrázek 1464846570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603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42720" behindDoc="0" locked="0" layoutInCell="1" allowOverlap="1" wp14:anchorId="1AA4AD18" wp14:editId="07B75A5D">
                <wp:simplePos x="0" y="0"/>
                <wp:positionH relativeFrom="column">
                  <wp:posOffset>2524680</wp:posOffset>
                </wp:positionH>
                <wp:positionV relativeFrom="paragraph">
                  <wp:posOffset>1951122</wp:posOffset>
                </wp:positionV>
                <wp:extent cx="2067864" cy="257578"/>
                <wp:effectExtent l="38100" t="171450" r="46990" b="257175"/>
                <wp:wrapNone/>
                <wp:docPr id="318898894" name="Šipka: doleva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950404">
                          <a:off x="0" y="0"/>
                          <a:ext cx="2067864" cy="257578"/>
                        </a:xfrm>
                        <a:prstGeom prst="leftArrow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CF25608" id="Šipka: doleva 117" o:spid="_x0000_s1026" type="#_x0000_t66" style="position:absolute;margin-left:198.8pt;margin-top:153.65pt;width:162.8pt;height:20.3pt;rotation:-709532fd;z-index:251742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" adj="1345" fillcolor="#f79646 [3209]" strokecolor="#f68c36 [3049]">
                <v:fill color2="#fbcaa2 [1625]" rotate="t" angle="180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 w:rsidR="001B3A1C" w:rsidRPr="001B3A1C">
        <w:rPr>
          <w:lang w:eastAsia="cs-CZ"/>
        </w:rPr>
        <w:t xml:space="preserve">Před odesláním odkazu vždy zkontrolujte </w:t>
      </w:r>
      <w:r w:rsidR="001B3A1C" w:rsidRPr="001B3A1C">
        <w:rPr>
          <w:b/>
          <w:bCs/>
          <w:lang w:eastAsia="cs-CZ"/>
        </w:rPr>
        <w:t>aktuální nastavení přístupů</w:t>
      </w:r>
      <w:r w:rsidR="001B3A1C" w:rsidRPr="001B3A1C">
        <w:rPr>
          <w:lang w:eastAsia="cs-CZ"/>
        </w:rPr>
        <w:t xml:space="preserve"> u dané složky či souboru.</w:t>
      </w:r>
    </w:p>
    <w:p w14:paraId="4ECBFE92" w14:textId="4DB6E2D8" w:rsidR="006A436B" w:rsidRPr="001B3A1C" w:rsidRDefault="006A436B" w:rsidP="006A436B">
      <w:pPr>
        <w:rPr>
          <w:lang w:eastAsia="cs-CZ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44768" behindDoc="0" locked="0" layoutInCell="1" allowOverlap="1" wp14:anchorId="6F6505C3" wp14:editId="090E2CF3">
                <wp:simplePos x="0" y="0"/>
                <wp:positionH relativeFrom="column">
                  <wp:posOffset>1128628</wp:posOffset>
                </wp:positionH>
                <wp:positionV relativeFrom="paragraph">
                  <wp:posOffset>2959771</wp:posOffset>
                </wp:positionV>
                <wp:extent cx="3161030" cy="414655"/>
                <wp:effectExtent l="0" t="952500" r="0" b="937895"/>
                <wp:wrapNone/>
                <wp:docPr id="154363642" name="Šipka: doleva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536218" flipH="1">
                          <a:off x="0" y="0"/>
                          <a:ext cx="3161030" cy="414655"/>
                        </a:xfrm>
                        <a:prstGeom prst="leftArrow">
                          <a:avLst>
                            <a:gd name="adj1" fmla="val 33838"/>
                            <a:gd name="adj2" fmla="val 111799"/>
                          </a:avLst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CD82FB" id="Šipka: doleva 117" o:spid="_x0000_s1026" type="#_x0000_t66" style="position:absolute;margin-left:88.85pt;margin-top:233.05pt;width:248.9pt;height:32.65pt;rotation:-2770226fd;flip:x;z-index:25174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" adj="3168,7145" fillcolor="#f79646 [3209]" strokecolor="#f68c36 [3049]">
                <v:fill color2="#fbcaa2 [1625]" rotate="t" angle="180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>
        <w:rPr>
          <w:noProof/>
          <w:lang w:eastAsia="cs-CZ"/>
        </w:rPr>
        <w:drawing>
          <wp:anchor distT="0" distB="0" distL="114300" distR="114300" simplePos="0" relativeHeight="251740672" behindDoc="0" locked="0" layoutInCell="1" allowOverlap="1" wp14:anchorId="3485CD94" wp14:editId="6855D0A7">
            <wp:simplePos x="0" y="0"/>
            <wp:positionH relativeFrom="column">
              <wp:posOffset>1726</wp:posOffset>
            </wp:positionH>
            <wp:positionV relativeFrom="paragraph">
              <wp:posOffset>-2370</wp:posOffset>
            </wp:positionV>
            <wp:extent cx="5283472" cy="2228965"/>
            <wp:effectExtent l="0" t="0" r="0" b="0"/>
            <wp:wrapSquare wrapText="bothSides"/>
            <wp:docPr id="8288552" name="Obrázek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88552" name="Obrázek 8288552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83472" cy="2228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inline distT="0" distB="0" distL="0" distR="0" wp14:anchorId="6F89D8C0" wp14:editId="4CCB30B2">
            <wp:extent cx="5972810" cy="2894965"/>
            <wp:effectExtent l="0" t="0" r="8890" b="635"/>
            <wp:docPr id="743915742" name="Obrázek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3915742" name="Obrázek 743915742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2894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84731B" w14:textId="1B48A007" w:rsidR="001B3A1C" w:rsidRPr="001B3A1C" w:rsidRDefault="001B3A1C" w:rsidP="006A436B">
      <w:pPr>
        <w:pStyle w:val="Nadpis3"/>
      </w:pPr>
      <w:bookmarkStart w:id="6" w:name="_Toc223113839"/>
      <w:r w:rsidRPr="001B3A1C">
        <w:t xml:space="preserve">Nejčastější </w:t>
      </w:r>
      <w:r w:rsidR="006A436B">
        <w:t>chyby při sdílení souborů</w:t>
      </w:r>
      <w:r w:rsidRPr="001B3A1C">
        <w:t xml:space="preserve"> a jak jim předejít</w:t>
      </w:r>
      <w:bookmarkEnd w:id="6"/>
    </w:p>
    <w:p w14:paraId="1940B9D6" w14:textId="77777777" w:rsidR="001B3A1C" w:rsidRPr="001B3A1C" w:rsidRDefault="001B3A1C" w:rsidP="006A436B">
      <w:pPr>
        <w:rPr>
          <w:lang w:eastAsia="cs-CZ"/>
        </w:rPr>
      </w:pPr>
      <w:r w:rsidRPr="001B3A1C">
        <w:rPr>
          <w:lang w:eastAsia="cs-CZ"/>
        </w:rPr>
        <w:t>Bezpečné sdílení stojí na několika drobných návycích. Dodržení těchto zásad pomůže předejít nedorozuměním i ztrátě času.</w:t>
      </w:r>
    </w:p>
    <w:p w14:paraId="12D5E129" w14:textId="77777777" w:rsidR="006A436B" w:rsidRDefault="001B3A1C" w:rsidP="00290105">
      <w:pPr>
        <w:pStyle w:val="OdrkyMSWORD"/>
        <w:numPr>
          <w:ilvl w:val="0"/>
          <w:numId w:val="54"/>
        </w:numPr>
        <w:rPr>
          <w:lang w:eastAsia="cs-CZ"/>
        </w:rPr>
      </w:pPr>
      <w:r w:rsidRPr="006A436B">
        <w:rPr>
          <w:b/>
          <w:bCs/>
          <w:lang w:eastAsia="cs-CZ"/>
        </w:rPr>
        <w:t>Nesdílet vše odkazem.</w:t>
      </w:r>
      <w:r w:rsidRPr="001B3A1C">
        <w:rPr>
          <w:lang w:eastAsia="cs-CZ"/>
        </w:rPr>
        <w:t xml:space="preserve"> Odkaz používejte jen pro materiály určené k veřejnému prohlížení.</w:t>
      </w:r>
    </w:p>
    <w:p w14:paraId="5742D366" w14:textId="77777777" w:rsidR="006A436B" w:rsidRDefault="001B3A1C" w:rsidP="00290105">
      <w:pPr>
        <w:pStyle w:val="OdrkyMSWORD"/>
        <w:numPr>
          <w:ilvl w:val="0"/>
          <w:numId w:val="54"/>
        </w:numPr>
        <w:rPr>
          <w:lang w:eastAsia="cs-CZ"/>
        </w:rPr>
      </w:pPr>
      <w:r w:rsidRPr="001B3A1C">
        <w:rPr>
          <w:b/>
          <w:bCs/>
          <w:lang w:eastAsia="cs-CZ"/>
        </w:rPr>
        <w:t>Nepřesouvat soubory mimo projekt.</w:t>
      </w:r>
      <w:r w:rsidRPr="001B3A1C">
        <w:rPr>
          <w:lang w:eastAsia="cs-CZ"/>
        </w:rPr>
        <w:t xml:space="preserve"> Pokud přesunete sdílený soubor jinam, dřívější přístupy a odkazy mohou přestat fungovat.</w:t>
      </w:r>
    </w:p>
    <w:p w14:paraId="5FB1112E" w14:textId="77777777" w:rsidR="006A436B" w:rsidRDefault="001B3A1C" w:rsidP="00290105">
      <w:pPr>
        <w:pStyle w:val="OdrkyMSWORD"/>
        <w:numPr>
          <w:ilvl w:val="0"/>
          <w:numId w:val="54"/>
        </w:numPr>
        <w:rPr>
          <w:lang w:eastAsia="cs-CZ"/>
        </w:rPr>
      </w:pPr>
      <w:r w:rsidRPr="001B3A1C">
        <w:rPr>
          <w:b/>
          <w:bCs/>
          <w:lang w:eastAsia="cs-CZ"/>
        </w:rPr>
        <w:t>Nenahrávat různorodé materiály do jedné složky.</w:t>
      </w:r>
      <w:r w:rsidRPr="001B3A1C">
        <w:rPr>
          <w:lang w:eastAsia="cs-CZ"/>
        </w:rPr>
        <w:t xml:space="preserve"> Držte se navržené struktury; zrychlí to orientaci i zpětné dohledávání.</w:t>
      </w:r>
    </w:p>
    <w:p w14:paraId="49EC1D2A" w14:textId="09C82E9E" w:rsidR="001B3A1C" w:rsidRPr="001B3A1C" w:rsidRDefault="001B3A1C" w:rsidP="00290105">
      <w:pPr>
        <w:pStyle w:val="OdrkyMSWORD"/>
        <w:numPr>
          <w:ilvl w:val="0"/>
          <w:numId w:val="54"/>
        </w:numPr>
        <w:rPr>
          <w:lang w:eastAsia="cs-CZ"/>
        </w:rPr>
      </w:pPr>
      <w:r w:rsidRPr="001B3A1C">
        <w:rPr>
          <w:b/>
          <w:bCs/>
          <w:lang w:eastAsia="cs-CZ"/>
        </w:rPr>
        <w:t>Nenechávat citlivé údaje v otevřených souborech.</w:t>
      </w:r>
      <w:r w:rsidRPr="001B3A1C">
        <w:rPr>
          <w:lang w:eastAsia="cs-CZ"/>
        </w:rPr>
        <w:t xml:space="preserve"> Před sdílením mimo tým odstraňte polohy nebo použijte verzi bez souřadnic.</w:t>
      </w:r>
    </w:p>
    <w:p w14:paraId="72D4C66A" w14:textId="77777777" w:rsidR="001B3A1C" w:rsidRPr="001B3A1C" w:rsidRDefault="001B3A1C" w:rsidP="001B3A1C">
      <w:pPr>
        <w:rPr>
          <w:lang w:eastAsia="cs-CZ"/>
        </w:rPr>
      </w:pPr>
    </w:p>
    <w:p w14:paraId="169F71DE" w14:textId="77777777" w:rsidR="007C080B" w:rsidRPr="007C080B" w:rsidRDefault="007C080B" w:rsidP="007C080B">
      <w:pPr>
        <w:pStyle w:val="Nadpis2"/>
      </w:pPr>
      <w:bookmarkStart w:id="7" w:name="_Toc223113840"/>
      <w:r w:rsidRPr="007C080B">
        <w:t>Dokumenty Google — deník projektu a rozdíly oproti MS Word</w:t>
      </w:r>
      <w:bookmarkEnd w:id="7"/>
    </w:p>
    <w:p w14:paraId="131AD684" w14:textId="77777777" w:rsidR="007C080B" w:rsidRDefault="007C080B" w:rsidP="007C080B">
      <w:r w:rsidRPr="007C080B">
        <w:t xml:space="preserve">V občanské vědě potřebujeme jednoduchý způsob, jak si vést přehled o tom, co jsme kdy pozorovali, s kým spolupracujeme a kde najdeme související soubory. </w:t>
      </w:r>
      <w:r w:rsidRPr="007C080B">
        <w:rPr>
          <w:b/>
          <w:bCs/>
        </w:rPr>
        <w:t>Dokumenty Google</w:t>
      </w:r>
      <w:r w:rsidRPr="007C080B">
        <w:t xml:space="preserve"> se k tomu hodí proto, že se ukládají samy, otevřete je z jakéhokoli zařízení a snadno je nasdílíte ostatním. </w:t>
      </w:r>
    </w:p>
    <w:p w14:paraId="7DE01575" w14:textId="56B1DB8F" w:rsidR="007C080B" w:rsidRDefault="007C080B" w:rsidP="007C080B">
      <w:r w:rsidRPr="007C080B">
        <w:t>Jako „deník projektu“ dobře poslouží jeden hlavní dokument, do kterého průběžně zapisujete stručné záznamy z terénu, odkazy na související soubory na Disku a poznámky, co ověřit příště. Oproti běžnému textovému editoru, který znáte z</w:t>
      </w:r>
      <w:r>
        <w:t>e základního kurzu</w:t>
      </w:r>
      <w:r w:rsidRPr="007C080B">
        <w:t xml:space="preserve">, přinášejí Dokumenty Google navíc </w:t>
      </w:r>
      <w:r>
        <w:t xml:space="preserve">možnost </w:t>
      </w:r>
      <w:r w:rsidRPr="007C080B">
        <w:t>společn</w:t>
      </w:r>
      <w:r>
        <w:t>é</w:t>
      </w:r>
      <w:r w:rsidRPr="007C080B">
        <w:t xml:space="preserve"> prác</w:t>
      </w:r>
      <w:r>
        <w:t>e</w:t>
      </w:r>
      <w:r w:rsidRPr="007C080B">
        <w:t xml:space="preserve"> více lidí najednou, komentáře a přehlednou historii verzí.</w:t>
      </w:r>
    </w:p>
    <w:p w14:paraId="3CD23680" w14:textId="77777777" w:rsidR="00553E72" w:rsidRDefault="007C080B" w:rsidP="007C080B">
      <w:r>
        <w:rPr>
          <w:noProof/>
        </w:rPr>
        <mc:AlternateContent>
          <mc:Choice Requires="wps">
            <w:drawing>
              <wp:anchor distT="0" distB="0" distL="114300" distR="114300" simplePos="0" relativeHeight="251746816" behindDoc="0" locked="0" layoutInCell="1" allowOverlap="1" wp14:anchorId="7B1776EE" wp14:editId="66E29F80">
                <wp:simplePos x="0" y="0"/>
                <wp:positionH relativeFrom="column">
                  <wp:posOffset>786752</wp:posOffset>
                </wp:positionH>
                <wp:positionV relativeFrom="paragraph">
                  <wp:posOffset>1980944</wp:posOffset>
                </wp:positionV>
                <wp:extent cx="4224020" cy="776605"/>
                <wp:effectExtent l="1209357" t="0" r="1100138" b="0"/>
                <wp:wrapNone/>
                <wp:docPr id="1548261079" name="Šipka: doprava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69231">
                          <a:off x="0" y="0"/>
                          <a:ext cx="4224020" cy="776605"/>
                        </a:xfrm>
                        <a:prstGeom prst="rightArrow">
                          <a:avLst>
                            <a:gd name="adj1" fmla="val 42256"/>
                            <a:gd name="adj2" fmla="val 89999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14DB92" w14:textId="38E83A16" w:rsidR="007C080B" w:rsidRDefault="007C080B" w:rsidP="007C080B">
                            <w:pPr>
                              <w:jc w:val="center"/>
                            </w:pPr>
                            <w:r>
                              <w:t>Otevřený soubor</w:t>
                            </w:r>
                            <w:r w:rsidR="00553E72">
                              <w:t xml:space="preserve"> otevře pracovní prostor podobný MS WORD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1776EE" id="Šipka: doprava 121" o:spid="_x0000_s1031" type="#_x0000_t13" style="position:absolute;left:0;text-align:left;margin-left:61.95pt;margin-top:156pt;width:332.6pt;height:61.15pt;rotation:3024739fd;z-index:251746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" adj="18026,6236" fillcolor="white [3201]" strokecolor="#f79646 [3209]" strokeweight="2pt">
                <v:textbox>
                  <w:txbxContent>
                    <w:p w14:paraId="2B14DB92" w14:textId="38E83A16" w:rsidR="007C080B" w:rsidRDefault="007C080B" w:rsidP="007C080B">
                      <w:pPr>
                        <w:jc w:val="center"/>
                      </w:pPr>
                      <w:r>
                        <w:t>Otevřený soubor</w:t>
                      </w:r>
                      <w:r w:rsidR="00553E72">
                        <w:t xml:space="preserve"> otevře pracovní prostor podobný MS WORD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5792" behindDoc="0" locked="0" layoutInCell="1" allowOverlap="1" wp14:anchorId="351FADCB" wp14:editId="36682491">
                <wp:simplePos x="0" y="0"/>
                <wp:positionH relativeFrom="column">
                  <wp:posOffset>2461591</wp:posOffset>
                </wp:positionH>
                <wp:positionV relativeFrom="paragraph">
                  <wp:posOffset>677116</wp:posOffset>
                </wp:positionV>
                <wp:extent cx="2768645" cy="547352"/>
                <wp:effectExtent l="0" t="19050" r="31750" b="43815"/>
                <wp:wrapNone/>
                <wp:docPr id="1429874189" name="Šipka: doprava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8645" cy="547352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431FC8" w14:textId="11C7A9D4" w:rsidR="007C080B" w:rsidRDefault="007C080B" w:rsidP="007C080B">
                            <w:pPr>
                              <w:jc w:val="center"/>
                            </w:pPr>
                            <w:r>
                              <w:t>Otevření aplikace Google dokumenty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51FADCB" id="Šipka: doprava 120" o:spid="_x0000_s1032" type="#_x0000_t13" style="position:absolute;left:0;text-align:left;margin-left:193.85pt;margin-top:53.3pt;width:218pt;height:43.1pt;z-index:251745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" adj="19465" fillcolor="white [3201]" strokecolor="#f79646 [3209]" strokeweight="2pt">
                <v:textbox>
                  <w:txbxContent>
                    <w:p w14:paraId="6F431FC8" w14:textId="11C7A9D4" w:rsidR="007C080B" w:rsidRDefault="007C080B" w:rsidP="007C080B">
                      <w:pPr>
                        <w:jc w:val="center"/>
                      </w:pPr>
                      <w:r>
                        <w:t>Otevření aplikace Google dokumenty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51A002C" wp14:editId="1B9635E5">
            <wp:extent cx="5972810" cy="2392045"/>
            <wp:effectExtent l="0" t="0" r="8890" b="8255"/>
            <wp:docPr id="1458494812" name="Obrázek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8494812" name="Obrázek 1458494812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2392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1C7D31" w14:textId="77777777" w:rsidR="00553E72" w:rsidRDefault="00553E72" w:rsidP="007C080B"/>
    <w:p w14:paraId="72A16F6C" w14:textId="400938BB" w:rsidR="007C080B" w:rsidRPr="007C080B" w:rsidRDefault="007C080B" w:rsidP="007C080B">
      <w:r>
        <w:rPr>
          <w:noProof/>
        </w:rPr>
        <w:drawing>
          <wp:inline distT="0" distB="0" distL="0" distR="0" wp14:anchorId="618CBE50" wp14:editId="47EEB700">
            <wp:extent cx="5972810" cy="2239010"/>
            <wp:effectExtent l="0" t="0" r="8890" b="8890"/>
            <wp:docPr id="1479353372" name="Obrázek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9353372" name="Obrázek 1479353372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2239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A4121B" w14:textId="0B30A135" w:rsidR="007C080B" w:rsidRPr="007C080B" w:rsidRDefault="007C080B" w:rsidP="007C080B">
      <w:pPr>
        <w:pStyle w:val="Nadpis3"/>
      </w:pPr>
      <w:bookmarkStart w:id="8" w:name="_Toc223113841"/>
      <w:r w:rsidRPr="007C080B">
        <w:t>Dokumenty Google vs. MS Word — v čem se liší</w:t>
      </w:r>
      <w:bookmarkEnd w:id="8"/>
    </w:p>
    <w:p w14:paraId="3639835D" w14:textId="77777777" w:rsidR="007C080B" w:rsidRDefault="007C080B" w:rsidP="007C080B">
      <w:pPr>
        <w:tabs>
          <w:tab w:val="num" w:pos="720"/>
        </w:tabs>
      </w:pPr>
      <w:r w:rsidRPr="007C080B">
        <w:t>Na první pohled vypadají Dokumenty Google podobně jako textový editor, na který jste zvyklí</w:t>
      </w:r>
      <w:r>
        <w:t xml:space="preserve"> (například MS WORD)</w:t>
      </w:r>
      <w:r w:rsidRPr="007C080B">
        <w:t>. Rozdíl je v tom, že dokument žije „na cloudu“ a můžete na něm spolupracovat s dalšími lidmi v reálném čase.</w:t>
      </w:r>
      <w:r>
        <w:t xml:space="preserve"> Jaké jsou tedy výhody Google Dokumenty:</w:t>
      </w:r>
    </w:p>
    <w:p w14:paraId="49137903" w14:textId="77777777" w:rsidR="007C080B" w:rsidRDefault="007C080B" w:rsidP="00290105">
      <w:pPr>
        <w:pStyle w:val="OdrkyMSWORD"/>
        <w:numPr>
          <w:ilvl w:val="0"/>
          <w:numId w:val="55"/>
        </w:numPr>
      </w:pPr>
      <w:r w:rsidRPr="007C080B">
        <w:t>Automatické ukládání: změny se ukládají průběžně, není třeba soubor ručně ukládat.</w:t>
      </w:r>
    </w:p>
    <w:p w14:paraId="0E98FADC" w14:textId="77777777" w:rsidR="007C080B" w:rsidRDefault="007C080B" w:rsidP="00290105">
      <w:pPr>
        <w:pStyle w:val="OdrkyMSWORD"/>
        <w:numPr>
          <w:ilvl w:val="0"/>
          <w:numId w:val="55"/>
        </w:numPr>
      </w:pPr>
      <w:r w:rsidRPr="007C080B">
        <w:t>Přístup odkudkoli: dokument otevřete na počítači, tabletu i mobilu po přihlášení ke svému účtu.</w:t>
      </w:r>
    </w:p>
    <w:p w14:paraId="09737665" w14:textId="77777777" w:rsidR="007C080B" w:rsidRDefault="007C080B" w:rsidP="00290105">
      <w:pPr>
        <w:pStyle w:val="OdrkyMSWORD"/>
        <w:numPr>
          <w:ilvl w:val="0"/>
          <w:numId w:val="55"/>
        </w:numPr>
      </w:pPr>
      <w:r w:rsidRPr="007C080B">
        <w:t>Společná práce: více lidí může psát a upravovat zároveň, každý vidí právě prováděné změny.</w:t>
      </w:r>
    </w:p>
    <w:p w14:paraId="338C9170" w14:textId="77777777" w:rsidR="007C080B" w:rsidRDefault="007C080B" w:rsidP="00290105">
      <w:pPr>
        <w:pStyle w:val="OdrkyMSWORD"/>
        <w:numPr>
          <w:ilvl w:val="0"/>
          <w:numId w:val="55"/>
        </w:numPr>
      </w:pPr>
      <w:r w:rsidRPr="007C080B">
        <w:t>Historie verzí: kdykoli se vrátíte ke starší podobě dokumentu, vidíte, kdo co upravil.</w:t>
      </w:r>
    </w:p>
    <w:p w14:paraId="4F4C6402" w14:textId="13202E44" w:rsidR="007C080B" w:rsidRDefault="007C080B" w:rsidP="00290105">
      <w:pPr>
        <w:pStyle w:val="OdrkyMSWORD"/>
        <w:numPr>
          <w:ilvl w:val="0"/>
          <w:numId w:val="55"/>
        </w:numPr>
      </w:pPr>
      <w:r w:rsidRPr="007C080B">
        <w:t>Sdílení přes oprávnění: prohlížet, komentovat, upravovat — nastavíte podle role v</w:t>
      </w:r>
      <w:r>
        <w:t> </w:t>
      </w:r>
      <w:r w:rsidRPr="007C080B">
        <w:t>týmu</w:t>
      </w:r>
      <w:r>
        <w:t xml:space="preserve"> (podobně jako v </w:t>
      </w:r>
      <w:proofErr w:type="spellStart"/>
      <w:r>
        <w:t>Canva</w:t>
      </w:r>
      <w:proofErr w:type="spellEnd"/>
      <w:r>
        <w:t xml:space="preserve"> nebo na Google Disk)</w:t>
      </w:r>
      <w:r w:rsidRPr="007C080B">
        <w:t>.</w:t>
      </w:r>
    </w:p>
    <w:p w14:paraId="611DB4AE" w14:textId="14F10F87" w:rsidR="007C080B" w:rsidRDefault="007C080B" w:rsidP="00290105">
      <w:pPr>
        <w:pStyle w:val="OdrkyMSWORD"/>
        <w:numPr>
          <w:ilvl w:val="0"/>
          <w:numId w:val="55"/>
        </w:numPr>
      </w:pPr>
      <w:r>
        <w:t>Jednoduché exportování</w:t>
      </w:r>
      <w:r w:rsidRPr="007C080B">
        <w:t xml:space="preserve"> dokument</w:t>
      </w:r>
      <w:r>
        <w:t>u do</w:t>
      </w:r>
      <w:r w:rsidRPr="007C080B">
        <w:t xml:space="preserve"> DOCX</w:t>
      </w:r>
      <w:r>
        <w:t xml:space="preserve"> (formát souborů MS WORD)</w:t>
      </w:r>
      <w:r w:rsidRPr="007C080B">
        <w:t xml:space="preserve"> nebo PDF pro tisk či archiv.</w:t>
      </w:r>
    </w:p>
    <w:p w14:paraId="058B5E75" w14:textId="77777777" w:rsidR="00553E72" w:rsidRDefault="00553E72" w:rsidP="00553E72"/>
    <w:p w14:paraId="7BCC0670" w14:textId="77777777" w:rsidR="00553E72" w:rsidRDefault="00553E72" w:rsidP="00553E72">
      <w:pPr>
        <w:keepNext/>
      </w:pPr>
      <w:r>
        <w:rPr>
          <w:noProof/>
        </w:rPr>
        <w:drawing>
          <wp:inline distT="0" distB="0" distL="0" distR="0" wp14:anchorId="348F0BB5" wp14:editId="6B4349A1">
            <wp:extent cx="5972810" cy="3011170"/>
            <wp:effectExtent l="0" t="0" r="8890" b="0"/>
            <wp:docPr id="926987692" name="Obrázek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6987692" name="Obrázek 926987692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011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BFF474" w14:textId="7787DF0E" w:rsidR="00553E72" w:rsidRPr="007C080B" w:rsidRDefault="00553E72" w:rsidP="00553E72">
      <w:pPr>
        <w:pStyle w:val="Titulek"/>
      </w:pPr>
      <w:r>
        <w:t xml:space="preserve">Obrázek </w:t>
      </w:r>
      <w:r>
        <w:fldChar w:fldCharType="begin"/>
      </w:r>
      <w:r>
        <w:instrText xml:space="preserve"> SEQ Obrázek \* ARABIC </w:instrText>
      </w:r>
      <w:r>
        <w:fldChar w:fldCharType="separate"/>
      </w:r>
      <w:r w:rsidR="00CB3137">
        <w:rPr>
          <w:noProof/>
        </w:rPr>
        <w:t>13</w:t>
      </w:r>
      <w:r>
        <w:fldChar w:fldCharType="end"/>
      </w:r>
      <w:r>
        <w:t xml:space="preserve"> Stejně jako v MS WORD v horní liště najdete karty příkazů s rozbalovacím menu</w:t>
      </w:r>
    </w:p>
    <w:p w14:paraId="4BA96415" w14:textId="550EEAFC" w:rsidR="007C080B" w:rsidRPr="007C080B" w:rsidRDefault="007C080B" w:rsidP="007C080B">
      <w:pPr>
        <w:pStyle w:val="Nadpis3"/>
      </w:pPr>
      <w:bookmarkStart w:id="9" w:name="_Toc223113842"/>
      <w:r w:rsidRPr="007C080B">
        <w:t>Založení „Deníku projektu“</w:t>
      </w:r>
      <w:bookmarkEnd w:id="9"/>
    </w:p>
    <w:p w14:paraId="3C71508C" w14:textId="77777777" w:rsidR="007C080B" w:rsidRPr="007C080B" w:rsidRDefault="007C080B" w:rsidP="007C080B">
      <w:r w:rsidRPr="007C080B">
        <w:t>Deník by měl mít své pevné místo v projektové složce na Disku Google (viz 5.1), aby jej každý snadno našel. V názvu souboru použijte jasné označení projektu a datum založení.</w:t>
      </w:r>
    </w:p>
    <w:p w14:paraId="622BD94F" w14:textId="77777777" w:rsidR="007C080B" w:rsidRPr="007C080B" w:rsidRDefault="007C080B" w:rsidP="00553E72">
      <w:pPr>
        <w:spacing w:before="120" w:after="0"/>
      </w:pPr>
      <w:r w:rsidRPr="007C080B">
        <w:t>Doporučený obsah první stránky:</w:t>
      </w:r>
    </w:p>
    <w:p w14:paraId="473C8C5B" w14:textId="77777777" w:rsidR="007C080B" w:rsidRPr="007C080B" w:rsidRDefault="007C080B" w:rsidP="00553E72">
      <w:pPr>
        <w:pStyle w:val="OdrkyMSWORD"/>
      </w:pPr>
      <w:r w:rsidRPr="007C080B">
        <w:t>Název projektu a stručný popis.</w:t>
      </w:r>
    </w:p>
    <w:p w14:paraId="78E16508" w14:textId="77777777" w:rsidR="007C080B" w:rsidRPr="007C080B" w:rsidRDefault="007C080B" w:rsidP="00553E72">
      <w:pPr>
        <w:pStyle w:val="OdrkyMSWORD"/>
      </w:pPr>
      <w:r w:rsidRPr="007C080B">
        <w:t>Cíl projektu (co sledujeme a proč).</w:t>
      </w:r>
    </w:p>
    <w:p w14:paraId="79EDEC46" w14:textId="77777777" w:rsidR="007C080B" w:rsidRPr="007C080B" w:rsidRDefault="007C080B" w:rsidP="00553E72">
      <w:pPr>
        <w:pStyle w:val="OdrkyMSWORD"/>
      </w:pPr>
      <w:r w:rsidRPr="007C080B">
        <w:t>Kontaktní údaje na hlavní osoby.</w:t>
      </w:r>
    </w:p>
    <w:p w14:paraId="378E29BF" w14:textId="77777777" w:rsidR="007C080B" w:rsidRPr="007C080B" w:rsidRDefault="007C080B" w:rsidP="00553E72">
      <w:pPr>
        <w:pStyle w:val="OdrkyMSWORD"/>
      </w:pPr>
      <w:r w:rsidRPr="007C080B">
        <w:t>Krátká poznámka, kde jsou uloženy fotky, zvuky, tabulky a mapy.</w:t>
      </w:r>
    </w:p>
    <w:p w14:paraId="63E46903" w14:textId="35A9367C" w:rsidR="007C080B" w:rsidRPr="007C080B" w:rsidRDefault="007C080B" w:rsidP="00553E72">
      <w:pPr>
        <w:spacing w:before="120" w:after="0"/>
      </w:pPr>
      <w:r w:rsidRPr="007C080B">
        <w:t>Doporučená šablona záznamu do deníku</w:t>
      </w:r>
      <w:r w:rsidR="00553E72">
        <w:t>, kterou vytvoříte na druhé stránce dokumentu</w:t>
      </w:r>
      <w:r w:rsidRPr="007C080B">
        <w:t>:</w:t>
      </w:r>
    </w:p>
    <w:p w14:paraId="4C9D961E" w14:textId="77777777" w:rsidR="007C080B" w:rsidRPr="007C080B" w:rsidRDefault="007C080B" w:rsidP="00553E72">
      <w:pPr>
        <w:pStyle w:val="OdrkyMSWORD"/>
      </w:pPr>
      <w:r w:rsidRPr="007C080B">
        <w:t>Datum a čas.</w:t>
      </w:r>
    </w:p>
    <w:p w14:paraId="5494EAAB" w14:textId="77777777" w:rsidR="007C080B" w:rsidRPr="007C080B" w:rsidRDefault="007C080B" w:rsidP="00553E72">
      <w:pPr>
        <w:pStyle w:val="OdrkyMSWORD"/>
      </w:pPr>
      <w:r w:rsidRPr="007C080B">
        <w:t>Lokalita (stručně; přesné souřadnice ponechte v tabulce nebo exportu).</w:t>
      </w:r>
    </w:p>
    <w:p w14:paraId="6FFB7FEE" w14:textId="77777777" w:rsidR="007C080B" w:rsidRPr="007C080B" w:rsidRDefault="007C080B" w:rsidP="00553E72">
      <w:pPr>
        <w:pStyle w:val="OdrkyMSWORD"/>
      </w:pPr>
      <w:r w:rsidRPr="007C080B">
        <w:t>Počasí/podmínky, pokud souvisejí s pozorováním.</w:t>
      </w:r>
    </w:p>
    <w:p w14:paraId="1E67B730" w14:textId="77777777" w:rsidR="007C080B" w:rsidRPr="007C080B" w:rsidRDefault="007C080B" w:rsidP="00553E72">
      <w:pPr>
        <w:pStyle w:val="OdrkyMSWORD"/>
      </w:pPr>
      <w:r w:rsidRPr="007C080B">
        <w:t>Co bylo pozorováno (krátký popis, pracovní název druhu).</w:t>
      </w:r>
    </w:p>
    <w:p w14:paraId="0BEB6B4E" w14:textId="77777777" w:rsidR="007C080B" w:rsidRPr="007C080B" w:rsidRDefault="007C080B" w:rsidP="00553E72">
      <w:pPr>
        <w:pStyle w:val="OdrkyMSWORD"/>
      </w:pPr>
      <w:r w:rsidRPr="007C080B">
        <w:t xml:space="preserve">Název souvisejících souborů na Disku (fotky, zvuky, exporty) a název záznamu v </w:t>
      </w:r>
      <w:proofErr w:type="spellStart"/>
      <w:r w:rsidRPr="007C080B">
        <w:t>iNaturalist</w:t>
      </w:r>
      <w:proofErr w:type="spellEnd"/>
      <w:r w:rsidRPr="007C080B">
        <w:t>.</w:t>
      </w:r>
    </w:p>
    <w:p w14:paraId="61805205" w14:textId="77777777" w:rsidR="007C080B" w:rsidRDefault="007C080B" w:rsidP="00553E72">
      <w:pPr>
        <w:pStyle w:val="OdrkyMSWORD"/>
      </w:pPr>
      <w:r w:rsidRPr="007C080B">
        <w:t>Poznámky: co ověřit, koho se doptat, co příště doplnit.</w:t>
      </w:r>
    </w:p>
    <w:p w14:paraId="0030E5D1" w14:textId="461DD4B7" w:rsidR="00553E72" w:rsidRDefault="00553E72" w:rsidP="00553E72">
      <w:pPr>
        <w:rPr>
          <w:b/>
          <w:bCs/>
        </w:rPr>
      </w:pPr>
      <w:r>
        <w:t xml:space="preserve">Při vytvoření stránky se šablonou záznamu využijete funkci konec stránky. Postup je jednoduchý: V nabídce </w:t>
      </w:r>
      <w:r w:rsidRPr="00553E72">
        <w:rPr>
          <w:b/>
          <w:bCs/>
        </w:rPr>
        <w:t>Vložit</w:t>
      </w:r>
      <w:r>
        <w:t xml:space="preserve"> vyberete položku </w:t>
      </w:r>
      <w:r w:rsidRPr="00553E72">
        <w:rPr>
          <w:b/>
          <w:bCs/>
        </w:rPr>
        <w:t>Konec stránky</w:t>
      </w:r>
      <w:r>
        <w:rPr>
          <w:b/>
          <w:bCs/>
        </w:rPr>
        <w:t>:</w:t>
      </w:r>
    </w:p>
    <w:p w14:paraId="34E25CDF" w14:textId="135FC9CB" w:rsidR="00553E72" w:rsidRDefault="00553E72" w:rsidP="00553E72">
      <w:r>
        <w:rPr>
          <w:noProof/>
        </w:rPr>
        <mc:AlternateContent>
          <mc:Choice Requires="wps">
            <w:drawing>
              <wp:anchor distT="0" distB="0" distL="114300" distR="114300" simplePos="0" relativeHeight="251747840" behindDoc="0" locked="0" layoutInCell="1" allowOverlap="1" wp14:anchorId="5CCD3395" wp14:editId="44C50BBD">
                <wp:simplePos x="0" y="0"/>
                <wp:positionH relativeFrom="column">
                  <wp:posOffset>2403243</wp:posOffset>
                </wp:positionH>
                <wp:positionV relativeFrom="paragraph">
                  <wp:posOffset>1596533</wp:posOffset>
                </wp:positionV>
                <wp:extent cx="2305319" cy="405685"/>
                <wp:effectExtent l="19050" t="247650" r="57150" b="242570"/>
                <wp:wrapNone/>
                <wp:docPr id="1908190861" name="Šipka: doleva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24878">
                          <a:off x="0" y="0"/>
                          <a:ext cx="2305319" cy="405685"/>
                        </a:xfrm>
                        <a:prstGeom prst="leftArrow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B3E4C0" id="Šipka: doleva 124" o:spid="_x0000_s1026" type="#_x0000_t66" style="position:absolute;margin-left:189.25pt;margin-top:125.7pt;width:181.5pt;height:31.95pt;rotation:900987fd;z-index:25174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" adj="1901" fillcolor="#f79646 [3209]" strokecolor="#f68c36 [3049]">
                <v:fill color2="#fbcaa2 [1625]" rotate="t" angle="180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51B36D2" wp14:editId="54BA70DF">
            <wp:extent cx="5972810" cy="2242185"/>
            <wp:effectExtent l="0" t="0" r="8890" b="5715"/>
            <wp:docPr id="304816534" name="Obrázek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816534" name="Obrázek 304816534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2242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52579D" w14:textId="58BD638D" w:rsidR="00553E72" w:rsidRDefault="00553E72" w:rsidP="00553E72">
      <w:r>
        <w:t>Stejně jako v MS WORD i v Google Dokumenty můžete zobrazit skryté znaky, abyste si udrželi představu o tom, jaké funkce v dokumentu používáte:</w:t>
      </w:r>
    </w:p>
    <w:p w14:paraId="3991C9EB" w14:textId="77777777" w:rsidR="00553E72" w:rsidRDefault="00553E72" w:rsidP="00553E72">
      <w:pPr>
        <w:keepNext/>
      </w:pPr>
      <w:r>
        <w:rPr>
          <w:noProof/>
        </w:rPr>
        <w:drawing>
          <wp:inline distT="0" distB="0" distL="0" distR="0" wp14:anchorId="7D593D06" wp14:editId="19333799">
            <wp:extent cx="5972810" cy="2079625"/>
            <wp:effectExtent l="0" t="0" r="8890" b="0"/>
            <wp:docPr id="1549731032" name="Obrázek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731032" name="Obrázek 1549731032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207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6C2E37" w14:textId="5B390FE9" w:rsidR="00553E72" w:rsidRPr="007C080B" w:rsidRDefault="00553E72" w:rsidP="00553E72">
      <w:pPr>
        <w:pStyle w:val="Titulek"/>
      </w:pPr>
      <w:r>
        <w:t xml:space="preserve">Obrázek </w:t>
      </w:r>
      <w:r>
        <w:fldChar w:fldCharType="begin"/>
      </w:r>
      <w:r>
        <w:instrText xml:space="preserve"> SEQ Obrázek \* ARABIC </w:instrText>
      </w:r>
      <w:r>
        <w:fldChar w:fldCharType="separate"/>
      </w:r>
      <w:r w:rsidR="00CB3137">
        <w:rPr>
          <w:noProof/>
        </w:rPr>
        <w:t>14</w:t>
      </w:r>
      <w:r>
        <w:fldChar w:fldCharType="end"/>
      </w:r>
      <w:r>
        <w:t xml:space="preserve"> Zobrazení skrytých znaků ZOBRAZIT / </w:t>
      </w:r>
      <w:r w:rsidR="00FA024B">
        <w:t>NETISKNUTELNÉ</w:t>
      </w:r>
      <w:r>
        <w:t xml:space="preserve"> ZNAKY</w:t>
      </w:r>
      <w:r w:rsidR="00FA024B">
        <w:t xml:space="preserve"> (nebo klávesové zkratka CTRL+ SHIFT + P).</w:t>
      </w:r>
    </w:p>
    <w:p w14:paraId="12D77CFC" w14:textId="5CB2F643" w:rsidR="007C080B" w:rsidRPr="007C080B" w:rsidRDefault="007C080B" w:rsidP="007C080B">
      <w:pPr>
        <w:pStyle w:val="Nadpis3"/>
      </w:pPr>
      <w:bookmarkStart w:id="10" w:name="_Toc223113843"/>
      <w:r w:rsidRPr="007C080B">
        <w:t>5.2.3 Práce se strukturou a přehledností</w:t>
      </w:r>
      <w:r w:rsidR="00FA024B">
        <w:t xml:space="preserve"> v dokumentu</w:t>
      </w:r>
      <w:bookmarkEnd w:id="10"/>
    </w:p>
    <w:p w14:paraId="6FE289FD" w14:textId="77777777" w:rsidR="007C080B" w:rsidRPr="007C080B" w:rsidRDefault="007C080B" w:rsidP="007C080B">
      <w:r w:rsidRPr="007C080B">
        <w:t>Aby se deník dobře četl i po delší době, vyplatí se používat jednoduché formátovací nástroje, které udrží dokument přehledný.</w:t>
      </w:r>
    </w:p>
    <w:p w14:paraId="60D4A2D3" w14:textId="77777777" w:rsidR="007C080B" w:rsidRPr="007C080B" w:rsidRDefault="007C080B" w:rsidP="00FA024B">
      <w:pPr>
        <w:pStyle w:val="OdrkyMSWORD"/>
      </w:pPr>
      <w:r w:rsidRPr="007C080B">
        <w:t>Styly nadpisů: pro kapitoly a podkapitoly používejte předdefinované styly Nadpis 1–3.</w:t>
      </w:r>
    </w:p>
    <w:p w14:paraId="5877527D" w14:textId="77777777" w:rsidR="007C080B" w:rsidRPr="007C080B" w:rsidRDefault="007C080B" w:rsidP="00FA024B">
      <w:pPr>
        <w:pStyle w:val="OdrkyMSWORD"/>
      </w:pPr>
      <w:r w:rsidRPr="007C080B">
        <w:t>Obsah dokumentu: z nadpisů lze vytvořit automatický obsah (přehled kapitol na začátku dokumentu).</w:t>
      </w:r>
    </w:p>
    <w:p w14:paraId="74A47D71" w14:textId="77777777" w:rsidR="007C080B" w:rsidRPr="007C080B" w:rsidRDefault="007C080B" w:rsidP="00FA024B">
      <w:pPr>
        <w:pStyle w:val="OdrkyMSWORD"/>
      </w:pPr>
      <w:r w:rsidRPr="007C080B">
        <w:t>Obrázky a popisky: vložte ilustrační snímek či schéma a přidejte krátký popisek, co obrázek ukazuje.</w:t>
      </w:r>
    </w:p>
    <w:p w14:paraId="656D57CD" w14:textId="77777777" w:rsidR="007C080B" w:rsidRDefault="007C080B" w:rsidP="00FA024B">
      <w:pPr>
        <w:pStyle w:val="OdrkyMSWORD"/>
      </w:pPr>
      <w:r w:rsidRPr="007C080B">
        <w:t>Jednoduché tabulky: pro plány terénních výprav nebo rozdělení rolí se hodí tabulka se dvěma až čtyřmi sloupci.</w:t>
      </w:r>
    </w:p>
    <w:p w14:paraId="5D49DC21" w14:textId="4F9057F9" w:rsidR="00FA024B" w:rsidRDefault="00FA024B" w:rsidP="00FA024B">
      <w:r>
        <w:t>Všechny tyto prvky se do dokumentu aplikují/vkládají podobným způsobem, jako v MS WORD.</w:t>
      </w:r>
    </w:p>
    <w:p w14:paraId="659DC503" w14:textId="77777777" w:rsidR="00FA024B" w:rsidRDefault="00FA024B" w:rsidP="00FA024B">
      <w:pPr>
        <w:keepNext/>
      </w:pPr>
      <w:r>
        <w:rPr>
          <w:noProof/>
        </w:rPr>
        <w:drawing>
          <wp:inline distT="0" distB="0" distL="0" distR="0" wp14:anchorId="64E246EA" wp14:editId="3296EFA8">
            <wp:extent cx="5972810" cy="2672080"/>
            <wp:effectExtent l="0" t="0" r="8890" b="0"/>
            <wp:docPr id="371294120" name="Obrázek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1294120" name="Obrázek 371294120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2672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73596C" w14:textId="509650B5" w:rsidR="00FA024B" w:rsidRDefault="00FA024B" w:rsidP="00FA024B">
      <w:pPr>
        <w:pStyle w:val="Titulek"/>
      </w:pPr>
      <w:r>
        <w:t xml:space="preserve">Obrázek </w:t>
      </w:r>
      <w:r>
        <w:fldChar w:fldCharType="begin"/>
      </w:r>
      <w:r>
        <w:instrText xml:space="preserve"> SEQ Obrázek \* ARABIC </w:instrText>
      </w:r>
      <w:r>
        <w:fldChar w:fldCharType="separate"/>
      </w:r>
      <w:r w:rsidR="00CB3137">
        <w:rPr>
          <w:noProof/>
        </w:rPr>
        <w:t>15</w:t>
      </w:r>
      <w:r>
        <w:fldChar w:fldCharType="end"/>
      </w:r>
      <w:r>
        <w:t xml:space="preserve"> Formátování nadpisu</w:t>
      </w:r>
    </w:p>
    <w:p w14:paraId="08A57F6B" w14:textId="77777777" w:rsidR="00FA024B" w:rsidRDefault="00FA024B" w:rsidP="00FA024B">
      <w:pPr>
        <w:keepNext/>
      </w:pPr>
      <w:r>
        <w:rPr>
          <w:noProof/>
        </w:rPr>
        <w:drawing>
          <wp:inline distT="0" distB="0" distL="0" distR="0" wp14:anchorId="5D4421B0" wp14:editId="44A47643">
            <wp:extent cx="5972810" cy="2875280"/>
            <wp:effectExtent l="0" t="0" r="8890" b="1270"/>
            <wp:docPr id="112232221" name="Obrázek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232221" name="Obrázek 112232221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2875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2C5DDC" w14:textId="6564C58F" w:rsidR="00FA024B" w:rsidRDefault="00FA024B" w:rsidP="00FA024B">
      <w:pPr>
        <w:pStyle w:val="Titulek"/>
      </w:pPr>
      <w:r>
        <w:t xml:space="preserve">Obrázek </w:t>
      </w:r>
      <w:r>
        <w:fldChar w:fldCharType="begin"/>
      </w:r>
      <w:r>
        <w:instrText xml:space="preserve"> SEQ Obrázek \* ARABIC </w:instrText>
      </w:r>
      <w:r>
        <w:fldChar w:fldCharType="separate"/>
      </w:r>
      <w:r w:rsidR="00CB3137">
        <w:rPr>
          <w:noProof/>
        </w:rPr>
        <w:t>16</w:t>
      </w:r>
      <w:r>
        <w:fldChar w:fldCharType="end"/>
      </w:r>
      <w:r>
        <w:t xml:space="preserve"> Úprava vzhledu stylu nadpisu podle vybraného textu</w:t>
      </w:r>
    </w:p>
    <w:p w14:paraId="0A4135E3" w14:textId="1D078880" w:rsidR="00FA024B" w:rsidRDefault="00FA024B" w:rsidP="00FA024B">
      <w:pPr>
        <w:keepNext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1936" behindDoc="0" locked="0" layoutInCell="1" allowOverlap="1" wp14:anchorId="450C4CC0" wp14:editId="13EAC657">
                <wp:simplePos x="0" y="0"/>
                <wp:positionH relativeFrom="column">
                  <wp:posOffset>-36419</wp:posOffset>
                </wp:positionH>
                <wp:positionV relativeFrom="paragraph">
                  <wp:posOffset>538391</wp:posOffset>
                </wp:positionV>
                <wp:extent cx="1719330" cy="631065"/>
                <wp:effectExtent l="38100" t="114300" r="14605" b="0"/>
                <wp:wrapNone/>
                <wp:docPr id="423458873" name="Šipka: doprava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104325">
                          <a:off x="0" y="0"/>
                          <a:ext cx="1719330" cy="63106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705EA0" w14:textId="19C92292" w:rsidR="00FA024B" w:rsidRDefault="00FA024B" w:rsidP="00FA024B">
                            <w:pPr>
                              <w:jc w:val="center"/>
                            </w:pPr>
                            <w:r>
                              <w:t>Definování tabulky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0C4CC0" id="Šipka: doprava 130" o:spid="_x0000_s1033" type="#_x0000_t13" style="position:absolute;left:0;text-align:left;margin-left:-2.85pt;margin-top:42.4pt;width:135.4pt;height:49.7pt;rotation:-541409fd;z-index:25175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" adj="17636" fillcolor="white [3201]" strokecolor="#f79646 [3209]" strokeweight="2pt">
                <v:textbox>
                  <w:txbxContent>
                    <w:p w14:paraId="0A705EA0" w14:textId="19C92292" w:rsidR="00FA024B" w:rsidRDefault="00FA024B" w:rsidP="00FA024B">
                      <w:pPr>
                        <w:jc w:val="center"/>
                      </w:pPr>
                      <w:r>
                        <w:t>Definování tabulky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0912" behindDoc="0" locked="0" layoutInCell="1" allowOverlap="1" wp14:anchorId="40B7DB35" wp14:editId="75B5A9E4">
                <wp:simplePos x="0" y="0"/>
                <wp:positionH relativeFrom="column">
                  <wp:posOffset>2222884</wp:posOffset>
                </wp:positionH>
                <wp:positionV relativeFrom="paragraph">
                  <wp:posOffset>1478727</wp:posOffset>
                </wp:positionV>
                <wp:extent cx="2286000" cy="879475"/>
                <wp:effectExtent l="0" t="209550" r="38100" b="130175"/>
                <wp:wrapNone/>
                <wp:docPr id="1083594598" name="Šipka: doleva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78882">
                          <a:off x="0" y="0"/>
                          <a:ext cx="2286000" cy="879475"/>
                        </a:xfrm>
                        <a:prstGeom prst="leftArrow">
                          <a:avLst>
                            <a:gd name="adj1" fmla="val 51974"/>
                            <a:gd name="adj2" fmla="val 50000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32636A" w14:textId="7F2B9FFB" w:rsidR="00FA024B" w:rsidRDefault="00FA024B" w:rsidP="00FA024B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Skrytý znak reprezentující použití tabelátoru</w:t>
                            </w:r>
                          </w:p>
                          <w:p w14:paraId="2DD44EB2" w14:textId="77777777" w:rsidR="00FA024B" w:rsidRPr="00FA024B" w:rsidRDefault="00FA024B" w:rsidP="00FA024B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B7DB35" id="Šipka: doleva 129" o:spid="_x0000_s1034" type="#_x0000_t66" style="position:absolute;left:0;text-align:left;margin-left:175.05pt;margin-top:116.45pt;width:180pt;height:69.25pt;rotation:1069200fd;z-index:25175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" adj="4155,5187" fillcolor="white [3201]" strokecolor="#f79646 [3209]" strokeweight="2pt">
                <v:textbox>
                  <w:txbxContent>
                    <w:p w14:paraId="7832636A" w14:textId="7F2B9FFB" w:rsidR="00FA024B" w:rsidRDefault="00FA024B" w:rsidP="00FA024B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Skrytý znak reprezentující použití tabelátoru</w:t>
                      </w:r>
                    </w:p>
                    <w:p w14:paraId="2DD44EB2" w14:textId="77777777" w:rsidR="00FA024B" w:rsidRPr="00FA024B" w:rsidRDefault="00FA024B" w:rsidP="00FA024B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8864" behindDoc="0" locked="0" layoutInCell="1" allowOverlap="1" wp14:anchorId="5D73EF2C" wp14:editId="22CB821F">
                <wp:simplePos x="0" y="0"/>
                <wp:positionH relativeFrom="column">
                  <wp:posOffset>3109872</wp:posOffset>
                </wp:positionH>
                <wp:positionV relativeFrom="paragraph">
                  <wp:posOffset>304908</wp:posOffset>
                </wp:positionV>
                <wp:extent cx="2098675" cy="696272"/>
                <wp:effectExtent l="0" t="171450" r="15875" b="27940"/>
                <wp:wrapNone/>
                <wp:docPr id="1003410586" name="Šipka: doleva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83790">
                          <a:off x="0" y="0"/>
                          <a:ext cx="2098675" cy="696272"/>
                        </a:xfrm>
                        <a:prstGeom prst="leftArrow">
                          <a:avLst>
                            <a:gd name="adj1" fmla="val 36156"/>
                            <a:gd name="adj2" fmla="val 50000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026142" w14:textId="736EC5EA" w:rsidR="00FA024B" w:rsidRPr="00FA024B" w:rsidRDefault="00FA024B" w:rsidP="00FA024B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FA024B">
                              <w:rPr>
                                <w:sz w:val="20"/>
                                <w:szCs w:val="20"/>
                              </w:rPr>
                              <w:t>Zarážka tabelátoru na pravítku</w:t>
                            </w:r>
                          </w:p>
                          <w:p w14:paraId="038057AD" w14:textId="77777777" w:rsidR="00FA024B" w:rsidRPr="00FA024B" w:rsidRDefault="00FA024B" w:rsidP="00FA024B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73EF2C" id="_x0000_s1035" type="#_x0000_t66" style="position:absolute;left:0;text-align:left;margin-left:244.85pt;margin-top:24pt;width:165.25pt;height:54.8pt;rotation:856108fd;z-index:251748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" adj="3583,6895" fillcolor="white [3201]" strokecolor="#f79646 [3209]" strokeweight="2pt">
                <v:textbox>
                  <w:txbxContent>
                    <w:p w14:paraId="7A026142" w14:textId="736EC5EA" w:rsidR="00FA024B" w:rsidRPr="00FA024B" w:rsidRDefault="00FA024B" w:rsidP="00FA024B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FA024B">
                        <w:rPr>
                          <w:sz w:val="20"/>
                          <w:szCs w:val="20"/>
                        </w:rPr>
                        <w:t>Zarážka tabelátoru na pravítku</w:t>
                      </w:r>
                    </w:p>
                    <w:p w14:paraId="038057AD" w14:textId="77777777" w:rsidR="00FA024B" w:rsidRPr="00FA024B" w:rsidRDefault="00FA024B" w:rsidP="00FA024B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8F17BC5" wp14:editId="214EB700">
            <wp:extent cx="6260002" cy="2640169"/>
            <wp:effectExtent l="0" t="0" r="7620" b="8255"/>
            <wp:docPr id="470890215" name="Obrázek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890215" name="Obrázek 470890215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270420" cy="2644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62A56E" w14:textId="4261AF4A" w:rsidR="00FA024B" w:rsidRDefault="00FA024B" w:rsidP="00FA024B">
      <w:pPr>
        <w:pStyle w:val="Titulek"/>
      </w:pPr>
      <w:r>
        <w:t xml:space="preserve">Obrázek </w:t>
      </w:r>
      <w:r>
        <w:fldChar w:fldCharType="begin"/>
      </w:r>
      <w:r>
        <w:instrText xml:space="preserve"> SEQ Obrázek \* ARABIC </w:instrText>
      </w:r>
      <w:r>
        <w:fldChar w:fldCharType="separate"/>
      </w:r>
      <w:r w:rsidR="00CB3137">
        <w:rPr>
          <w:noProof/>
        </w:rPr>
        <w:t>17</w:t>
      </w:r>
      <w:r>
        <w:fldChar w:fldCharType="end"/>
      </w:r>
      <w:r>
        <w:t xml:space="preserve"> Ukázka podobnosti postupů vkládání prvků s MS </w:t>
      </w:r>
      <w:r w:rsidR="00AD11C0">
        <w:t>WORD – na</w:t>
      </w:r>
      <w:r>
        <w:t xml:space="preserve"> obrázku vidíte vkládání tabulky, zobrazené skryté znaky a na pravítku si všimněte zarážky tabelátoru, která určuje pozici textu "Vkládáme tabulku"</w:t>
      </w:r>
    </w:p>
    <w:p w14:paraId="1C0144FE" w14:textId="77777777" w:rsidR="00BB370C" w:rsidRDefault="00BB370C" w:rsidP="00BB370C">
      <w:pPr>
        <w:keepNext/>
      </w:pPr>
      <w:r>
        <w:rPr>
          <w:noProof/>
        </w:rPr>
        <w:drawing>
          <wp:inline distT="0" distB="0" distL="0" distR="0" wp14:anchorId="3CDDFC78" wp14:editId="174DF311">
            <wp:extent cx="5972810" cy="2907030"/>
            <wp:effectExtent l="0" t="0" r="8890" b="7620"/>
            <wp:docPr id="532135716" name="Obrázek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135716" name="Obrázek 532135716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2907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EFBD7E" w14:textId="267FB0E8" w:rsidR="00BB370C" w:rsidRPr="00BB370C" w:rsidRDefault="00BB370C" w:rsidP="00BB370C">
      <w:pPr>
        <w:pStyle w:val="Titulek"/>
      </w:pPr>
      <w:r>
        <w:t xml:space="preserve">Obrázek </w:t>
      </w:r>
      <w:r>
        <w:fldChar w:fldCharType="begin"/>
      </w:r>
      <w:r>
        <w:instrText xml:space="preserve"> SEQ Obrázek \* ARABIC </w:instrText>
      </w:r>
      <w:r>
        <w:fldChar w:fldCharType="separate"/>
      </w:r>
      <w:r w:rsidR="00CB3137">
        <w:rPr>
          <w:noProof/>
        </w:rPr>
        <w:t>18</w:t>
      </w:r>
      <w:r>
        <w:fldChar w:fldCharType="end"/>
      </w:r>
      <w:r>
        <w:t xml:space="preserve"> Vložená tabulka s možnostmi úpravy vzhledu (pravé tlačítko myši)</w:t>
      </w:r>
    </w:p>
    <w:p w14:paraId="3AB23970" w14:textId="10A7A256" w:rsidR="007C080B" w:rsidRPr="007C080B" w:rsidRDefault="007C080B" w:rsidP="007C080B">
      <w:pPr>
        <w:pStyle w:val="Nadpis3"/>
      </w:pPr>
      <w:bookmarkStart w:id="11" w:name="_Toc223113844"/>
      <w:r w:rsidRPr="007C080B">
        <w:t>Komentáře, návrhy a historie verzí</w:t>
      </w:r>
      <w:bookmarkEnd w:id="11"/>
    </w:p>
    <w:p w14:paraId="6252458B" w14:textId="77777777" w:rsidR="007C080B" w:rsidRPr="007C080B" w:rsidRDefault="007C080B" w:rsidP="00BB370C">
      <w:r w:rsidRPr="007C080B">
        <w:t>Společná práce je největší výhodou Dokumentů Google. Umožní připomínkovat text bez ztráty přehledu a vracet se ke starším úpravám.</w:t>
      </w:r>
    </w:p>
    <w:p w14:paraId="32334C7C" w14:textId="77777777" w:rsidR="00BB370C" w:rsidRDefault="007C080B" w:rsidP="00290105">
      <w:pPr>
        <w:pStyle w:val="OdrkyMSWORD"/>
        <w:numPr>
          <w:ilvl w:val="0"/>
          <w:numId w:val="56"/>
        </w:numPr>
      </w:pPr>
      <w:r w:rsidRPr="007C080B">
        <w:t xml:space="preserve">Komentáře: slouží pro dotazy a </w:t>
      </w:r>
      <w:r w:rsidRPr="00BB370C">
        <w:t>připomínky</w:t>
      </w:r>
      <w:r w:rsidRPr="007C080B">
        <w:t xml:space="preserve"> k vybranému místu v textu; autor může komentáře vyřešit a skrýt.</w:t>
      </w:r>
    </w:p>
    <w:p w14:paraId="61CFAB1C" w14:textId="21ED9329" w:rsidR="007C080B" w:rsidRPr="007C080B" w:rsidRDefault="007C080B" w:rsidP="00BB370C">
      <w:pPr>
        <w:pStyle w:val="OdrkyMSWORD"/>
      </w:pPr>
      <w:r w:rsidRPr="007C080B">
        <w:t>Režim návrhů: změny se zobrazují jako návrhy, které lze přijmout nebo odmítnout; chrání původní text.</w:t>
      </w:r>
    </w:p>
    <w:p w14:paraId="76E43892" w14:textId="77777777" w:rsidR="007C080B" w:rsidRPr="007C080B" w:rsidRDefault="007C080B" w:rsidP="00BB370C">
      <w:pPr>
        <w:pStyle w:val="OdrkyMSWORD"/>
      </w:pPr>
      <w:r w:rsidRPr="007C080B">
        <w:t>Historie verzí: dokument si pamatuje postupné verze; můžete porovnat rozdíly nebo obnovit starší stav.</w:t>
      </w:r>
    </w:p>
    <w:p w14:paraId="2C5B2C5B" w14:textId="77777777" w:rsidR="007C080B" w:rsidRDefault="007C080B" w:rsidP="00BB370C">
      <w:pPr>
        <w:pStyle w:val="OdrkyMSWORD"/>
      </w:pPr>
      <w:r w:rsidRPr="007C080B">
        <w:t>Zásady komunikace: pište stručně a věcně, používejte celé věty a uveďte, co přesně navrhujete změnit a proč.</w:t>
      </w:r>
    </w:p>
    <w:p w14:paraId="6F3C8453" w14:textId="5E541BCD" w:rsidR="00BB370C" w:rsidRPr="00BB370C" w:rsidRDefault="00BB370C" w:rsidP="00BB370C">
      <w:pPr>
        <w:rPr>
          <w:b/>
          <w:bCs/>
        </w:rPr>
      </w:pPr>
      <w:r w:rsidRPr="00BB370C">
        <w:rPr>
          <w:b/>
          <w:bCs/>
        </w:rPr>
        <w:t>Ukázka práce s</w:t>
      </w:r>
      <w:r>
        <w:rPr>
          <w:b/>
          <w:bCs/>
        </w:rPr>
        <w:t> </w:t>
      </w:r>
      <w:r w:rsidR="00AD11C0" w:rsidRPr="00BB370C">
        <w:rPr>
          <w:b/>
          <w:bCs/>
        </w:rPr>
        <w:t>komentáři</w:t>
      </w:r>
      <w:r w:rsidR="00AD11C0">
        <w:rPr>
          <w:b/>
          <w:bCs/>
        </w:rPr>
        <w:t xml:space="preserve"> </w:t>
      </w:r>
      <w:r w:rsidR="00AD11C0" w:rsidRPr="00BB370C">
        <w:rPr>
          <w:b/>
          <w:bCs/>
        </w:rPr>
        <w:t>– jejich</w:t>
      </w:r>
      <w:r w:rsidRPr="00BB370C">
        <w:rPr>
          <w:b/>
          <w:bCs/>
        </w:rPr>
        <w:t xml:space="preserve"> vložení a následná reakce na vložený komentář:</w:t>
      </w:r>
    </w:p>
    <w:p w14:paraId="32C17A44" w14:textId="77777777" w:rsidR="00BB370C" w:rsidRDefault="00BB370C" w:rsidP="00BB370C">
      <w:pPr>
        <w:keepNext/>
      </w:pPr>
      <w:r>
        <w:rPr>
          <w:noProof/>
        </w:rPr>
        <w:drawing>
          <wp:inline distT="0" distB="0" distL="0" distR="0" wp14:anchorId="14AEECC6" wp14:editId="31085340">
            <wp:extent cx="5972810" cy="2091055"/>
            <wp:effectExtent l="0" t="0" r="8890" b="4445"/>
            <wp:docPr id="982482312" name="Obrázek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2482312" name="Obrázek 982482312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2091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9FD887" w14:textId="0282C8BC" w:rsidR="00BB370C" w:rsidRDefault="00BB370C" w:rsidP="00BB370C">
      <w:pPr>
        <w:pStyle w:val="Titulek"/>
      </w:pPr>
      <w:r>
        <w:t xml:space="preserve">Obrázek </w:t>
      </w:r>
      <w:r>
        <w:fldChar w:fldCharType="begin"/>
      </w:r>
      <w:r>
        <w:instrText xml:space="preserve"> SEQ Obrázek \* ARABIC </w:instrText>
      </w:r>
      <w:r>
        <w:fldChar w:fldCharType="separate"/>
      </w:r>
      <w:r w:rsidR="00CB3137">
        <w:rPr>
          <w:noProof/>
        </w:rPr>
        <w:t>19</w:t>
      </w:r>
      <w:r>
        <w:fldChar w:fldCharType="end"/>
      </w:r>
      <w:r>
        <w:t xml:space="preserve"> Vložení komentáře k vybranému textu</w:t>
      </w:r>
    </w:p>
    <w:p w14:paraId="2EDCF0DE" w14:textId="77777777" w:rsidR="00BB370C" w:rsidRDefault="00BB370C" w:rsidP="00BB370C"/>
    <w:p w14:paraId="17126040" w14:textId="77777777" w:rsidR="00BB370C" w:rsidRDefault="00BB370C" w:rsidP="00BB370C">
      <w:pPr>
        <w:keepNext/>
      </w:pPr>
      <w:r>
        <w:rPr>
          <w:noProof/>
        </w:rPr>
        <w:drawing>
          <wp:inline distT="0" distB="0" distL="0" distR="0" wp14:anchorId="3EC15991" wp14:editId="3E394C6F">
            <wp:extent cx="5972810" cy="2326640"/>
            <wp:effectExtent l="0" t="0" r="8890" b="0"/>
            <wp:docPr id="181020398" name="Obrázek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020398" name="Obrázek 181020398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232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7D2B28" w14:textId="6875EDE1" w:rsidR="00BB370C" w:rsidRPr="007C080B" w:rsidRDefault="00BB370C" w:rsidP="00BB370C">
      <w:pPr>
        <w:pStyle w:val="Titulek"/>
      </w:pPr>
      <w:r>
        <w:t xml:space="preserve">Obrázek </w:t>
      </w:r>
      <w:r>
        <w:fldChar w:fldCharType="begin"/>
      </w:r>
      <w:r>
        <w:instrText xml:space="preserve"> SEQ Obrázek \* ARABIC </w:instrText>
      </w:r>
      <w:r>
        <w:fldChar w:fldCharType="separate"/>
      </w:r>
      <w:r w:rsidR="00CB3137">
        <w:rPr>
          <w:noProof/>
        </w:rPr>
        <w:t>20</w:t>
      </w:r>
      <w:r>
        <w:fldChar w:fldCharType="end"/>
      </w:r>
      <w:r>
        <w:t xml:space="preserve"> Reakce na vložený komentář</w:t>
      </w:r>
    </w:p>
    <w:p w14:paraId="40C16784" w14:textId="2C5EC5A1" w:rsidR="007C080B" w:rsidRPr="007C080B" w:rsidRDefault="007C080B" w:rsidP="00BB370C">
      <w:pPr>
        <w:pStyle w:val="Nadpis3"/>
      </w:pPr>
      <w:bookmarkStart w:id="12" w:name="_Toc223113845"/>
      <w:r w:rsidRPr="007C080B">
        <w:t xml:space="preserve">Oprávnění a bezpečné </w:t>
      </w:r>
      <w:r w:rsidRPr="00BB370C">
        <w:t>sdílení</w:t>
      </w:r>
      <w:r w:rsidRPr="007C080B">
        <w:t xml:space="preserve"> deníku</w:t>
      </w:r>
      <w:bookmarkEnd w:id="12"/>
    </w:p>
    <w:p w14:paraId="56ACFF3B" w14:textId="44EDF2D1" w:rsidR="007C080B" w:rsidRPr="007C080B" w:rsidRDefault="007C080B" w:rsidP="007C080B">
      <w:r w:rsidRPr="007C080B">
        <w:t>Deník je pracovní dokument. Obvykle ho sdílíme s týmem, ale ne s širokou veřejností. Podle role jednotlivých osob nastavte úroveň přístupu</w:t>
      </w:r>
      <w:r w:rsidR="00BB370C">
        <w:t>, Principy nastavení úrovně přístupu odpovídají principům, které jsme si vysvětlili již dříve:</w:t>
      </w:r>
    </w:p>
    <w:p w14:paraId="45C850D3" w14:textId="77777777" w:rsidR="007C080B" w:rsidRPr="007C080B" w:rsidRDefault="007C080B" w:rsidP="00BB370C">
      <w:pPr>
        <w:pStyle w:val="OdrkyMSWORD"/>
      </w:pPr>
      <w:r w:rsidRPr="007C080B">
        <w:t>Prohlížet: vhodné pro širší okruh spolupracovníků, kteří mají být informováni.</w:t>
      </w:r>
    </w:p>
    <w:p w14:paraId="30D1990D" w14:textId="77777777" w:rsidR="007C080B" w:rsidRPr="007C080B" w:rsidRDefault="007C080B" w:rsidP="00BB370C">
      <w:pPr>
        <w:pStyle w:val="OdrkyMSWORD"/>
      </w:pPr>
      <w:r w:rsidRPr="007C080B">
        <w:t>Komentovat: vhodné pro ty, kdo mají dávat připomínky, ale nemají text přímo upravovat.</w:t>
      </w:r>
    </w:p>
    <w:p w14:paraId="73E95EDD" w14:textId="77777777" w:rsidR="007C080B" w:rsidRPr="007C080B" w:rsidRDefault="007C080B" w:rsidP="00BB370C">
      <w:pPr>
        <w:pStyle w:val="OdrkyMSWORD"/>
      </w:pPr>
      <w:r w:rsidRPr="007C080B">
        <w:t>Upravovat: určeno pro osoby, které text aktivně píší a mění.</w:t>
      </w:r>
    </w:p>
    <w:p w14:paraId="5AE927A4" w14:textId="77777777" w:rsidR="007C080B" w:rsidRPr="007C080B" w:rsidRDefault="007C080B" w:rsidP="00BB370C">
      <w:pPr>
        <w:spacing w:before="120"/>
      </w:pPr>
      <w:r w:rsidRPr="007C080B">
        <w:t>Před sdílením zkontrolujte, zda deník neobsahuje citlivé údaje: přesné souřadnice, detailní popisy přístupu do lokalit nebo osobní údaje. Tyto informace patří do tabulek, exportů nebo interních poznámek, a sdílejí se pouze s potřebnými osobami.</w:t>
      </w:r>
    </w:p>
    <w:p w14:paraId="3DA29306" w14:textId="297C774A" w:rsidR="007C080B" w:rsidRPr="007C080B" w:rsidRDefault="007C080B" w:rsidP="007C080B">
      <w:pPr>
        <w:pStyle w:val="Nadpis3"/>
      </w:pPr>
      <w:bookmarkStart w:id="13" w:name="_Toc223113846"/>
      <w:r w:rsidRPr="007C080B">
        <w:t xml:space="preserve">Formátování </w:t>
      </w:r>
      <w:r w:rsidR="00BB370C">
        <w:t xml:space="preserve">dokumentu </w:t>
      </w:r>
      <w:r w:rsidRPr="007C080B">
        <w:t>pro tisk a export</w:t>
      </w:r>
      <w:bookmarkEnd w:id="13"/>
    </w:p>
    <w:p w14:paraId="20EF1BDB" w14:textId="77777777" w:rsidR="007C080B" w:rsidRPr="007C080B" w:rsidRDefault="007C080B" w:rsidP="00BB370C">
      <w:r w:rsidRPr="007C080B">
        <w:t>I když je deník primárně online, někdy potřebujete verzi pro tisk nebo archiv. Dokumenty Google umožňují jednoduché nastavení vzhledu pro papír.</w:t>
      </w:r>
    </w:p>
    <w:p w14:paraId="100C6FC3" w14:textId="77777777" w:rsidR="007C080B" w:rsidRPr="007C080B" w:rsidRDefault="007C080B" w:rsidP="00BB370C">
      <w:pPr>
        <w:pStyle w:val="OdrkyMSWORD"/>
      </w:pPr>
      <w:r w:rsidRPr="007C080B">
        <w:t>Záhlaví a zápatí: vložte název projektu, číslo stránky či datum tisku.</w:t>
      </w:r>
    </w:p>
    <w:p w14:paraId="48283F17" w14:textId="77777777" w:rsidR="007C080B" w:rsidRPr="007C080B" w:rsidRDefault="007C080B" w:rsidP="00BB370C">
      <w:pPr>
        <w:pStyle w:val="OdrkyMSWORD"/>
      </w:pPr>
      <w:r w:rsidRPr="007C080B">
        <w:t>Číslování stran: u delších dokumentů je užitečné mít čísla stran v zápatí.</w:t>
      </w:r>
    </w:p>
    <w:p w14:paraId="4B09387C" w14:textId="77777777" w:rsidR="007C080B" w:rsidRPr="007C080B" w:rsidRDefault="007C080B" w:rsidP="00BB370C">
      <w:pPr>
        <w:pStyle w:val="OdrkyMSWORD"/>
      </w:pPr>
      <w:r w:rsidRPr="007C080B">
        <w:t>Styly odstavců: používejte jednotný řez písma, velikost a řádkování pro čitelnost.</w:t>
      </w:r>
    </w:p>
    <w:p w14:paraId="3BC8D2CD" w14:textId="77777777" w:rsidR="007C080B" w:rsidRPr="007C080B" w:rsidRDefault="007C080B" w:rsidP="00BB370C">
      <w:pPr>
        <w:pStyle w:val="OdrkyMSWORD"/>
      </w:pPr>
      <w:r w:rsidRPr="007C080B">
        <w:t>Obsah: z nadpisů vygenerujete přehled kapitol na začátku dokumentu.</w:t>
      </w:r>
    </w:p>
    <w:p w14:paraId="224BCF93" w14:textId="77777777" w:rsidR="007C080B" w:rsidRDefault="007C080B" w:rsidP="00BB370C">
      <w:pPr>
        <w:pStyle w:val="OdrkyMSWORD"/>
      </w:pPr>
      <w:r w:rsidRPr="007C080B">
        <w:t>Export: uložení do DOCX nebo PDF; pro sdílení mimo prostředí Google je vhodné PDF, pro další editaci DOCX.</w:t>
      </w:r>
    </w:p>
    <w:p w14:paraId="1DE533C7" w14:textId="77777777" w:rsidR="00BC134E" w:rsidRDefault="00BC134E" w:rsidP="00BC134E">
      <w:pPr>
        <w:pStyle w:val="OdrkyMSWORD"/>
        <w:keepNext/>
        <w:numPr>
          <w:ilvl w:val="0"/>
          <w:numId w:val="0"/>
        </w:numPr>
        <w:ind w:left="720" w:hanging="360"/>
      </w:pPr>
      <w:r>
        <w:rPr>
          <w:noProof/>
        </w:rPr>
        <w:drawing>
          <wp:inline distT="0" distB="0" distL="0" distR="0" wp14:anchorId="07686F6B" wp14:editId="0ACE265F">
            <wp:extent cx="5972810" cy="3023235"/>
            <wp:effectExtent l="0" t="0" r="8890" b="5715"/>
            <wp:docPr id="2120539531" name="Obrázek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0539531" name="Obrázek 2120539531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023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BC900A" w14:textId="0B5BB89B" w:rsidR="00BB370C" w:rsidRDefault="00BC134E" w:rsidP="00BC134E">
      <w:pPr>
        <w:pStyle w:val="Titulek"/>
      </w:pPr>
      <w:r>
        <w:t xml:space="preserve">Obrázek </w:t>
      </w:r>
      <w:r>
        <w:fldChar w:fldCharType="begin"/>
      </w:r>
      <w:r>
        <w:instrText xml:space="preserve"> SEQ Obrázek \* ARABIC </w:instrText>
      </w:r>
      <w:r>
        <w:fldChar w:fldCharType="separate"/>
      </w:r>
      <w:r w:rsidR="00CB3137">
        <w:rPr>
          <w:noProof/>
        </w:rPr>
        <w:t>21</w:t>
      </w:r>
      <w:r>
        <w:fldChar w:fldCharType="end"/>
      </w:r>
      <w:r>
        <w:t xml:space="preserve"> Čísla stránek vložíme pomocí nabídky FORMÁT / ČÍSLA STRÁNEK</w:t>
      </w:r>
    </w:p>
    <w:p w14:paraId="675534C4" w14:textId="4AD61EC4" w:rsidR="00FD46BC" w:rsidRPr="00FD46BC" w:rsidRDefault="00FD46BC" w:rsidP="00FD46BC">
      <w:pPr>
        <w:jc w:val="left"/>
      </w:pPr>
      <w:r>
        <w:br w:type="page"/>
      </w:r>
    </w:p>
    <w:p w14:paraId="5CD026EB" w14:textId="77777777" w:rsidR="00FD46BC" w:rsidRDefault="00FD46BC" w:rsidP="00FD46BC">
      <w:pPr>
        <w:pStyle w:val="Nadpis2"/>
      </w:pPr>
      <w:bookmarkStart w:id="14" w:name="_Toc223113847"/>
      <w:r>
        <w:t>Tabulky Google — jednoduchý list pozorování</w:t>
      </w:r>
      <w:bookmarkEnd w:id="14"/>
    </w:p>
    <w:p w14:paraId="3871FF94" w14:textId="21A1AD50" w:rsidR="00FD46BC" w:rsidRDefault="00FD46BC" w:rsidP="00FD46BC">
      <w:r>
        <w:t>Tabulky Google pracují velmi podobně jako MS Excel: mají buňky, listy, vzorce, filtrování, třídění i podmíněné formátování. Pokud jste v první úrovni kurzu pracovali s Excelem, většinu postupů zde popsaných jste si již osvojili v první úrovni (</w:t>
      </w:r>
      <w:r w:rsidR="00AD11C0">
        <w:t>občas</w:t>
      </w:r>
      <w:r>
        <w:t xml:space="preserve"> jsou funkce jinak uspořádané, ale v podstatě vše, co umí MS Excel v základní úrovni, ovládají i Google Tabulky). Hlavní rozdíl je v online prostředí: dokument se ukládá průběžně, je dostupný z libovolného zařízení a snadno se sdílí s dalšími lidmi.</w:t>
      </w:r>
    </w:p>
    <w:p w14:paraId="0136404B" w14:textId="3D0F5663" w:rsidR="00FD46BC" w:rsidRDefault="00FD46BC" w:rsidP="00FD46BC">
      <w:r>
        <w:rPr>
          <w:noProof/>
        </w:rPr>
        <mc:AlternateContent>
          <mc:Choice Requires="wps">
            <w:drawing>
              <wp:anchor distT="0" distB="0" distL="114300" distR="114300" simplePos="0" relativeHeight="251752960" behindDoc="0" locked="0" layoutInCell="1" allowOverlap="1" wp14:anchorId="1071DFB8" wp14:editId="42E6C90C">
                <wp:simplePos x="0" y="0"/>
                <wp:positionH relativeFrom="column">
                  <wp:posOffset>2029987</wp:posOffset>
                </wp:positionH>
                <wp:positionV relativeFrom="paragraph">
                  <wp:posOffset>1115686</wp:posOffset>
                </wp:positionV>
                <wp:extent cx="2279337" cy="708338"/>
                <wp:effectExtent l="0" t="19050" r="45085" b="34925"/>
                <wp:wrapNone/>
                <wp:docPr id="516354466" name="Šipka: doprava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9337" cy="708338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C72A4E" w14:textId="10089A67" w:rsidR="00FD46BC" w:rsidRDefault="00FD46BC" w:rsidP="00FD46BC">
                            <w:pPr>
                              <w:jc w:val="center"/>
                            </w:pPr>
                            <w:r>
                              <w:t>Tabulky Google otevřeme zde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071DFB8" id="Šipka: doprava 136" o:spid="_x0000_s1036" type="#_x0000_t13" style="position:absolute;left:0;text-align:left;margin-left:159.85pt;margin-top:87.85pt;width:179.5pt;height:55.75pt;z-index:251752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" adj="18244" fillcolor="white [3201]" strokecolor="#f79646 [3209]" strokeweight="2pt">
                <v:textbox>
                  <w:txbxContent>
                    <w:p w14:paraId="62C72A4E" w14:textId="10089A67" w:rsidR="00FD46BC" w:rsidRDefault="00FD46BC" w:rsidP="00FD46BC">
                      <w:pPr>
                        <w:jc w:val="center"/>
                      </w:pPr>
                      <w:r>
                        <w:t>Tabulky Google otevřeme zde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4842C46" wp14:editId="2406C6AE">
            <wp:extent cx="5972810" cy="2517775"/>
            <wp:effectExtent l="0" t="0" r="8890" b="0"/>
            <wp:docPr id="2000024044" name="Obrázek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0024044" name="Obrázek 2000024044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251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0DE453" w14:textId="79331324" w:rsidR="00FD46BC" w:rsidRDefault="00FD46BC" w:rsidP="00FD46BC">
      <w:pPr>
        <w:rPr>
          <w:lang w:eastAsia="cs-CZ"/>
        </w:rPr>
      </w:pPr>
      <w:r w:rsidRPr="00FD46BC">
        <w:rPr>
          <w:lang w:eastAsia="cs-CZ"/>
        </w:rPr>
        <w:t xml:space="preserve">V kontextu občanské vědy dávají </w:t>
      </w:r>
      <w:r w:rsidRPr="00FD46BC">
        <w:rPr>
          <w:b/>
          <w:bCs/>
          <w:lang w:eastAsia="cs-CZ"/>
        </w:rPr>
        <w:t>Tabulky Google</w:t>
      </w:r>
      <w:r w:rsidRPr="00FD46BC">
        <w:rPr>
          <w:lang w:eastAsia="cs-CZ"/>
        </w:rPr>
        <w:t xml:space="preserve"> smysl díky stálé dostupnosti, jednoduché spolupráci v reálném čase a provázanosti s dalšími nástroji Google (Disk, Dokumenty, Fotky, </w:t>
      </w:r>
      <w:proofErr w:type="gramStart"/>
      <w:r w:rsidRPr="00FD46BC">
        <w:rPr>
          <w:lang w:eastAsia="cs-CZ"/>
        </w:rPr>
        <w:t>My</w:t>
      </w:r>
      <w:r w:rsidR="00AD11C0">
        <w:rPr>
          <w:lang w:eastAsia="cs-CZ"/>
        </w:rPr>
        <w:t> </w:t>
      </w:r>
      <w:r w:rsidRPr="00FD46BC">
        <w:rPr>
          <w:lang w:eastAsia="cs-CZ"/>
        </w:rPr>
        <w:t xml:space="preserve"> </w:t>
      </w:r>
      <w:proofErr w:type="spellStart"/>
      <w:r w:rsidRPr="00FD46BC">
        <w:rPr>
          <w:lang w:eastAsia="cs-CZ"/>
        </w:rPr>
        <w:t>Maps</w:t>
      </w:r>
      <w:proofErr w:type="spellEnd"/>
      <w:proofErr w:type="gramEnd"/>
      <w:r w:rsidRPr="00FD46BC">
        <w:rPr>
          <w:lang w:eastAsia="cs-CZ"/>
        </w:rPr>
        <w:t xml:space="preserve">). Usnadňují tak průběžné vedení přehledu, předávání podkladů kolegům a pozdější práci </w:t>
      </w:r>
      <w:proofErr w:type="gramStart"/>
      <w:r w:rsidRPr="00FD46BC">
        <w:rPr>
          <w:lang w:eastAsia="cs-CZ"/>
        </w:rPr>
        <w:t>s</w:t>
      </w:r>
      <w:r w:rsidR="00AD11C0">
        <w:rPr>
          <w:lang w:eastAsia="cs-CZ"/>
        </w:rPr>
        <w:t> </w:t>
      </w:r>
      <w:r w:rsidRPr="00FD46BC">
        <w:rPr>
          <w:lang w:eastAsia="cs-CZ"/>
        </w:rPr>
        <w:t xml:space="preserve"> mapou</w:t>
      </w:r>
      <w:proofErr w:type="gramEnd"/>
      <w:r w:rsidRPr="00FD46BC">
        <w:rPr>
          <w:lang w:eastAsia="cs-CZ"/>
        </w:rPr>
        <w:t xml:space="preserve"> či souhrny.</w:t>
      </w:r>
    </w:p>
    <w:p w14:paraId="1B9D1343" w14:textId="1CE43C31" w:rsidR="00FD46BC" w:rsidRDefault="00FD46BC" w:rsidP="00FD46BC">
      <w:pPr>
        <w:keepNext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55008" behindDoc="0" locked="0" layoutInCell="1" allowOverlap="1" wp14:anchorId="7AE5F29F" wp14:editId="59E93BDC">
                <wp:simplePos x="0" y="0"/>
                <wp:positionH relativeFrom="column">
                  <wp:posOffset>3819927</wp:posOffset>
                </wp:positionH>
                <wp:positionV relativeFrom="paragraph">
                  <wp:posOffset>1378495</wp:posOffset>
                </wp:positionV>
                <wp:extent cx="2298878" cy="1068947"/>
                <wp:effectExtent l="0" t="0" r="25400" b="17145"/>
                <wp:wrapNone/>
                <wp:docPr id="1183712378" name="Šipka: doleva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8878" cy="1068947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8DE142" w14:textId="74D8B232" w:rsidR="00FD46BC" w:rsidRDefault="00FD46BC" w:rsidP="00FD46BC">
                            <w:pPr>
                              <w:jc w:val="center"/>
                            </w:pPr>
                            <w:r>
                              <w:t>Již existující soubory, které otevřete kliknutím myši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AE5F29F" id="Šipka: doleva 139" o:spid="_x0000_s1037" type="#_x0000_t66" style="position:absolute;left:0;text-align:left;margin-left:300.8pt;margin-top:108.55pt;width:181pt;height:84.15pt;z-index:251755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" adj="5022" fillcolor="white [3201]" strokecolor="#f79646 [3209]" strokeweight="2pt">
                <v:textbox>
                  <w:txbxContent>
                    <w:p w14:paraId="108DE142" w14:textId="74D8B232" w:rsidR="00FD46BC" w:rsidRDefault="00FD46BC" w:rsidP="00FD46BC">
                      <w:pPr>
                        <w:jc w:val="center"/>
                      </w:pPr>
                      <w:r>
                        <w:t>Již existující soubory, které otevřete kliknutím myši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53984" behindDoc="0" locked="0" layoutInCell="1" allowOverlap="1" wp14:anchorId="22BD646E" wp14:editId="1FCBF137">
                <wp:simplePos x="0" y="0"/>
                <wp:positionH relativeFrom="column">
                  <wp:posOffset>2049467</wp:posOffset>
                </wp:positionH>
                <wp:positionV relativeFrom="paragraph">
                  <wp:posOffset>400246</wp:posOffset>
                </wp:positionV>
                <wp:extent cx="2646608" cy="631065"/>
                <wp:effectExtent l="0" t="0" r="20955" b="17145"/>
                <wp:wrapNone/>
                <wp:docPr id="862087110" name="Šipka: doleva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6608" cy="631065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2DE4F6" w14:textId="03AD39F7" w:rsidR="00FD46BC" w:rsidRDefault="00FD46BC" w:rsidP="00FD46BC">
                            <w:pPr>
                              <w:jc w:val="center"/>
                            </w:pPr>
                            <w:r>
                              <w:t>Otevření nového souboru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BD646E" id="Šipka: doleva 138" o:spid="_x0000_s1038" type="#_x0000_t66" style="position:absolute;left:0;text-align:left;margin-left:161.4pt;margin-top:31.5pt;width:208.4pt;height:49.7pt;z-index:25175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" adj="2575" fillcolor="white [3201]" strokecolor="#f79646 [3209]" strokeweight="2pt">
                <v:textbox>
                  <w:txbxContent>
                    <w:p w14:paraId="2D2DE4F6" w14:textId="03AD39F7" w:rsidR="00FD46BC" w:rsidRDefault="00FD46BC" w:rsidP="00FD46BC">
                      <w:pPr>
                        <w:jc w:val="center"/>
                      </w:pPr>
                      <w:r>
                        <w:t>Otevření nového souboru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199EC2F9" wp14:editId="0CBB7C1E">
            <wp:extent cx="5595871" cy="2642065"/>
            <wp:effectExtent l="0" t="0" r="5080" b="6350"/>
            <wp:docPr id="745533751" name="Obrázek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5533751" name="Obrázek 745533751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604186" cy="2645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BDF690" w14:textId="4343DC79" w:rsidR="00FD46BC" w:rsidRPr="00FD46BC" w:rsidRDefault="00FD46BC" w:rsidP="00FD46BC">
      <w:pPr>
        <w:pStyle w:val="Titulek"/>
        <w:rPr>
          <w:lang w:eastAsia="cs-CZ"/>
        </w:rPr>
      </w:pPr>
      <w:r>
        <w:t xml:space="preserve">Obrázek </w:t>
      </w:r>
      <w:r>
        <w:fldChar w:fldCharType="begin"/>
      </w:r>
      <w:r>
        <w:instrText xml:space="preserve"> SEQ Obrázek \* ARABIC </w:instrText>
      </w:r>
      <w:r>
        <w:fldChar w:fldCharType="separate"/>
      </w:r>
      <w:r w:rsidR="00CB3137">
        <w:rPr>
          <w:noProof/>
        </w:rPr>
        <w:t>22</w:t>
      </w:r>
      <w:r>
        <w:fldChar w:fldCharType="end"/>
      </w:r>
      <w:r>
        <w:t xml:space="preserve"> Ukázka pracovního prostoru Excel před otevřením souboru</w:t>
      </w:r>
    </w:p>
    <w:p w14:paraId="1E211912" w14:textId="4271A294" w:rsidR="00FD46BC" w:rsidRDefault="00FD46BC" w:rsidP="00FD46BC">
      <w:pPr>
        <w:keepNext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56032" behindDoc="0" locked="0" layoutInCell="1" allowOverlap="1" wp14:anchorId="1C76DFA9" wp14:editId="00377C05">
                <wp:simplePos x="0" y="0"/>
                <wp:positionH relativeFrom="margin">
                  <wp:posOffset>3222807</wp:posOffset>
                </wp:positionH>
                <wp:positionV relativeFrom="paragraph">
                  <wp:posOffset>415089</wp:posOffset>
                </wp:positionV>
                <wp:extent cx="2692048" cy="1339403"/>
                <wp:effectExtent l="0" t="209550" r="51435" b="108585"/>
                <wp:wrapNone/>
                <wp:docPr id="217470082" name="Šipka: doleva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36143">
                          <a:off x="0" y="0"/>
                          <a:ext cx="2692048" cy="1339403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C7CA85" w14:textId="12E180AA" w:rsidR="00FD46BC" w:rsidRDefault="00FD46BC" w:rsidP="00FD46BC">
                            <w:pPr>
                              <w:jc w:val="center"/>
                            </w:pPr>
                            <w:r>
                              <w:t>Do Tabulek Google můžete nahrát i soubory uložené v počítači (pracuje i se soubory MS EXCEL)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C76DFA9" id="Šipka: doleva 141" o:spid="_x0000_s1039" type="#_x0000_t66" style="position:absolute;left:0;text-align:left;margin-left:253.75pt;margin-top:32.7pt;width:211.95pt;height:105.45pt;rotation:1240971fd;z-index:25175603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" adj="5373" fillcolor="white [3201]" strokecolor="#f79646 [3209]" strokeweight="2pt">
                <v:textbox>
                  <w:txbxContent>
                    <w:p w14:paraId="19C7CA85" w14:textId="12E180AA" w:rsidR="00FD46BC" w:rsidRDefault="00FD46BC" w:rsidP="00FD46BC">
                      <w:pPr>
                        <w:jc w:val="center"/>
                      </w:pPr>
                      <w:r>
                        <w:t>Do Tabulek Google můžete nahrát i soubory uložené v počítači (pracuje i se soubory MS EXCEL)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5284F06A" wp14:editId="0094D6E4">
            <wp:extent cx="5972810" cy="2693670"/>
            <wp:effectExtent l="0" t="0" r="8890" b="0"/>
            <wp:docPr id="1768173533" name="Obrázek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8173533" name="Obrázek 1768173533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2693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69402B" w14:textId="6278EB6E" w:rsidR="00FD46BC" w:rsidRDefault="00FD46BC" w:rsidP="00FD46BC">
      <w:pPr>
        <w:pStyle w:val="Titulek"/>
        <w:rPr>
          <w:lang w:eastAsia="cs-CZ"/>
        </w:rPr>
      </w:pPr>
      <w:r>
        <w:t xml:space="preserve">Obrázek </w:t>
      </w:r>
      <w:r>
        <w:fldChar w:fldCharType="begin"/>
      </w:r>
      <w:r>
        <w:instrText xml:space="preserve"> SEQ Obrázek \* ARABIC </w:instrText>
      </w:r>
      <w:r>
        <w:fldChar w:fldCharType="separate"/>
      </w:r>
      <w:r w:rsidR="00CB3137">
        <w:rPr>
          <w:noProof/>
        </w:rPr>
        <w:t>23</w:t>
      </w:r>
      <w:r>
        <w:fldChar w:fldCharType="end"/>
      </w:r>
      <w:r>
        <w:t xml:space="preserve"> Dialogové okno otevření souboru</w:t>
      </w:r>
    </w:p>
    <w:p w14:paraId="68FD0291" w14:textId="28660F02" w:rsidR="00FD46BC" w:rsidRPr="00FD46BC" w:rsidRDefault="00FD46BC" w:rsidP="00FD46BC">
      <w:pPr>
        <w:rPr>
          <w:lang w:eastAsia="cs-CZ"/>
        </w:rPr>
      </w:pPr>
      <w:r>
        <w:rPr>
          <w:lang w:eastAsia="cs-CZ"/>
        </w:rPr>
        <w:t>My se zaměříme primárně na práci s t</w:t>
      </w:r>
      <w:r w:rsidRPr="00FD46BC">
        <w:rPr>
          <w:lang w:eastAsia="cs-CZ"/>
        </w:rPr>
        <w:t>abulk</w:t>
      </w:r>
      <w:r>
        <w:rPr>
          <w:lang w:eastAsia="cs-CZ"/>
        </w:rPr>
        <w:t>ou, které je pro nás základním</w:t>
      </w:r>
      <w:r w:rsidRPr="00FD46BC">
        <w:rPr>
          <w:lang w:eastAsia="cs-CZ"/>
        </w:rPr>
        <w:t xml:space="preserve"> pracovním přehledem pozorování: na jednom místě uchovává datum, místo, způsob záznamu a odkazy na související materiály. Cílem</w:t>
      </w:r>
      <w:r>
        <w:rPr>
          <w:lang w:eastAsia="cs-CZ"/>
        </w:rPr>
        <w:t xml:space="preserve"> tabulky je poskytnout</w:t>
      </w:r>
      <w:r w:rsidRPr="00FD46BC">
        <w:rPr>
          <w:lang w:eastAsia="cs-CZ"/>
        </w:rPr>
        <w:t xml:space="preserve"> jednotný, stručný a konzistentní zápis, který se snadno filtruje a exportuje.</w:t>
      </w:r>
      <w:r>
        <w:rPr>
          <w:lang w:eastAsia="cs-CZ"/>
        </w:rPr>
        <w:t xml:space="preserve"> V následujících podkapitolách si proto představíme postupy a nástroje, které nám takovou přehlednou tabulku pozorování pomohou vytvořit.</w:t>
      </w:r>
    </w:p>
    <w:p w14:paraId="4540794F" w14:textId="77777777" w:rsidR="00FD46BC" w:rsidRPr="00FD46BC" w:rsidRDefault="00FD46BC" w:rsidP="00FD46BC">
      <w:pPr>
        <w:pStyle w:val="Nadpis3"/>
      </w:pPr>
      <w:bookmarkStart w:id="15" w:name="_Toc223113848"/>
      <w:r w:rsidRPr="00FD46BC">
        <w:t>Založení pracovní tabulky a doporučené sloupce</w:t>
      </w:r>
      <w:bookmarkEnd w:id="15"/>
    </w:p>
    <w:p w14:paraId="3D677045" w14:textId="77777777" w:rsidR="00FD46BC" w:rsidRDefault="00FD46BC" w:rsidP="00FD46BC">
      <w:pPr>
        <w:rPr>
          <w:lang w:eastAsia="cs-CZ"/>
        </w:rPr>
      </w:pPr>
      <w:r w:rsidRPr="00FD46BC">
        <w:rPr>
          <w:lang w:eastAsia="cs-CZ"/>
        </w:rPr>
        <w:t>Stejně jako v Excelu začínáte prázdným listem a pojmenujete soubor i sloupce. V online prostředí je vhodné soubor uložit do projektové složky na Disku</w:t>
      </w:r>
      <w:r>
        <w:rPr>
          <w:lang w:eastAsia="cs-CZ"/>
        </w:rPr>
        <w:t xml:space="preserve"> pro udržení lepšího přehledu v souborech a umožnění přístupu případným dalším členům vašeho pozorovatelského týmu.</w:t>
      </w:r>
    </w:p>
    <w:p w14:paraId="5711AE85" w14:textId="77777777" w:rsidR="00244651" w:rsidRDefault="00FD46BC" w:rsidP="00FD46BC">
      <w:pPr>
        <w:rPr>
          <w:lang w:eastAsia="cs-CZ"/>
        </w:rPr>
      </w:pPr>
      <w:r>
        <w:rPr>
          <w:lang w:eastAsia="cs-CZ"/>
        </w:rPr>
        <w:t xml:space="preserve">Na </w:t>
      </w:r>
      <w:r w:rsidR="00244651">
        <w:rPr>
          <w:lang w:eastAsia="cs-CZ"/>
        </w:rPr>
        <w:t>ukázce vidíte tabulku, do které jsme si zpracovali naše pozorování s Merlinem:</w:t>
      </w:r>
    </w:p>
    <w:p w14:paraId="56B7FE12" w14:textId="77777777" w:rsidR="00244651" w:rsidRDefault="00244651" w:rsidP="00FD46BC">
      <w:pPr>
        <w:rPr>
          <w:lang w:eastAsia="cs-CZ"/>
        </w:rPr>
      </w:pPr>
    </w:p>
    <w:p w14:paraId="557AB5CC" w14:textId="296086BD" w:rsidR="00FD46BC" w:rsidRPr="00FD46BC" w:rsidRDefault="00244651" w:rsidP="00FD46BC">
      <w:pPr>
        <w:rPr>
          <w:lang w:eastAsia="cs-CZ"/>
        </w:rPr>
      </w:pPr>
      <w:r>
        <w:rPr>
          <w:lang w:eastAsia="cs-CZ"/>
        </w:rPr>
        <w:t xml:space="preserve">Pokud si budete připravovat tabulku pro vlastní sledování s aplikací </w:t>
      </w:r>
      <w:proofErr w:type="spellStart"/>
      <w:r>
        <w:rPr>
          <w:lang w:eastAsia="cs-CZ"/>
        </w:rPr>
        <w:t>iNaturalista</w:t>
      </w:r>
      <w:proofErr w:type="spellEnd"/>
      <w:r>
        <w:rPr>
          <w:lang w:eastAsia="cs-CZ"/>
        </w:rPr>
        <w:t>, doporučujeme vám evidovat následující data. Ať už se rozhodnete pro evidenci dat z celého seznamu nebo si vyberete jen několik parametrů, naším cílem je vytvořit první tabulku v Google Tabulkách (bez vyplněných dat z pozorování).</w:t>
      </w:r>
    </w:p>
    <w:p w14:paraId="5F9D34BD" w14:textId="17E29292" w:rsidR="00FD46BC" w:rsidRPr="00FD46BC" w:rsidRDefault="00FD46BC" w:rsidP="00FD46BC">
      <w:pPr>
        <w:rPr>
          <w:lang w:eastAsia="cs-CZ"/>
        </w:rPr>
      </w:pPr>
      <w:r w:rsidRPr="00FD46BC">
        <w:rPr>
          <w:b/>
          <w:bCs/>
          <w:lang w:eastAsia="cs-CZ"/>
        </w:rPr>
        <w:t>Doporučené sloupce</w:t>
      </w:r>
      <w:r w:rsidR="00244651">
        <w:rPr>
          <w:b/>
          <w:bCs/>
          <w:lang w:eastAsia="cs-CZ"/>
        </w:rPr>
        <w:t xml:space="preserve"> pro vaši tabulku pozorování s </w:t>
      </w:r>
      <w:proofErr w:type="spellStart"/>
      <w:r w:rsidR="00244651">
        <w:rPr>
          <w:b/>
          <w:bCs/>
          <w:lang w:eastAsia="cs-CZ"/>
        </w:rPr>
        <w:t>iNaturalist</w:t>
      </w:r>
      <w:proofErr w:type="spellEnd"/>
      <w:r w:rsidRPr="00FD46BC">
        <w:rPr>
          <w:b/>
          <w:bCs/>
          <w:lang w:eastAsia="cs-CZ"/>
        </w:rPr>
        <w:t>:</w:t>
      </w:r>
    </w:p>
    <w:p w14:paraId="2CFD2A80" w14:textId="77777777" w:rsidR="00FD46BC" w:rsidRPr="00FD46BC" w:rsidRDefault="00FD46BC" w:rsidP="00244651">
      <w:pPr>
        <w:pStyle w:val="OdrkyMSWORD"/>
        <w:rPr>
          <w:lang w:eastAsia="cs-CZ"/>
        </w:rPr>
      </w:pPr>
      <w:r w:rsidRPr="00FD46BC">
        <w:rPr>
          <w:b/>
          <w:bCs/>
          <w:lang w:eastAsia="cs-CZ"/>
        </w:rPr>
        <w:t>Datum</w:t>
      </w:r>
      <w:r w:rsidRPr="00FD46BC">
        <w:rPr>
          <w:lang w:eastAsia="cs-CZ"/>
        </w:rPr>
        <w:t xml:space="preserve"> — den pořízení pozorování (stejně jako v Excelu lze nastavit formát).</w:t>
      </w:r>
    </w:p>
    <w:p w14:paraId="0754434D" w14:textId="77777777" w:rsidR="00FD46BC" w:rsidRPr="00FD46BC" w:rsidRDefault="00FD46BC" w:rsidP="00244651">
      <w:pPr>
        <w:pStyle w:val="OdrkyMSWORD"/>
        <w:rPr>
          <w:lang w:eastAsia="cs-CZ"/>
        </w:rPr>
      </w:pPr>
      <w:r w:rsidRPr="00FD46BC">
        <w:rPr>
          <w:b/>
          <w:bCs/>
          <w:lang w:eastAsia="cs-CZ"/>
        </w:rPr>
        <w:t>Čas</w:t>
      </w:r>
      <w:r w:rsidRPr="00FD46BC">
        <w:rPr>
          <w:lang w:eastAsia="cs-CZ"/>
        </w:rPr>
        <w:t xml:space="preserve"> (volitelně) — užitečné u ranních/večerních záznamů.</w:t>
      </w:r>
    </w:p>
    <w:p w14:paraId="46A6896F" w14:textId="77777777" w:rsidR="00FD46BC" w:rsidRPr="00FD46BC" w:rsidRDefault="00FD46BC" w:rsidP="00244651">
      <w:pPr>
        <w:pStyle w:val="OdrkyMSWORD"/>
        <w:rPr>
          <w:lang w:eastAsia="cs-CZ"/>
        </w:rPr>
      </w:pPr>
      <w:r w:rsidRPr="00FD46BC">
        <w:rPr>
          <w:b/>
          <w:bCs/>
          <w:lang w:eastAsia="cs-CZ"/>
        </w:rPr>
        <w:t>Místo – stručně</w:t>
      </w:r>
      <w:r w:rsidRPr="00FD46BC">
        <w:rPr>
          <w:lang w:eastAsia="cs-CZ"/>
        </w:rPr>
        <w:t xml:space="preserve"> — název lokality bez přesných souřadnic (např. „Park Sychrov – jih“).</w:t>
      </w:r>
    </w:p>
    <w:p w14:paraId="09992110" w14:textId="77777777" w:rsidR="00244651" w:rsidRDefault="00FD46BC" w:rsidP="00290105">
      <w:pPr>
        <w:pStyle w:val="OdrkyMSWORD"/>
        <w:numPr>
          <w:ilvl w:val="0"/>
          <w:numId w:val="57"/>
        </w:numPr>
        <w:rPr>
          <w:lang w:eastAsia="cs-CZ"/>
        </w:rPr>
      </w:pPr>
      <w:r w:rsidRPr="00244651">
        <w:rPr>
          <w:b/>
          <w:bCs/>
          <w:lang w:eastAsia="cs-CZ"/>
        </w:rPr>
        <w:t>Souřadnice</w:t>
      </w:r>
      <w:r w:rsidRPr="00FD46BC">
        <w:rPr>
          <w:lang w:eastAsia="cs-CZ"/>
        </w:rPr>
        <w:t xml:space="preserve"> (volitelně) — přesná poloha; používejte s ohledem na soukromí.</w:t>
      </w:r>
    </w:p>
    <w:p w14:paraId="2DEC31D6" w14:textId="77777777" w:rsidR="00244651" w:rsidRDefault="00FD46BC" w:rsidP="00290105">
      <w:pPr>
        <w:pStyle w:val="OdrkyMSWORD"/>
        <w:numPr>
          <w:ilvl w:val="0"/>
          <w:numId w:val="57"/>
        </w:numPr>
        <w:rPr>
          <w:lang w:eastAsia="cs-CZ"/>
        </w:rPr>
      </w:pPr>
      <w:r w:rsidRPr="00FD46BC">
        <w:rPr>
          <w:b/>
          <w:bCs/>
          <w:lang w:eastAsia="cs-CZ"/>
        </w:rPr>
        <w:t>Druh – pracovní název</w:t>
      </w:r>
      <w:r w:rsidRPr="00FD46BC">
        <w:rPr>
          <w:lang w:eastAsia="cs-CZ"/>
        </w:rPr>
        <w:t xml:space="preserve"> — i neurčité označení („neznámá bylina“) je užitečné pro pozdější dohledání.</w:t>
      </w:r>
    </w:p>
    <w:p w14:paraId="7D991FDF" w14:textId="77777777" w:rsidR="00FD46BC" w:rsidRPr="00FD46BC" w:rsidRDefault="00FD46BC" w:rsidP="00290105">
      <w:pPr>
        <w:numPr>
          <w:ilvl w:val="0"/>
          <w:numId w:val="57"/>
        </w:numPr>
        <w:rPr>
          <w:lang w:eastAsia="cs-CZ"/>
        </w:rPr>
      </w:pPr>
      <w:r w:rsidRPr="00FD46BC">
        <w:rPr>
          <w:b/>
          <w:bCs/>
          <w:lang w:eastAsia="cs-CZ"/>
        </w:rPr>
        <w:t>Poznámka</w:t>
      </w:r>
      <w:r w:rsidRPr="00FD46BC">
        <w:rPr>
          <w:lang w:eastAsia="cs-CZ"/>
        </w:rPr>
        <w:t xml:space="preserve"> — stručné okolnosti, co ověřit.</w:t>
      </w:r>
    </w:p>
    <w:p w14:paraId="0DD0C6CC" w14:textId="666C5BF9" w:rsidR="00B341C5" w:rsidRDefault="00A642C6" w:rsidP="00A642C6">
      <w:pPr>
        <w:pStyle w:val="Nadpis3"/>
      </w:pPr>
      <w:bookmarkStart w:id="16" w:name="_Toc223113849"/>
      <w:r>
        <w:t>Formátování buněk</w:t>
      </w:r>
      <w:bookmarkEnd w:id="16"/>
    </w:p>
    <w:p w14:paraId="417ED6DE" w14:textId="7F4A56CE" w:rsidR="00A642C6" w:rsidRDefault="00A642C6" w:rsidP="00A642C6">
      <w:pPr>
        <w:rPr>
          <w:lang w:eastAsia="cs-CZ"/>
        </w:rPr>
      </w:pPr>
      <w:r>
        <w:rPr>
          <w:lang w:eastAsia="cs-CZ"/>
        </w:rPr>
        <w:t>Téma formátování jsme si podrobně vysvětlili v první úrovni našich kurzů, v rámci výuky MS EXCEL. V této kapitole se proto zaměříme pouze na základní ukázky a postupy.</w:t>
      </w:r>
    </w:p>
    <w:p w14:paraId="6FD1DC75" w14:textId="474F630B" w:rsidR="00A642C6" w:rsidRDefault="00A642C6" w:rsidP="00A642C6">
      <w:pPr>
        <w:rPr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759104" behindDoc="0" locked="0" layoutInCell="1" allowOverlap="1" wp14:anchorId="44BF8BE1" wp14:editId="76CBC572">
            <wp:simplePos x="0" y="0"/>
            <wp:positionH relativeFrom="column">
              <wp:posOffset>1791434</wp:posOffset>
            </wp:positionH>
            <wp:positionV relativeFrom="paragraph">
              <wp:posOffset>2495</wp:posOffset>
            </wp:positionV>
            <wp:extent cx="4545965" cy="2529840"/>
            <wp:effectExtent l="0" t="0" r="6985" b="3810"/>
            <wp:wrapSquare wrapText="bothSides"/>
            <wp:docPr id="1953455618" name="Obrázek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3455618" name="Obrázek 1953455618"/>
                    <pic:cNvPicPr/>
                  </pic:nvPicPr>
                  <pic:blipFill rotWithShape="1">
                    <a:blip r:embed="rId33"/>
                    <a:srcRect r="12283" b="213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5965" cy="2529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lang w:eastAsia="cs-CZ"/>
        </w:rPr>
        <w:t xml:space="preserve">Také v Google Tabulkách můžete nastavit formát buněk jako datum, měna nebo text. Nastavujete v záložce </w:t>
      </w:r>
      <w:r w:rsidRPr="00A642C6">
        <w:rPr>
          <w:b/>
          <w:bCs/>
          <w:lang w:eastAsia="cs-CZ"/>
        </w:rPr>
        <w:t>FORMÁT / ČÍSLO.</w:t>
      </w:r>
      <w:r>
        <w:rPr>
          <w:lang w:eastAsia="cs-CZ"/>
        </w:rPr>
        <w:t xml:space="preserve"> Následující obrázky nám uvedou několik příkladů, jak formátovat text, sami si můžete vyzkoušet třeba nastavit formátování měny, ale namísto Kč nastavte měnu EUR.</w:t>
      </w:r>
    </w:p>
    <w:p w14:paraId="10B9BB9D" w14:textId="3FE82139" w:rsidR="00A642C6" w:rsidRDefault="00A642C6" w:rsidP="00A642C6">
      <w:pPr>
        <w:keepNext/>
      </w:pPr>
    </w:p>
    <w:p w14:paraId="08A06A90" w14:textId="7FD46A0D" w:rsidR="00A642C6" w:rsidRDefault="00A642C6" w:rsidP="00A642C6">
      <w:pPr>
        <w:pStyle w:val="Titulek"/>
        <w:tabs>
          <w:tab w:val="left" w:pos="2835"/>
        </w:tabs>
      </w:pPr>
      <w:r>
        <w:t xml:space="preserve">  </w:t>
      </w:r>
      <w:r>
        <w:tab/>
        <w:t xml:space="preserve">Obrázek </w:t>
      </w:r>
      <w:r>
        <w:fldChar w:fldCharType="begin"/>
      </w:r>
      <w:r>
        <w:instrText xml:space="preserve"> SEQ Obrázek \* ARABIC </w:instrText>
      </w:r>
      <w:r>
        <w:fldChar w:fldCharType="separate"/>
      </w:r>
      <w:r w:rsidR="00CB3137">
        <w:rPr>
          <w:noProof/>
        </w:rPr>
        <w:t>24</w:t>
      </w:r>
      <w:r>
        <w:fldChar w:fldCharType="end"/>
      </w:r>
      <w:r>
        <w:t xml:space="preserve"> Jak otevřít nabídku formátování v Google Tabulky</w:t>
      </w:r>
    </w:p>
    <w:p w14:paraId="088BE91B" w14:textId="1B298E82" w:rsidR="00A642C6" w:rsidRPr="00A642C6" w:rsidRDefault="00A642C6" w:rsidP="00A642C6">
      <w:r>
        <w:rPr>
          <w:noProof/>
        </w:rPr>
        <mc:AlternateContent>
          <mc:Choice Requires="wps">
            <w:drawing>
              <wp:anchor distT="0" distB="0" distL="114300" distR="114300" simplePos="0" relativeHeight="251757056" behindDoc="0" locked="0" layoutInCell="1" allowOverlap="1" wp14:anchorId="3010C983" wp14:editId="6849168E">
                <wp:simplePos x="0" y="0"/>
                <wp:positionH relativeFrom="column">
                  <wp:posOffset>3864833</wp:posOffset>
                </wp:positionH>
                <wp:positionV relativeFrom="paragraph">
                  <wp:posOffset>1146327</wp:posOffset>
                </wp:positionV>
                <wp:extent cx="1938270" cy="1294327"/>
                <wp:effectExtent l="0" t="0" r="24130" b="20320"/>
                <wp:wrapNone/>
                <wp:docPr id="701851788" name="Šipka: doleva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8270" cy="1294327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AB2AE9" w14:textId="57E07D0C" w:rsidR="00A642C6" w:rsidRDefault="00A642C6" w:rsidP="00A642C6">
                            <w:pPr>
                              <w:ind w:left="-170" w:right="-57"/>
                              <w:jc w:val="center"/>
                            </w:pPr>
                            <w:r>
                              <w:t>Ukázka nastavení formátu buňky na „měna“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10C983" id="Šipka: doleva 144" o:spid="_x0000_s1040" type="#_x0000_t66" style="position:absolute;left:0;text-align:left;margin-left:304.3pt;margin-top:90.25pt;width:152.6pt;height:101.9pt;z-index:25175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" adj="7212" fillcolor="white [3201]" strokecolor="#f79646 [3209]" strokeweight="2pt">
                <v:textbox>
                  <w:txbxContent>
                    <w:p w14:paraId="4EAB2AE9" w14:textId="57E07D0C" w:rsidR="00A642C6" w:rsidRDefault="00A642C6" w:rsidP="00A642C6">
                      <w:pPr>
                        <w:ind w:left="-170" w:right="-57"/>
                        <w:jc w:val="center"/>
                      </w:pPr>
                      <w:r>
                        <w:t>Ukázka nastavení formátu buňky na „měna“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8080" behindDoc="0" locked="0" layoutInCell="1" allowOverlap="1" wp14:anchorId="734F34C9" wp14:editId="66C3AC7C">
                <wp:simplePos x="0" y="0"/>
                <wp:positionH relativeFrom="margin">
                  <wp:align>left</wp:align>
                </wp:positionH>
                <wp:positionV relativeFrom="paragraph">
                  <wp:posOffset>2343535</wp:posOffset>
                </wp:positionV>
                <wp:extent cx="2587374" cy="624626"/>
                <wp:effectExtent l="0" t="19050" r="41910" b="42545"/>
                <wp:wrapNone/>
                <wp:docPr id="2033903871" name="Šipka: doprava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7374" cy="624626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804739" w14:textId="05B48577" w:rsidR="00A642C6" w:rsidRDefault="00A642C6" w:rsidP="00A642C6">
                            <w:pPr>
                              <w:jc w:val="center"/>
                            </w:pPr>
                            <w:r>
                              <w:t>Změna formátu měny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34F34C9" id="Šipka: doprava 145" o:spid="_x0000_s1041" type="#_x0000_t13" style="position:absolute;left:0;text-align:left;margin-left:0;margin-top:184.55pt;width:203.75pt;height:49.2pt;z-index:251758080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" adj="18993" fillcolor="white [3201]" strokecolor="#f79646 [3209]" strokeweight="2pt">
                <v:textbox>
                  <w:txbxContent>
                    <w:p w14:paraId="19804739" w14:textId="05B48577" w:rsidR="00A642C6" w:rsidRDefault="00A642C6" w:rsidP="00A642C6">
                      <w:pPr>
                        <w:jc w:val="center"/>
                      </w:pPr>
                      <w:r>
                        <w:t>Změna formátu měny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BE52CCB" wp14:editId="292214A1">
            <wp:extent cx="4903863" cy="3103625"/>
            <wp:effectExtent l="0" t="0" r="0" b="1905"/>
            <wp:docPr id="80724898" name="Obrázek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24898" name="Obrázek 80724898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909800" cy="3107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A197F4" w14:textId="77777777" w:rsidR="00A642C6" w:rsidRDefault="00A642C6" w:rsidP="00A642C6">
      <w:pPr>
        <w:rPr>
          <w:lang w:eastAsia="cs-CZ"/>
        </w:rPr>
      </w:pPr>
    </w:p>
    <w:p w14:paraId="57F4A14C" w14:textId="1289A52C" w:rsidR="00A642C6" w:rsidRDefault="00A642C6" w:rsidP="00A642C6">
      <w:r>
        <w:rPr>
          <w:noProof/>
        </w:rPr>
        <mc:AlternateContent>
          <mc:Choice Requires="wps">
            <w:drawing>
              <wp:anchor distT="0" distB="0" distL="114300" distR="114300" simplePos="0" relativeHeight="251760128" behindDoc="0" locked="0" layoutInCell="1" allowOverlap="1" wp14:anchorId="45924E85" wp14:editId="63107D99">
                <wp:simplePos x="0" y="0"/>
                <wp:positionH relativeFrom="column">
                  <wp:posOffset>1972587</wp:posOffset>
                </wp:positionH>
                <wp:positionV relativeFrom="paragraph">
                  <wp:posOffset>-140970</wp:posOffset>
                </wp:positionV>
                <wp:extent cx="3676918" cy="598867"/>
                <wp:effectExtent l="0" t="0" r="19050" b="10795"/>
                <wp:wrapNone/>
                <wp:docPr id="1719838173" name="Šipka: doleva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6918" cy="598867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796B27" w14:textId="13CA76DE" w:rsidR="00A642C6" w:rsidRDefault="00A642C6" w:rsidP="00A642C6">
                            <w:pPr>
                              <w:jc w:val="center"/>
                            </w:pPr>
                            <w:r>
                              <w:t>Funkce KOPÍROVAT FORMÁT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924E85" id="Šipka: doleva 147" o:spid="_x0000_s1042" type="#_x0000_t66" style="position:absolute;left:0;text-align:left;margin-left:155.3pt;margin-top:-11.1pt;width:289.5pt;height:47.15pt;z-index:25176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" adj="1759" fillcolor="white [3201]" strokecolor="#f79646 [3209]" strokeweight="2pt">
                <v:textbox>
                  <w:txbxContent>
                    <w:p w14:paraId="0E796B27" w14:textId="13CA76DE" w:rsidR="00A642C6" w:rsidRDefault="00A642C6" w:rsidP="00A642C6">
                      <w:pPr>
                        <w:jc w:val="center"/>
                      </w:pPr>
                      <w:r>
                        <w:t>Funkce KOPÍROVAT FORMÁT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FC58B46" wp14:editId="229A7259">
            <wp:extent cx="5673144" cy="1537137"/>
            <wp:effectExtent l="0" t="0" r="3810" b="6350"/>
            <wp:docPr id="2120101412" name="Obrázek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0101412" name="Obrázek 2120101412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688498" cy="1541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F9AC2A" w14:textId="5F8FFA72" w:rsidR="00A642C6" w:rsidRDefault="00A642C6" w:rsidP="00A642C6">
      <w:r>
        <w:t xml:space="preserve">Stejně jako v MS WORD či MS Excel, má aplikace Google Tabulky vestavěnou funkci kopírování formátu. Jakmile tuto ikonu zapnete, stačí </w:t>
      </w:r>
      <w:r w:rsidR="00B34395">
        <w:t>tímto „válečkem“ přetřít jakékoliv buňky v tabulce a přenese se do nich formát buňky, která byla aktivní při zapnutí funkce kopírování formátu.</w:t>
      </w:r>
    </w:p>
    <w:p w14:paraId="43F8DF27" w14:textId="78A0D4EC" w:rsidR="00B34395" w:rsidRDefault="00B34395" w:rsidP="00A642C6">
      <w:r>
        <w:rPr>
          <w:noProof/>
        </w:rPr>
        <w:drawing>
          <wp:anchor distT="0" distB="0" distL="114300" distR="114300" simplePos="0" relativeHeight="251761152" behindDoc="1" locked="0" layoutInCell="1" allowOverlap="1" wp14:anchorId="739C1FC6" wp14:editId="21003122">
            <wp:simplePos x="0" y="0"/>
            <wp:positionH relativeFrom="column">
              <wp:posOffset>3458014</wp:posOffset>
            </wp:positionH>
            <wp:positionV relativeFrom="paragraph">
              <wp:posOffset>2222831</wp:posOffset>
            </wp:positionV>
            <wp:extent cx="2463800" cy="1257300"/>
            <wp:effectExtent l="0" t="0" r="0" b="0"/>
            <wp:wrapTight wrapText="bothSides">
              <wp:wrapPolygon edited="0">
                <wp:start x="0" y="0"/>
                <wp:lineTo x="0" y="21273"/>
                <wp:lineTo x="21377" y="21273"/>
                <wp:lineTo x="21377" y="0"/>
                <wp:lineTo x="0" y="0"/>
              </wp:wrapPolygon>
            </wp:wrapTight>
            <wp:docPr id="1679435274" name="Obrázek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9435274" name="Obrázek 1679435274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5919" behindDoc="0" locked="0" layoutInCell="1" allowOverlap="1" wp14:anchorId="33743EFF" wp14:editId="1ED09091">
            <wp:simplePos x="0" y="0"/>
            <wp:positionH relativeFrom="margin">
              <wp:posOffset>-197485</wp:posOffset>
            </wp:positionH>
            <wp:positionV relativeFrom="paragraph">
              <wp:posOffset>1129665</wp:posOffset>
            </wp:positionV>
            <wp:extent cx="6170930" cy="1802765"/>
            <wp:effectExtent l="0" t="0" r="1270" b="6985"/>
            <wp:wrapSquare wrapText="bothSides"/>
            <wp:docPr id="1705143923" name="Obrázek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5143923" name="Obrázek 1705143923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170930" cy="1802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Další podobnost s MS Excel najdete v možnosti kopírovat obsah buněk tažením pomocí úchytu v pravém dolním rohu buňky (na rozdíl od Excelu, ale v Google Tabulkách uvidíte v rohu modrou tečku – jakmile na ni najedete kurzorem, změní se jeho tvar na křížek a nyní stačí kliknout levým tlačítkem myši, držet a táhnout přes všechny buňky, kam chcete kopírovat obsah buňky původní (například datumy, posloupnost čísel nebo třeba vzorec pro sumu).</w:t>
      </w:r>
    </w:p>
    <w:p w14:paraId="133AA972" w14:textId="4D155F17" w:rsidR="00B34395" w:rsidRDefault="00B34395" w:rsidP="00A642C6">
      <w:r>
        <w:rPr>
          <w:noProof/>
        </w:rPr>
        <mc:AlternateContent>
          <mc:Choice Requires="wps">
            <w:drawing>
              <wp:anchor distT="0" distB="0" distL="114300" distR="114300" simplePos="0" relativeHeight="251762176" behindDoc="0" locked="0" layoutInCell="1" allowOverlap="1" wp14:anchorId="5D288993" wp14:editId="61365332">
                <wp:simplePos x="0" y="0"/>
                <wp:positionH relativeFrom="column">
                  <wp:posOffset>1649363</wp:posOffset>
                </wp:positionH>
                <wp:positionV relativeFrom="paragraph">
                  <wp:posOffset>1956220</wp:posOffset>
                </wp:positionV>
                <wp:extent cx="3644722" cy="276896"/>
                <wp:effectExtent l="57150" t="38100" r="13335" b="104140"/>
                <wp:wrapNone/>
                <wp:docPr id="983062392" name="Šipka: doprava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44722" cy="276896"/>
                        </a:xfrm>
                        <a:prstGeom prst="rightArrow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DDDB45" id="Šipka: doprava 150" o:spid="_x0000_s1026" type="#_x0000_t13" style="position:absolute;margin-left:129.85pt;margin-top:154.05pt;width:287pt;height:21.8pt;z-index:25176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" adj="20780" fillcolor="#f79646 [3209]" strokecolor="#f68c36 [3049]">
                <v:fill color2="#fbcaa2 [1625]" rotate="t" angle="180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</w:p>
    <w:p w14:paraId="02FCFF0F" w14:textId="61D4114D" w:rsidR="00B34395" w:rsidRDefault="00B34395" w:rsidP="00A642C6"/>
    <w:p w14:paraId="088BCA57" w14:textId="77777777" w:rsidR="00B34395" w:rsidRDefault="00B34395" w:rsidP="00A642C6"/>
    <w:p w14:paraId="4252A778" w14:textId="6D21BDE3" w:rsidR="00A642C6" w:rsidRPr="00A642C6" w:rsidRDefault="00A642C6" w:rsidP="00A642C6">
      <w:pPr>
        <w:pStyle w:val="Nadpis3"/>
      </w:pPr>
      <w:bookmarkStart w:id="17" w:name="_Toc223113850"/>
      <w:r w:rsidRPr="00A642C6">
        <w:t>Ukotvit příčky, filtrování, třídění a hledání</w:t>
      </w:r>
      <w:bookmarkEnd w:id="17"/>
    </w:p>
    <w:p w14:paraId="77EF83F4" w14:textId="3AFEA573" w:rsidR="00A642C6" w:rsidRPr="00A642C6" w:rsidRDefault="00A642C6" w:rsidP="00A642C6">
      <w:pPr>
        <w:rPr>
          <w:lang w:eastAsia="cs-CZ"/>
        </w:rPr>
      </w:pPr>
      <w:r w:rsidRPr="00A642C6">
        <w:rPr>
          <w:lang w:eastAsia="cs-CZ"/>
        </w:rPr>
        <w:t>Větší tabulky se bez základní „ergonomie“ špatně čtou. Stejně jako v Excelu si můžete ukotvit hlavičku a první sloupec, aby zůstaly viditelné, a použít filtrování či třídění.</w:t>
      </w:r>
    </w:p>
    <w:p w14:paraId="3AA60DEB" w14:textId="7F1399CA" w:rsidR="00A642C6" w:rsidRPr="00A642C6" w:rsidRDefault="00B34395" w:rsidP="00A642C6">
      <w:pPr>
        <w:rPr>
          <w:lang w:eastAsia="cs-CZ"/>
        </w:rPr>
      </w:pPr>
      <w:r>
        <w:rPr>
          <w:b/>
          <w:bCs/>
          <w:lang w:eastAsia="cs-CZ"/>
        </w:rPr>
        <w:t>Ukážeme si jednotlivé postupy s obrázkovým návodem:</w:t>
      </w:r>
    </w:p>
    <w:p w14:paraId="0F70C7F7" w14:textId="1C184C4C" w:rsidR="00A642C6" w:rsidRDefault="00A642C6" w:rsidP="00983DDD">
      <w:pPr>
        <w:pStyle w:val="OdrkyMSWORD"/>
        <w:rPr>
          <w:lang w:eastAsia="cs-CZ"/>
        </w:rPr>
      </w:pPr>
      <w:r w:rsidRPr="00A642C6">
        <w:rPr>
          <w:b/>
          <w:bCs/>
          <w:lang w:eastAsia="cs-CZ"/>
        </w:rPr>
        <w:t>Ukotvit příčky</w:t>
      </w:r>
      <w:r w:rsidRPr="00A642C6">
        <w:rPr>
          <w:lang w:eastAsia="cs-CZ"/>
        </w:rPr>
        <w:t xml:space="preserve"> — ukotvěte horní </w:t>
      </w:r>
      <w:r w:rsidRPr="00983DDD">
        <w:t>řádek</w:t>
      </w:r>
      <w:r w:rsidRPr="00A642C6">
        <w:rPr>
          <w:lang w:eastAsia="cs-CZ"/>
        </w:rPr>
        <w:t xml:space="preserve"> (názvy sloupců) a podle potřeby i </w:t>
      </w:r>
      <w:r w:rsidRPr="00A642C6">
        <w:rPr>
          <w:b/>
          <w:bCs/>
          <w:lang w:eastAsia="cs-CZ"/>
        </w:rPr>
        <w:t>první sloupec</w:t>
      </w:r>
      <w:r w:rsidRPr="00A642C6">
        <w:rPr>
          <w:lang w:eastAsia="cs-CZ"/>
        </w:rPr>
        <w:t xml:space="preserve"> (např. Datum). Při rolování zůstávají stále na očích.</w:t>
      </w:r>
    </w:p>
    <w:p w14:paraId="34CC6672" w14:textId="65EA3A8E" w:rsidR="00983DDD" w:rsidRDefault="00983DDD" w:rsidP="00983DDD">
      <w:pPr>
        <w:ind w:left="720"/>
        <w:rPr>
          <w:lang w:eastAsia="cs-CZ"/>
        </w:rPr>
      </w:pPr>
      <w:r>
        <w:rPr>
          <w:lang w:eastAsia="cs-CZ"/>
        </w:rPr>
        <w:t>Vyberte ZOBRAZIT / UKOTVIT / zvolte prvky, které v tabulce chcete ukotvit (viz následující obrázek).</w:t>
      </w:r>
    </w:p>
    <w:p w14:paraId="250BC1A7" w14:textId="1D130412" w:rsidR="00B34395" w:rsidRPr="00A642C6" w:rsidRDefault="00983DDD" w:rsidP="00983DDD">
      <w:pPr>
        <w:ind w:left="360"/>
        <w:rPr>
          <w:lang w:eastAsia="cs-CZ"/>
        </w:rPr>
      </w:pPr>
      <w:r>
        <w:rPr>
          <w:noProof/>
          <w:lang w:eastAsia="cs-CZ"/>
        </w:rPr>
        <w:drawing>
          <wp:inline distT="0" distB="0" distL="0" distR="0" wp14:anchorId="7D8FEBFF" wp14:editId="3953A44E">
            <wp:extent cx="5972810" cy="2682875"/>
            <wp:effectExtent l="0" t="0" r="8890" b="3175"/>
            <wp:docPr id="774018827" name="Obrázek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4018827" name="Obrázek 774018827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268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B40F2A" w14:textId="77777777" w:rsidR="00A642C6" w:rsidRDefault="00A642C6" w:rsidP="00983DDD">
      <w:pPr>
        <w:pStyle w:val="OdrkyMSWORD"/>
        <w:rPr>
          <w:lang w:eastAsia="cs-CZ"/>
        </w:rPr>
      </w:pPr>
      <w:r w:rsidRPr="00A642C6">
        <w:rPr>
          <w:b/>
          <w:bCs/>
          <w:lang w:eastAsia="cs-CZ"/>
        </w:rPr>
        <w:t>Filtr</w:t>
      </w:r>
      <w:r w:rsidRPr="00A642C6">
        <w:rPr>
          <w:lang w:eastAsia="cs-CZ"/>
        </w:rPr>
        <w:t xml:space="preserve"> — zobrazí jen řádky splňující podmínku (např. „Způsob záznamu = zvuk“).</w:t>
      </w:r>
    </w:p>
    <w:p w14:paraId="21D4A74D" w14:textId="6D375279" w:rsidR="00E9394A" w:rsidRDefault="00E9394A" w:rsidP="00E9394A">
      <w:pPr>
        <w:ind w:left="720"/>
        <w:rPr>
          <w:lang w:eastAsia="cs-CZ"/>
        </w:rPr>
      </w:pPr>
      <w:r w:rsidRPr="00E9394A">
        <w:rPr>
          <w:b/>
          <w:bCs/>
          <w:noProof/>
          <w:lang w:eastAsia="cs-CZ"/>
        </w:rPr>
        <w:drawing>
          <wp:anchor distT="0" distB="0" distL="114300" distR="114300" simplePos="0" relativeHeight="251763200" behindDoc="0" locked="0" layoutInCell="1" allowOverlap="1" wp14:anchorId="2B3737B9" wp14:editId="3238CF6A">
            <wp:simplePos x="0" y="0"/>
            <wp:positionH relativeFrom="column">
              <wp:posOffset>284865</wp:posOffset>
            </wp:positionH>
            <wp:positionV relativeFrom="paragraph">
              <wp:posOffset>525879</wp:posOffset>
            </wp:positionV>
            <wp:extent cx="4140835" cy="495300"/>
            <wp:effectExtent l="0" t="0" r="0" b="0"/>
            <wp:wrapSquare wrapText="bothSides"/>
            <wp:docPr id="137381792" name="Obrázek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381792" name="Obrázek 137381792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140835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9394A">
        <w:rPr>
          <w:b/>
          <w:bCs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64224" behindDoc="0" locked="0" layoutInCell="1" allowOverlap="1" wp14:anchorId="4901BAB5" wp14:editId="40397ECE">
                <wp:simplePos x="0" y="0"/>
                <wp:positionH relativeFrom="column">
                  <wp:posOffset>3414395</wp:posOffset>
                </wp:positionH>
                <wp:positionV relativeFrom="paragraph">
                  <wp:posOffset>397510</wp:posOffset>
                </wp:positionV>
                <wp:extent cx="2820035" cy="933450"/>
                <wp:effectExtent l="0" t="0" r="18415" b="19050"/>
                <wp:wrapSquare wrapText="bothSides"/>
                <wp:docPr id="1816016853" name="Šipka: doleva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0035" cy="933450"/>
                        </a:xfrm>
                        <a:prstGeom prst="leftArrow">
                          <a:avLst>
                            <a:gd name="adj1" fmla="val 62417"/>
                            <a:gd name="adj2" fmla="val 50000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772955" w14:textId="3A857170" w:rsidR="00E9394A" w:rsidRDefault="00E9394A" w:rsidP="00E9394A">
                            <w:pPr>
                              <w:jc w:val="center"/>
                            </w:pPr>
                            <w:r>
                              <w:t>Ikona filtr zobrazená na prvním řádku datové tabulky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01BAB5" id="Šipka: doleva 153" o:spid="_x0000_s1043" type="#_x0000_t66" style="position:absolute;left:0;text-align:left;margin-left:268.85pt;margin-top:31.3pt;width:222.05pt;height:73.5pt;z-index:251764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" adj="3575,4059" fillcolor="white [3201]" strokecolor="#f79646 [3209]" strokeweight="2pt">
                <v:textbox>
                  <w:txbxContent>
                    <w:p w14:paraId="49772955" w14:textId="3A857170" w:rsidR="00E9394A" w:rsidRDefault="00E9394A" w:rsidP="00E9394A">
                      <w:pPr>
                        <w:jc w:val="center"/>
                      </w:pPr>
                      <w:r>
                        <w:t>Ikona filtr zobrazená na prvním řádku datové tabulky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E9394A">
        <w:rPr>
          <w:b/>
          <w:bCs/>
          <w:lang w:eastAsia="cs-CZ"/>
        </w:rPr>
        <w:t>Filtr zapnete v nabídce DATA</w:t>
      </w:r>
      <w:r>
        <w:rPr>
          <w:lang w:eastAsia="cs-CZ"/>
        </w:rPr>
        <w:t>, v horním řádku se okamžitě po zapnutí filtru zobrazí ikona filtru, která rozbalí další nabídku možnosti filtrování, pokud na ni kliknete.</w:t>
      </w:r>
    </w:p>
    <w:p w14:paraId="3F5C2BAF" w14:textId="652F936B" w:rsidR="00983DDD" w:rsidRDefault="00983DDD" w:rsidP="00983DDD">
      <w:pPr>
        <w:ind w:left="360"/>
        <w:rPr>
          <w:lang w:eastAsia="cs-CZ"/>
        </w:rPr>
      </w:pPr>
    </w:p>
    <w:p w14:paraId="354175FD" w14:textId="77777777" w:rsidR="00E9394A" w:rsidRDefault="00E9394A" w:rsidP="00983DDD">
      <w:pPr>
        <w:ind w:left="360"/>
        <w:rPr>
          <w:lang w:eastAsia="cs-CZ"/>
        </w:rPr>
      </w:pPr>
    </w:p>
    <w:p w14:paraId="172D222C" w14:textId="30DBA03F" w:rsidR="00E9394A" w:rsidRDefault="00E9394A" w:rsidP="00E9394A">
      <w:pPr>
        <w:keepNext/>
        <w:ind w:left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8320" behindDoc="0" locked="0" layoutInCell="1" allowOverlap="1" wp14:anchorId="749F566B" wp14:editId="16C18969">
                <wp:simplePos x="0" y="0"/>
                <wp:positionH relativeFrom="column">
                  <wp:posOffset>3350233</wp:posOffset>
                </wp:positionH>
                <wp:positionV relativeFrom="paragraph">
                  <wp:posOffset>1302430</wp:posOffset>
                </wp:positionV>
                <wp:extent cx="1107583" cy="463639"/>
                <wp:effectExtent l="57150" t="38100" r="54610" b="107950"/>
                <wp:wrapNone/>
                <wp:docPr id="1419373747" name="Šipka: doprava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7583" cy="463639"/>
                        </a:xfrm>
                        <a:prstGeom prst="rightArrow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EA07DB" id="Šipka: doprava 156" o:spid="_x0000_s1026" type="#_x0000_t13" style="position:absolute;margin-left:263.8pt;margin-top:102.55pt;width:87.2pt;height:36.5pt;z-index:25176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" adj="17079" fillcolor="#f79646 [3209]" strokecolor="#f68c36 [3049]">
                <v:fill color2="#fbcaa2 [1625]" rotate="t" angle="180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7296" behindDoc="0" locked="0" layoutInCell="1" allowOverlap="1" wp14:anchorId="64A79D01" wp14:editId="0AC9D7C3">
                <wp:simplePos x="0" y="0"/>
                <wp:positionH relativeFrom="column">
                  <wp:posOffset>3526155</wp:posOffset>
                </wp:positionH>
                <wp:positionV relativeFrom="paragraph">
                  <wp:posOffset>2558415</wp:posOffset>
                </wp:positionV>
                <wp:extent cx="2446655" cy="635"/>
                <wp:effectExtent l="0" t="0" r="0" b="5715"/>
                <wp:wrapSquare wrapText="bothSides"/>
                <wp:docPr id="551794713" name="Textové po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665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3843E23" w14:textId="53F4CBEC" w:rsidR="00E9394A" w:rsidRPr="000266CE" w:rsidRDefault="00E9394A" w:rsidP="00E9394A">
                            <w:pPr>
                              <w:pStyle w:val="Titulek"/>
                              <w:rPr>
                                <w:noProof/>
                                <w:sz w:val="22"/>
                                <w:szCs w:val="22"/>
                              </w:rPr>
                            </w:pPr>
                            <w:r>
                              <w:t xml:space="preserve">Obrázek </w:t>
                            </w:r>
                            <w:r>
                              <w:fldChar w:fldCharType="begin"/>
                            </w:r>
                            <w:r>
                              <w:instrText xml:space="preserve"> SEQ Obrázek \* ARABIC </w:instrText>
                            </w:r>
                            <w:r>
                              <w:fldChar w:fldCharType="separate"/>
                            </w:r>
                            <w:r w:rsidR="00CB3137">
                              <w:rPr>
                                <w:noProof/>
                              </w:rPr>
                              <w:t>25</w:t>
                            </w:r>
                            <w:r>
                              <w:fldChar w:fldCharType="end"/>
                            </w:r>
                            <w:r>
                              <w:t xml:space="preserve"> Zadání podmínky filtru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4A79D01" id="_x0000_t202" coordsize="21600,21600" o:spt="202" path="m,l,21600r21600,l21600,xe">
                <v:stroke joinstyle="miter"/>
                <v:path gradientshapeok="t" o:connecttype="rect"/>
              </v:shapetype>
              <v:shape id="Textové pole 1" o:spid="_x0000_s1044" type="#_x0000_t202" style="position:absolute;left:0;text-align:left;margin-left:277.65pt;margin-top:201.45pt;width:192.65pt;height:.05pt;z-index:25176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" stroked="f">
                <v:textbox style="mso-fit-shape-to-text:t" inset="0,0,0,0">
                  <w:txbxContent>
                    <w:p w14:paraId="03843E23" w14:textId="53F4CBEC" w:rsidR="00E9394A" w:rsidRPr="000266CE" w:rsidRDefault="00E9394A" w:rsidP="00E9394A">
                      <w:pPr>
                        <w:pStyle w:val="Titulek"/>
                        <w:rPr>
                          <w:noProof/>
                          <w:sz w:val="22"/>
                          <w:szCs w:val="22"/>
                        </w:rPr>
                      </w:pPr>
                      <w:r>
                        <w:t xml:space="preserve">Obrázek </w:t>
                      </w:r>
                      <w:r>
                        <w:fldChar w:fldCharType="begin"/>
                      </w:r>
                      <w:r>
                        <w:instrText xml:space="preserve"> SEQ Obrázek \* ARABIC </w:instrText>
                      </w:r>
                      <w:r>
                        <w:fldChar w:fldCharType="separate"/>
                      </w:r>
                      <w:r w:rsidR="00CB3137">
                        <w:rPr>
                          <w:noProof/>
                        </w:rPr>
                        <w:t>25</w:t>
                      </w:r>
                      <w:r>
                        <w:fldChar w:fldCharType="end"/>
                      </w:r>
                      <w:r>
                        <w:t xml:space="preserve"> Zadání podmínky filtru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65248" behindDoc="0" locked="0" layoutInCell="1" allowOverlap="1" wp14:anchorId="031AD8B6" wp14:editId="4D79C0BB">
            <wp:simplePos x="0" y="0"/>
            <wp:positionH relativeFrom="margin">
              <wp:align>right</wp:align>
            </wp:positionH>
            <wp:positionV relativeFrom="paragraph">
              <wp:posOffset>5510</wp:posOffset>
            </wp:positionV>
            <wp:extent cx="2446655" cy="2526665"/>
            <wp:effectExtent l="0" t="0" r="0" b="6985"/>
            <wp:wrapSquare wrapText="bothSides"/>
            <wp:docPr id="170585006" name="Obrázek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585006" name="Obrázek 170585006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446655" cy="2526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inline distT="0" distB="0" distL="0" distR="0" wp14:anchorId="1A3C91FE" wp14:editId="1D768D5B">
            <wp:extent cx="2644118" cy="2575774"/>
            <wp:effectExtent l="0" t="0" r="4445" b="0"/>
            <wp:docPr id="936919118" name="Obrázek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6919118" name="Obrázek 936919118"/>
                    <pic:cNvPicPr/>
                  </pic:nvPicPr>
                  <pic:blipFill rotWithShape="1">
                    <a:blip r:embed="rId41"/>
                    <a:srcRect r="313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547" cy="25849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07C957" w14:textId="40C8BB94" w:rsidR="00E9394A" w:rsidRPr="00A642C6" w:rsidRDefault="00E9394A" w:rsidP="00E9394A">
      <w:pPr>
        <w:pStyle w:val="Titulek"/>
        <w:rPr>
          <w:lang w:eastAsia="cs-CZ"/>
        </w:rPr>
      </w:pPr>
      <w:r>
        <w:t xml:space="preserve">Obrázek </w:t>
      </w:r>
      <w:r>
        <w:fldChar w:fldCharType="begin"/>
      </w:r>
      <w:r>
        <w:instrText xml:space="preserve"> SEQ Obrázek \* ARABIC </w:instrText>
      </w:r>
      <w:r>
        <w:fldChar w:fldCharType="separate"/>
      </w:r>
      <w:r w:rsidR="00CB3137">
        <w:rPr>
          <w:noProof/>
        </w:rPr>
        <w:t>26</w:t>
      </w:r>
      <w:r>
        <w:fldChar w:fldCharType="end"/>
      </w:r>
      <w:r>
        <w:t xml:space="preserve"> Zapnutí filtru</w:t>
      </w:r>
    </w:p>
    <w:p w14:paraId="2839D953" w14:textId="406C6A93" w:rsidR="00E9394A" w:rsidRPr="00E9394A" w:rsidRDefault="00E9394A" w:rsidP="00E9394A">
      <w:pPr>
        <w:rPr>
          <w:lang w:eastAsia="cs-CZ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5488" behindDoc="0" locked="0" layoutInCell="1" allowOverlap="1" wp14:anchorId="57CFFFD1" wp14:editId="04CC69F0">
                <wp:simplePos x="0" y="0"/>
                <wp:positionH relativeFrom="column">
                  <wp:posOffset>2719070</wp:posOffset>
                </wp:positionH>
                <wp:positionV relativeFrom="paragraph">
                  <wp:posOffset>1333500</wp:posOffset>
                </wp:positionV>
                <wp:extent cx="2891155" cy="635"/>
                <wp:effectExtent l="0" t="0" r="4445" b="5080"/>
                <wp:wrapSquare wrapText="bothSides"/>
                <wp:docPr id="807783376" name="Textové po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115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41EA0C7" w14:textId="30043C8C" w:rsidR="00E9394A" w:rsidRPr="009F568F" w:rsidRDefault="00E9394A" w:rsidP="00E9394A">
                            <w:pPr>
                              <w:pStyle w:val="Titulek"/>
                              <w:rPr>
                                <w:noProof/>
                                <w:sz w:val="22"/>
                                <w:szCs w:val="22"/>
                              </w:rPr>
                            </w:pPr>
                            <w:r>
                              <w:t xml:space="preserve">Obrázek </w:t>
                            </w:r>
                            <w:r>
                              <w:fldChar w:fldCharType="begin"/>
                            </w:r>
                            <w:r>
                              <w:instrText xml:space="preserve"> SEQ Obrázek \* ARABIC </w:instrText>
                            </w:r>
                            <w:r>
                              <w:fldChar w:fldCharType="separate"/>
                            </w:r>
                            <w:r w:rsidR="00CB3137">
                              <w:rPr>
                                <w:noProof/>
                              </w:rPr>
                              <w:t>27</w:t>
                            </w:r>
                            <w:r>
                              <w:fldChar w:fldCharType="end"/>
                            </w:r>
                            <w:r>
                              <w:t xml:space="preserve"> </w:t>
                            </w:r>
                            <w:r w:rsidRPr="0040162F">
                              <w:t>Tabulka po aplikaci filtru (ikona filtru je zelená – upozorňuje na zapnutý filtr v tomto sloupci)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7CFFFD1" id="_x0000_s1045" type="#_x0000_t202" style="position:absolute;left:0;text-align:left;margin-left:214.1pt;margin-top:105pt;width:227.65pt;height:.05pt;z-index:2517754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" stroked="f">
                <v:textbox style="mso-fit-shape-to-text:t" inset="0,0,0,0">
                  <w:txbxContent>
                    <w:p w14:paraId="541EA0C7" w14:textId="30043C8C" w:rsidR="00E9394A" w:rsidRPr="009F568F" w:rsidRDefault="00E9394A" w:rsidP="00E9394A">
                      <w:pPr>
                        <w:pStyle w:val="Titulek"/>
                        <w:rPr>
                          <w:noProof/>
                          <w:sz w:val="22"/>
                          <w:szCs w:val="22"/>
                        </w:rPr>
                      </w:pPr>
                      <w:r>
                        <w:t xml:space="preserve">Obrázek </w:t>
                      </w:r>
                      <w:r>
                        <w:fldChar w:fldCharType="begin"/>
                      </w:r>
                      <w:r>
                        <w:instrText xml:space="preserve"> SEQ Obrázek \* ARABIC </w:instrText>
                      </w:r>
                      <w:r>
                        <w:fldChar w:fldCharType="separate"/>
                      </w:r>
                      <w:r w:rsidR="00CB3137">
                        <w:rPr>
                          <w:noProof/>
                        </w:rPr>
                        <w:t>27</w:t>
                      </w:r>
                      <w:r>
                        <w:fldChar w:fldCharType="end"/>
                      </w:r>
                      <w:r>
                        <w:t xml:space="preserve"> </w:t>
                      </w:r>
                      <w:r w:rsidRPr="0040162F">
                        <w:t>Tabulka po aplikaci filtru (ikona filtru je zelená – upozorňuje na zapnutý filtr v tomto sloupci)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73440" behindDoc="0" locked="0" layoutInCell="1" allowOverlap="1" wp14:anchorId="264A2A82" wp14:editId="492C113F">
            <wp:simplePos x="0" y="0"/>
            <wp:positionH relativeFrom="column">
              <wp:posOffset>3234064</wp:posOffset>
            </wp:positionH>
            <wp:positionV relativeFrom="paragraph">
              <wp:posOffset>26</wp:posOffset>
            </wp:positionV>
            <wp:extent cx="2214880" cy="1274445"/>
            <wp:effectExtent l="0" t="0" r="0" b="1905"/>
            <wp:wrapSquare wrapText="bothSides"/>
            <wp:docPr id="560554157" name="Obrázek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0554157" name="Obrázek 560554157"/>
                    <pic:cNvPicPr/>
                  </pic:nvPicPr>
                  <pic:blipFill rotWithShape="1">
                    <a:blip r:embed="rId42"/>
                    <a:srcRect l="545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4880" cy="12744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2416" behindDoc="0" locked="0" layoutInCell="1" allowOverlap="1" wp14:anchorId="0AB1272D" wp14:editId="73893D1A">
                <wp:simplePos x="0" y="0"/>
                <wp:positionH relativeFrom="column">
                  <wp:posOffset>239395</wp:posOffset>
                </wp:positionH>
                <wp:positionV relativeFrom="paragraph">
                  <wp:posOffset>1815465</wp:posOffset>
                </wp:positionV>
                <wp:extent cx="1828800" cy="635"/>
                <wp:effectExtent l="0" t="0" r="0" b="0"/>
                <wp:wrapTopAndBottom/>
                <wp:docPr id="2034101920" name="Textové po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A903352" w14:textId="345D557C" w:rsidR="00E9394A" w:rsidRPr="00FC38F1" w:rsidRDefault="00E9394A" w:rsidP="00E9394A">
                            <w:pPr>
                              <w:pStyle w:val="Titulek"/>
                              <w:rPr>
                                <w:noProof/>
                                <w:sz w:val="22"/>
                                <w:szCs w:val="22"/>
                              </w:rPr>
                            </w:pPr>
                            <w:r>
                              <w:t xml:space="preserve">Obrázek </w:t>
                            </w:r>
                            <w:r>
                              <w:fldChar w:fldCharType="begin"/>
                            </w:r>
                            <w:r>
                              <w:instrText xml:space="preserve"> SEQ Obrázek \* ARABIC </w:instrText>
                            </w:r>
                            <w:r>
                              <w:fldChar w:fldCharType="separate"/>
                            </w:r>
                            <w:r w:rsidR="00CB3137">
                              <w:rPr>
                                <w:noProof/>
                              </w:rPr>
                              <w:t>28</w:t>
                            </w:r>
                            <w:r>
                              <w:fldChar w:fldCharType="end"/>
                            </w:r>
                            <w:r>
                              <w:t xml:space="preserve"> Původní tabulka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B1272D" id="_x0000_s1046" type="#_x0000_t202" style="position:absolute;left:0;text-align:left;margin-left:18.85pt;margin-top:142.95pt;width:2in;height:.05pt;z-index:25177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" stroked="f">
                <v:textbox style="mso-fit-shape-to-text:t" inset="0,0,0,0">
                  <w:txbxContent>
                    <w:p w14:paraId="1A903352" w14:textId="345D557C" w:rsidR="00E9394A" w:rsidRPr="00FC38F1" w:rsidRDefault="00E9394A" w:rsidP="00E9394A">
                      <w:pPr>
                        <w:pStyle w:val="Titulek"/>
                        <w:rPr>
                          <w:noProof/>
                          <w:sz w:val="22"/>
                          <w:szCs w:val="22"/>
                        </w:rPr>
                      </w:pPr>
                      <w:r>
                        <w:t xml:space="preserve">Obrázek </w:t>
                      </w:r>
                      <w:r>
                        <w:fldChar w:fldCharType="begin"/>
                      </w:r>
                      <w:r>
                        <w:instrText xml:space="preserve"> SEQ Obrázek \* ARABIC </w:instrText>
                      </w:r>
                      <w:r>
                        <w:fldChar w:fldCharType="separate"/>
                      </w:r>
                      <w:r w:rsidR="00CB3137">
                        <w:rPr>
                          <w:noProof/>
                        </w:rPr>
                        <w:t>28</w:t>
                      </w:r>
                      <w:r>
                        <w:fldChar w:fldCharType="end"/>
                      </w:r>
                      <w:r>
                        <w:t xml:space="preserve"> Původní tabulka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  <w:lang w:eastAsia="cs-CZ"/>
        </w:rPr>
        <w:drawing>
          <wp:anchor distT="0" distB="0" distL="114300" distR="114300" simplePos="0" relativeHeight="251769344" behindDoc="0" locked="0" layoutInCell="1" allowOverlap="1" wp14:anchorId="02C2780C" wp14:editId="0B225D10">
            <wp:simplePos x="0" y="0"/>
            <wp:positionH relativeFrom="column">
              <wp:posOffset>239395</wp:posOffset>
            </wp:positionH>
            <wp:positionV relativeFrom="paragraph">
              <wp:posOffset>635</wp:posOffset>
            </wp:positionV>
            <wp:extent cx="1828800" cy="1757680"/>
            <wp:effectExtent l="0" t="0" r="0" b="0"/>
            <wp:wrapTopAndBottom/>
            <wp:docPr id="469907937" name="Obrázek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9907937" name="Obrázek 469907937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757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B6C68E" w14:textId="44B0745A" w:rsidR="00A642C6" w:rsidRDefault="00A642C6" w:rsidP="00983DDD">
      <w:pPr>
        <w:pStyle w:val="OdrkyMSWORD"/>
        <w:rPr>
          <w:lang w:eastAsia="cs-CZ"/>
        </w:rPr>
      </w:pPr>
      <w:r w:rsidRPr="00A642C6">
        <w:rPr>
          <w:b/>
          <w:bCs/>
          <w:lang w:eastAsia="cs-CZ"/>
        </w:rPr>
        <w:t>Třídění</w:t>
      </w:r>
      <w:r w:rsidRPr="00A642C6">
        <w:rPr>
          <w:lang w:eastAsia="cs-CZ"/>
        </w:rPr>
        <w:t xml:space="preserve"> — seřadí data podle vybraného sloupce (např. Datum od nejnovějšího).</w:t>
      </w:r>
    </w:p>
    <w:p w14:paraId="79A7FC89" w14:textId="5C6C5E9F" w:rsidR="00E9394A" w:rsidRDefault="00C40E8A" w:rsidP="00E9394A">
      <w:pPr>
        <w:pStyle w:val="Odstavecseseznamem"/>
        <w:rPr>
          <w:lang w:eastAsia="cs-CZ"/>
        </w:rPr>
      </w:pPr>
      <w:r>
        <w:rPr>
          <w:lang w:eastAsia="cs-CZ"/>
        </w:rPr>
        <w:t>Třídit data můžete bud zapnutím filtru DATA / FILTR nebo výběrem první položky v rozbaleném menu DATA – SEŘADIT. Obě možnosti jsou ukázány na následujících obrázcích:</w:t>
      </w:r>
    </w:p>
    <w:p w14:paraId="40C704F5" w14:textId="77777777" w:rsidR="00C40E8A" w:rsidRDefault="00C40E8A" w:rsidP="00C40E8A">
      <w:r>
        <w:rPr>
          <w:noProof/>
          <w:lang w:eastAsia="cs-CZ"/>
        </w:rPr>
        <w:drawing>
          <wp:inline distT="0" distB="0" distL="0" distR="0" wp14:anchorId="70FB7456" wp14:editId="1CB4DDAA">
            <wp:extent cx="5557234" cy="2173029"/>
            <wp:effectExtent l="0" t="0" r="5715" b="0"/>
            <wp:docPr id="510177982" name="Obrázek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0177982" name="Obrázek 510177982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576279" cy="218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10250C" w14:textId="0E458077" w:rsidR="00C40E8A" w:rsidRDefault="00C40E8A" w:rsidP="00C40E8A">
      <w:pPr>
        <w:pStyle w:val="Titulek"/>
      </w:pPr>
      <w:r>
        <w:t xml:space="preserve">Obrázek </w:t>
      </w:r>
      <w:r>
        <w:fldChar w:fldCharType="begin"/>
      </w:r>
      <w:r>
        <w:instrText xml:space="preserve"> SEQ Obrázek \* ARABIC </w:instrText>
      </w:r>
      <w:r>
        <w:fldChar w:fldCharType="separate"/>
      </w:r>
      <w:r w:rsidR="00CB3137">
        <w:rPr>
          <w:noProof/>
        </w:rPr>
        <w:t>29</w:t>
      </w:r>
      <w:r>
        <w:fldChar w:fldCharType="end"/>
      </w:r>
      <w:r>
        <w:t xml:space="preserve"> Možnost třídění dat v nabídce FILTR</w:t>
      </w:r>
    </w:p>
    <w:p w14:paraId="5B116083" w14:textId="77777777" w:rsidR="00C40E8A" w:rsidRDefault="00C40E8A" w:rsidP="00C40E8A">
      <w:pPr>
        <w:keepNext/>
      </w:pPr>
      <w:r>
        <w:rPr>
          <w:noProof/>
        </w:rPr>
        <w:drawing>
          <wp:inline distT="0" distB="0" distL="0" distR="0" wp14:anchorId="7720D53F" wp14:editId="0BF45BDF">
            <wp:extent cx="5492840" cy="1918932"/>
            <wp:effectExtent l="0" t="0" r="0" b="5715"/>
            <wp:docPr id="1707701119" name="Obrázek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7701119" name="Obrázek 1707701119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500451" cy="1921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1D4BFC" w14:textId="37B15A7E" w:rsidR="00C40E8A" w:rsidRPr="00C40E8A" w:rsidRDefault="00C40E8A" w:rsidP="00C40E8A">
      <w:pPr>
        <w:pStyle w:val="Titulek"/>
      </w:pPr>
      <w:r>
        <w:t xml:space="preserve">Obrázek </w:t>
      </w:r>
      <w:r>
        <w:fldChar w:fldCharType="begin"/>
      </w:r>
      <w:r>
        <w:instrText xml:space="preserve"> SEQ Obrázek \* ARABIC </w:instrText>
      </w:r>
      <w:r>
        <w:fldChar w:fldCharType="separate"/>
      </w:r>
      <w:r w:rsidR="00CB3137">
        <w:rPr>
          <w:noProof/>
        </w:rPr>
        <w:t>30</w:t>
      </w:r>
      <w:r>
        <w:fldChar w:fldCharType="end"/>
      </w:r>
      <w:r>
        <w:t xml:space="preserve"> Řazení dat pomocí nabídky DATA/SEŘADIT LIST</w:t>
      </w:r>
    </w:p>
    <w:p w14:paraId="10EBF8A6" w14:textId="58D67A39" w:rsidR="00A642C6" w:rsidRDefault="00A642C6" w:rsidP="00983DDD">
      <w:pPr>
        <w:pStyle w:val="OdrkyMSWORD"/>
        <w:rPr>
          <w:lang w:eastAsia="cs-CZ"/>
        </w:rPr>
      </w:pPr>
      <w:r w:rsidRPr="00A642C6">
        <w:rPr>
          <w:b/>
          <w:bCs/>
          <w:lang w:eastAsia="cs-CZ"/>
        </w:rPr>
        <w:t>Hledání</w:t>
      </w:r>
      <w:r w:rsidRPr="00A642C6">
        <w:rPr>
          <w:lang w:eastAsia="cs-CZ"/>
        </w:rPr>
        <w:t xml:space="preserve"> — rychle vyhledá text (např. část názvu lokality či druhu).</w:t>
      </w:r>
    </w:p>
    <w:p w14:paraId="44B56EDB" w14:textId="76A4040E" w:rsidR="00983DDD" w:rsidRDefault="00C40E8A" w:rsidP="00C40E8A">
      <w:pPr>
        <w:ind w:left="360"/>
        <w:rPr>
          <w:lang w:eastAsia="cs-CZ"/>
        </w:rPr>
      </w:pPr>
      <w:r>
        <w:rPr>
          <w:lang w:eastAsia="cs-CZ"/>
        </w:rPr>
        <w:t>Funkci hledání otevřeme pomocí klávesové zkratky CTRL+H. V dialogovém okně doplníme údaje, který chceme vyhledat a potvrdíme.</w:t>
      </w:r>
    </w:p>
    <w:p w14:paraId="1FE6485C" w14:textId="77777777" w:rsidR="00C40E8A" w:rsidRDefault="00C40E8A" w:rsidP="00C40E8A">
      <w:pPr>
        <w:keepNext/>
        <w:ind w:left="360"/>
      </w:pPr>
      <w:r>
        <w:rPr>
          <w:noProof/>
          <w:lang w:eastAsia="cs-CZ"/>
        </w:rPr>
        <w:drawing>
          <wp:inline distT="0" distB="0" distL="0" distR="0" wp14:anchorId="27253A66" wp14:editId="1F57CE11">
            <wp:extent cx="5972810" cy="3271520"/>
            <wp:effectExtent l="0" t="0" r="8890" b="5080"/>
            <wp:docPr id="1606870123" name="Obrázek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6870123" name="Obrázek 1606870123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271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AC5CBB" w14:textId="54C8C132" w:rsidR="00C40E8A" w:rsidRDefault="00C40E8A" w:rsidP="00C40E8A">
      <w:pPr>
        <w:pStyle w:val="Titulek"/>
        <w:rPr>
          <w:lang w:eastAsia="cs-CZ"/>
        </w:rPr>
      </w:pPr>
      <w:r>
        <w:t xml:space="preserve">Obrázek </w:t>
      </w:r>
      <w:r>
        <w:fldChar w:fldCharType="begin"/>
      </w:r>
      <w:r>
        <w:instrText xml:space="preserve"> SEQ Obrázek \* ARABIC </w:instrText>
      </w:r>
      <w:r>
        <w:fldChar w:fldCharType="separate"/>
      </w:r>
      <w:r w:rsidR="00CB3137">
        <w:rPr>
          <w:noProof/>
        </w:rPr>
        <w:t>31</w:t>
      </w:r>
      <w:r>
        <w:fldChar w:fldCharType="end"/>
      </w:r>
      <w:r>
        <w:t xml:space="preserve"> Funkce HLEDÁNÍ</w:t>
      </w:r>
    </w:p>
    <w:p w14:paraId="3F668A87" w14:textId="77777777" w:rsidR="00E9394A" w:rsidRPr="00A642C6" w:rsidRDefault="00E9394A" w:rsidP="00C40E8A">
      <w:pPr>
        <w:ind w:left="720"/>
        <w:rPr>
          <w:lang w:eastAsia="cs-CZ"/>
        </w:rPr>
      </w:pPr>
    </w:p>
    <w:p w14:paraId="36A49AB0" w14:textId="77777777" w:rsidR="002C705C" w:rsidRPr="002C705C" w:rsidRDefault="002C705C" w:rsidP="002C705C">
      <w:pPr>
        <w:pStyle w:val="Nadpis3"/>
      </w:pPr>
      <w:bookmarkStart w:id="18" w:name="_Toc223113851"/>
      <w:r w:rsidRPr="002C705C">
        <w:t>Zadávání vzorců a kopírování</w:t>
      </w:r>
      <w:bookmarkEnd w:id="18"/>
    </w:p>
    <w:p w14:paraId="63CF221C" w14:textId="35EF0A13" w:rsidR="002C705C" w:rsidRPr="002C705C" w:rsidRDefault="002C705C" w:rsidP="002C705C">
      <w:pPr>
        <w:rPr>
          <w:lang w:eastAsia="cs-CZ"/>
        </w:rPr>
      </w:pPr>
      <w:r w:rsidRPr="002C705C">
        <w:rPr>
          <w:lang w:eastAsia="cs-CZ"/>
        </w:rPr>
        <w:t xml:space="preserve">Práce se vzorci v Google Tabulkách se neliší od toho, co už znáte z MS Excelu. </w:t>
      </w:r>
      <w:r w:rsidRPr="002C705C">
        <w:rPr>
          <w:b/>
          <w:bCs/>
          <w:lang w:eastAsia="cs-CZ"/>
        </w:rPr>
        <w:t xml:space="preserve">Vzorec vždy začíná znakem = a může obsahovat čísla, odkazy na buňky nebo funkce. </w:t>
      </w:r>
      <w:r w:rsidRPr="002C705C">
        <w:rPr>
          <w:lang w:eastAsia="cs-CZ"/>
        </w:rPr>
        <w:t xml:space="preserve">Tento princip jste si vyzkoušeli už v první úrovni kurzu, proto zde navážeme a ukážeme si </w:t>
      </w:r>
      <w:r>
        <w:rPr>
          <w:lang w:eastAsia="cs-CZ"/>
        </w:rPr>
        <w:t xml:space="preserve">pouze </w:t>
      </w:r>
      <w:r w:rsidRPr="002C705C">
        <w:rPr>
          <w:lang w:eastAsia="cs-CZ"/>
        </w:rPr>
        <w:t>základní možnosti práce s výpočty v Google Tabulkách.</w:t>
      </w:r>
    </w:p>
    <w:p w14:paraId="6738F92F" w14:textId="77777777" w:rsidR="002C705C" w:rsidRDefault="002C705C" w:rsidP="002C705C">
      <w:pPr>
        <w:pStyle w:val="Nadpis4"/>
      </w:pPr>
      <w:bookmarkStart w:id="19" w:name="_Toc223113852"/>
      <w:r w:rsidRPr="002C705C">
        <w:t>Jednoduché výpočty</w:t>
      </w:r>
      <w:bookmarkEnd w:id="19"/>
    </w:p>
    <w:p w14:paraId="1C5C73A6" w14:textId="7594B484" w:rsidR="002C705C" w:rsidRPr="002C705C" w:rsidRDefault="002C705C" w:rsidP="002C705C">
      <w:pPr>
        <w:rPr>
          <w:lang w:eastAsia="cs-CZ"/>
        </w:rPr>
      </w:pPr>
      <w:r w:rsidRPr="002C705C">
        <w:rPr>
          <w:lang w:eastAsia="cs-CZ"/>
        </w:rPr>
        <w:t xml:space="preserve">Pokud chcete sečíst nebo jinak vypočítat hodnoty, napište do buňky </w:t>
      </w:r>
      <w:r>
        <w:rPr>
          <w:lang w:eastAsia="cs-CZ"/>
        </w:rPr>
        <w:t>znak „rovná se“</w:t>
      </w:r>
      <w:r w:rsidRPr="002C705C">
        <w:rPr>
          <w:lang w:eastAsia="cs-CZ"/>
        </w:rPr>
        <w:t>, zvolte funkci a označte rozsah</w:t>
      </w:r>
      <w:r>
        <w:rPr>
          <w:lang w:eastAsia="cs-CZ"/>
        </w:rPr>
        <w:t>. Zde je ukázka jednoduchých vzorců (identifikace buňky se zapíše do vzorce sama po kliknutí na buňku, s kterou chcete ve vzorci pracovat</w:t>
      </w:r>
      <w:r w:rsidRPr="002C705C">
        <w:rPr>
          <w:lang w:eastAsia="cs-CZ"/>
        </w:rPr>
        <w:t>:</w:t>
      </w:r>
    </w:p>
    <w:p w14:paraId="2DE0BA9A" w14:textId="77777777" w:rsidR="002C705C" w:rsidRDefault="002C705C" w:rsidP="002C705C">
      <w:pPr>
        <w:pStyle w:val="OdrkyMSWORD"/>
        <w:rPr>
          <w:lang w:eastAsia="cs-CZ"/>
        </w:rPr>
      </w:pPr>
      <w:r w:rsidRPr="002C705C">
        <w:rPr>
          <w:lang w:eastAsia="cs-CZ"/>
        </w:rPr>
        <w:t>=A1+A2 – sečte dvě buňky.</w:t>
      </w:r>
    </w:p>
    <w:p w14:paraId="62FD2454" w14:textId="6C563BD9" w:rsidR="002C705C" w:rsidRPr="002C705C" w:rsidRDefault="002C705C" w:rsidP="002C705C">
      <w:pPr>
        <w:pStyle w:val="OdrkyMSWORD"/>
        <w:rPr>
          <w:lang w:eastAsia="cs-CZ"/>
        </w:rPr>
      </w:pPr>
      <w:r w:rsidRPr="002C705C">
        <w:rPr>
          <w:lang w:eastAsia="cs-CZ"/>
        </w:rPr>
        <w:t>=</w:t>
      </w:r>
      <w:proofErr w:type="gramStart"/>
      <w:r w:rsidRPr="002C705C">
        <w:rPr>
          <w:lang w:eastAsia="cs-CZ"/>
        </w:rPr>
        <w:t>SUM(</w:t>
      </w:r>
      <w:proofErr w:type="gramEnd"/>
      <w:r w:rsidRPr="002C705C">
        <w:rPr>
          <w:lang w:eastAsia="cs-CZ"/>
        </w:rPr>
        <w:t>A1:A10) – sečte hodnoty v rozsahu buněk A1 až A10</w:t>
      </w:r>
      <w:r>
        <w:rPr>
          <w:lang w:eastAsia="cs-CZ"/>
        </w:rPr>
        <w:t xml:space="preserve"> (vyberete buňky ve sloupci, které chcete sečíst pomocí tažení myši)</w:t>
      </w:r>
      <w:r w:rsidRPr="002C705C">
        <w:rPr>
          <w:lang w:eastAsia="cs-CZ"/>
        </w:rPr>
        <w:t>.</w:t>
      </w:r>
    </w:p>
    <w:p w14:paraId="24679690" w14:textId="77777777" w:rsidR="002C705C" w:rsidRPr="002C705C" w:rsidRDefault="002C705C" w:rsidP="00290105">
      <w:pPr>
        <w:numPr>
          <w:ilvl w:val="0"/>
          <w:numId w:val="60"/>
        </w:numPr>
        <w:rPr>
          <w:lang w:eastAsia="cs-CZ"/>
        </w:rPr>
      </w:pPr>
      <w:r w:rsidRPr="002C705C">
        <w:rPr>
          <w:lang w:eastAsia="cs-CZ"/>
        </w:rPr>
        <w:t>=</w:t>
      </w:r>
      <w:proofErr w:type="gramStart"/>
      <w:r w:rsidRPr="002C705C">
        <w:rPr>
          <w:lang w:eastAsia="cs-CZ"/>
        </w:rPr>
        <w:t>AVERAGE(</w:t>
      </w:r>
      <w:proofErr w:type="gramEnd"/>
      <w:r w:rsidRPr="002C705C">
        <w:rPr>
          <w:lang w:eastAsia="cs-CZ"/>
        </w:rPr>
        <w:t>B1:B10) – vypočítá průměr hodnot ve sloupci B.</w:t>
      </w:r>
    </w:p>
    <w:p w14:paraId="3507E94E" w14:textId="77777777" w:rsidR="002C705C" w:rsidRPr="002C705C" w:rsidRDefault="002C705C" w:rsidP="002C705C">
      <w:pPr>
        <w:rPr>
          <w:lang w:eastAsia="cs-CZ"/>
        </w:rPr>
      </w:pPr>
      <w:r w:rsidRPr="002C705C">
        <w:rPr>
          <w:lang w:eastAsia="cs-CZ"/>
        </w:rPr>
        <w:t>Stejně jako v Excelu se výsledek okamžitě přepočítá při změně vstupních údajů.</w:t>
      </w:r>
    </w:p>
    <w:p w14:paraId="09AD88A3" w14:textId="77777777" w:rsidR="002C705C" w:rsidRDefault="002C705C" w:rsidP="002C705C">
      <w:pPr>
        <w:pStyle w:val="Nadpis4"/>
      </w:pPr>
      <w:bookmarkStart w:id="20" w:name="_Toc223113853"/>
      <w:r w:rsidRPr="002C705C">
        <w:t>Nejčastěji používané funkce</w:t>
      </w:r>
      <w:bookmarkEnd w:id="20"/>
    </w:p>
    <w:p w14:paraId="6A805802" w14:textId="0C45E04D" w:rsidR="002C705C" w:rsidRPr="002C705C" w:rsidRDefault="002C705C" w:rsidP="002C705C">
      <w:pPr>
        <w:rPr>
          <w:lang w:eastAsia="cs-CZ"/>
        </w:rPr>
      </w:pPr>
      <w:r w:rsidRPr="002C705C">
        <w:rPr>
          <w:lang w:eastAsia="cs-CZ"/>
        </w:rPr>
        <w:t xml:space="preserve">Google Tabulky nabízejí stovky funkcí, ale v praxi </w:t>
      </w:r>
      <w:r>
        <w:rPr>
          <w:lang w:eastAsia="cs-CZ"/>
        </w:rPr>
        <w:t xml:space="preserve">„občanského vědce“ </w:t>
      </w:r>
      <w:r w:rsidRPr="002C705C">
        <w:rPr>
          <w:lang w:eastAsia="cs-CZ"/>
        </w:rPr>
        <w:t>se vám budou hodit zejména:</w:t>
      </w:r>
    </w:p>
    <w:p w14:paraId="58BD2455" w14:textId="77777777" w:rsidR="002C705C" w:rsidRPr="002C705C" w:rsidRDefault="002C705C" w:rsidP="002C705C">
      <w:pPr>
        <w:pStyle w:val="OdrkyMSWORD"/>
        <w:rPr>
          <w:lang w:eastAsia="cs-CZ"/>
        </w:rPr>
      </w:pPr>
      <w:r w:rsidRPr="002C705C">
        <w:rPr>
          <w:b/>
          <w:bCs/>
          <w:lang w:eastAsia="cs-CZ"/>
        </w:rPr>
        <w:t>SUM (součet)</w:t>
      </w:r>
      <w:r w:rsidRPr="002C705C">
        <w:rPr>
          <w:lang w:eastAsia="cs-CZ"/>
        </w:rPr>
        <w:t xml:space="preserve"> – rychlé sčítání vybraných buněk.</w:t>
      </w:r>
    </w:p>
    <w:p w14:paraId="6B27C863" w14:textId="77777777" w:rsidR="002C705C" w:rsidRPr="002C705C" w:rsidRDefault="002C705C" w:rsidP="002C705C">
      <w:pPr>
        <w:pStyle w:val="OdrkyMSWORD"/>
        <w:rPr>
          <w:lang w:eastAsia="cs-CZ"/>
        </w:rPr>
      </w:pPr>
      <w:r w:rsidRPr="002C705C">
        <w:rPr>
          <w:b/>
          <w:bCs/>
          <w:lang w:eastAsia="cs-CZ"/>
        </w:rPr>
        <w:t>AVERAGE (průměr)</w:t>
      </w:r>
      <w:r w:rsidRPr="002C705C">
        <w:rPr>
          <w:lang w:eastAsia="cs-CZ"/>
        </w:rPr>
        <w:t xml:space="preserve"> – výpočet průměru.</w:t>
      </w:r>
    </w:p>
    <w:p w14:paraId="703F734D" w14:textId="77777777" w:rsidR="002C705C" w:rsidRPr="002C705C" w:rsidRDefault="002C705C" w:rsidP="002C705C">
      <w:pPr>
        <w:pStyle w:val="OdrkyMSWORD"/>
        <w:rPr>
          <w:lang w:eastAsia="cs-CZ"/>
        </w:rPr>
      </w:pPr>
      <w:r w:rsidRPr="002C705C">
        <w:rPr>
          <w:b/>
          <w:bCs/>
          <w:lang w:eastAsia="cs-CZ"/>
        </w:rPr>
        <w:t>MIN / MAX</w:t>
      </w:r>
      <w:r w:rsidRPr="002C705C">
        <w:rPr>
          <w:lang w:eastAsia="cs-CZ"/>
        </w:rPr>
        <w:t xml:space="preserve"> – hledání nejmenší a největší hodnoty.</w:t>
      </w:r>
    </w:p>
    <w:p w14:paraId="75026636" w14:textId="77777777" w:rsidR="002C705C" w:rsidRDefault="002C705C" w:rsidP="002C705C">
      <w:pPr>
        <w:pStyle w:val="OdrkyMSWORD"/>
        <w:rPr>
          <w:lang w:eastAsia="cs-CZ"/>
        </w:rPr>
      </w:pPr>
      <w:r w:rsidRPr="002C705C">
        <w:rPr>
          <w:b/>
          <w:bCs/>
          <w:lang w:eastAsia="cs-CZ"/>
        </w:rPr>
        <w:t>COUNT</w:t>
      </w:r>
      <w:r w:rsidRPr="002C705C">
        <w:rPr>
          <w:lang w:eastAsia="cs-CZ"/>
        </w:rPr>
        <w:t xml:space="preserve"> – počet číselných záznamů v rozsahu.</w:t>
      </w:r>
    </w:p>
    <w:p w14:paraId="5B0D214E" w14:textId="24A1FA0C" w:rsidR="002C705C" w:rsidRDefault="002C705C" w:rsidP="002C705C">
      <w:pPr>
        <w:pStyle w:val="OdrkyMSWORD"/>
        <w:rPr>
          <w:lang w:eastAsia="cs-CZ"/>
        </w:rPr>
      </w:pPr>
      <w:r w:rsidRPr="002C705C">
        <w:rPr>
          <w:b/>
          <w:bCs/>
          <w:lang w:eastAsia="cs-CZ"/>
        </w:rPr>
        <w:t>IF (KDYŽ)</w:t>
      </w:r>
      <w:r w:rsidRPr="002C705C">
        <w:rPr>
          <w:lang w:eastAsia="cs-CZ"/>
        </w:rPr>
        <w:t xml:space="preserve"> – podmíněný výpočet (např. „pokud je hodnota větší než 10, napiš ANO, jinak NE“).</w:t>
      </w:r>
    </w:p>
    <w:p w14:paraId="4D562C30" w14:textId="54AE579D" w:rsidR="002C705C" w:rsidRPr="002C705C" w:rsidRDefault="002C705C" w:rsidP="002C705C">
      <w:pPr>
        <w:rPr>
          <w:lang w:eastAsia="cs-CZ"/>
        </w:rPr>
      </w:pPr>
      <w:r>
        <w:rPr>
          <w:lang w:eastAsia="cs-CZ"/>
        </w:rPr>
        <w:t>Základní funkce vám bude aplikace nabízet automaticky, jakmile vyberete oblast buněk, s kterými chcete pracovat.</w:t>
      </w:r>
    </w:p>
    <w:p w14:paraId="2781C360" w14:textId="77777777" w:rsidR="002C705C" w:rsidRDefault="002C705C" w:rsidP="002C705C">
      <w:pPr>
        <w:keepNext/>
      </w:pPr>
      <w:r>
        <w:rPr>
          <w:noProof/>
          <w:lang w:eastAsia="cs-CZ"/>
        </w:rPr>
        <w:drawing>
          <wp:inline distT="0" distB="0" distL="0" distR="0" wp14:anchorId="0C7AD63C" wp14:editId="5A1382CF">
            <wp:extent cx="4970126" cy="2163651"/>
            <wp:effectExtent l="0" t="0" r="2540" b="8255"/>
            <wp:docPr id="1210158881" name="Obrázek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0158881" name="Obrázek 1210158881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979423" cy="2167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69A1AC" w14:textId="0E4A5DAD" w:rsidR="002C705C" w:rsidRDefault="002C705C" w:rsidP="002C705C">
      <w:pPr>
        <w:pStyle w:val="Titulek"/>
        <w:rPr>
          <w:lang w:eastAsia="cs-CZ"/>
        </w:rPr>
      </w:pPr>
      <w:r>
        <w:t xml:space="preserve">Obrázek </w:t>
      </w:r>
      <w:r>
        <w:fldChar w:fldCharType="begin"/>
      </w:r>
      <w:r>
        <w:instrText xml:space="preserve"> SEQ Obrázek \* ARABIC </w:instrText>
      </w:r>
      <w:r>
        <w:fldChar w:fldCharType="separate"/>
      </w:r>
      <w:r w:rsidR="00CB3137">
        <w:rPr>
          <w:noProof/>
        </w:rPr>
        <w:t>32</w:t>
      </w:r>
      <w:r>
        <w:fldChar w:fldCharType="end"/>
      </w:r>
      <w:r>
        <w:t xml:space="preserve"> Automatická nabídka vzorce pro výpočet</w:t>
      </w:r>
    </w:p>
    <w:p w14:paraId="3EB78005" w14:textId="77777777" w:rsidR="008B7C6D" w:rsidRDefault="008B7C6D" w:rsidP="008B7C6D">
      <w:pPr>
        <w:rPr>
          <w:b/>
          <w:bCs/>
          <w:lang w:eastAsia="cs-CZ"/>
        </w:rPr>
      </w:pPr>
      <w:r w:rsidRPr="008B7C6D">
        <w:rPr>
          <w:b/>
          <w:bCs/>
          <w:lang w:eastAsia="cs-CZ"/>
        </w:rPr>
        <w:t>Kopírování vzorců</w:t>
      </w:r>
    </w:p>
    <w:p w14:paraId="5CF341E6" w14:textId="1FDA7BE0" w:rsidR="008B7C6D" w:rsidRPr="008B7C6D" w:rsidRDefault="008B7C6D" w:rsidP="008B7C6D">
      <w:pPr>
        <w:rPr>
          <w:lang w:eastAsia="cs-CZ"/>
        </w:rPr>
      </w:pPr>
      <w:r w:rsidRPr="008B7C6D">
        <w:rPr>
          <w:lang w:eastAsia="cs-CZ"/>
        </w:rPr>
        <w:t xml:space="preserve">Nemusíte zapisovat každý vzorec zvlášť – jednou vytvořený vzorec můžete snadno </w:t>
      </w:r>
      <w:r w:rsidRPr="008B7C6D">
        <w:rPr>
          <w:b/>
          <w:bCs/>
          <w:lang w:eastAsia="cs-CZ"/>
        </w:rPr>
        <w:t>zkopírovat do dalších buněk</w:t>
      </w:r>
      <w:r>
        <w:rPr>
          <w:lang w:eastAsia="cs-CZ"/>
        </w:rPr>
        <w:t>. Kopírování pomocí malého čtverečku v pravém dolním rohu buňky jsme si již ukázali. Pokud se v kopírované buňce nachází vzorec, tažením tohoto úchytu zkopírujete vzorec do dalších buněk. Postup:</w:t>
      </w:r>
    </w:p>
    <w:p w14:paraId="7B33EB65" w14:textId="77777777" w:rsidR="008B7C6D" w:rsidRPr="008B7C6D" w:rsidRDefault="008B7C6D" w:rsidP="008B7C6D">
      <w:pPr>
        <w:pStyle w:val="OdrkyMSWORD"/>
        <w:rPr>
          <w:lang w:eastAsia="cs-CZ"/>
        </w:rPr>
      </w:pPr>
      <w:r w:rsidRPr="008B7C6D">
        <w:rPr>
          <w:lang w:eastAsia="cs-CZ"/>
        </w:rPr>
        <w:t>Klikněte na buňku se vzorcem.</w:t>
      </w:r>
    </w:p>
    <w:p w14:paraId="11DA6F8A" w14:textId="77777777" w:rsidR="008B7C6D" w:rsidRPr="008B7C6D" w:rsidRDefault="008B7C6D" w:rsidP="008B7C6D">
      <w:pPr>
        <w:pStyle w:val="OdrkyMSWORD"/>
        <w:rPr>
          <w:lang w:eastAsia="cs-CZ"/>
        </w:rPr>
      </w:pPr>
      <w:r w:rsidRPr="008B7C6D">
        <w:rPr>
          <w:lang w:eastAsia="cs-CZ"/>
        </w:rPr>
        <w:t>Uchopte malý čtvereček v pravém dolním rohu a přetáhněte směrem dolů nebo doprava.</w:t>
      </w:r>
    </w:p>
    <w:p w14:paraId="03F5BFB4" w14:textId="77777777" w:rsidR="008B7C6D" w:rsidRPr="008B7C6D" w:rsidRDefault="008B7C6D" w:rsidP="008B7C6D">
      <w:pPr>
        <w:pStyle w:val="OdrkyMSWORD"/>
        <w:rPr>
          <w:lang w:eastAsia="cs-CZ"/>
        </w:rPr>
      </w:pPr>
      <w:r w:rsidRPr="008B7C6D">
        <w:rPr>
          <w:lang w:eastAsia="cs-CZ"/>
        </w:rPr>
        <w:t>Google Tabulky automaticky přizpůsobí odkazy podle nové pozice.</w:t>
      </w:r>
    </w:p>
    <w:p w14:paraId="05C80335" w14:textId="77777777" w:rsidR="008B7C6D" w:rsidRPr="008B7C6D" w:rsidRDefault="008B7C6D" w:rsidP="008B7C6D">
      <w:pPr>
        <w:spacing w:before="120"/>
        <w:rPr>
          <w:lang w:eastAsia="cs-CZ"/>
        </w:rPr>
      </w:pPr>
      <w:r w:rsidRPr="008B7C6D">
        <w:rPr>
          <w:lang w:eastAsia="cs-CZ"/>
        </w:rPr>
        <w:t xml:space="preserve">Pokud chcete, aby se část odkazu neměnila (např. vždy odkazovala na konkrétní buňku), použijte </w:t>
      </w:r>
      <w:r w:rsidRPr="008B7C6D">
        <w:rPr>
          <w:b/>
          <w:bCs/>
          <w:lang w:eastAsia="cs-CZ"/>
        </w:rPr>
        <w:t>pevnou adresu</w:t>
      </w:r>
      <w:r w:rsidRPr="008B7C6D">
        <w:rPr>
          <w:lang w:eastAsia="cs-CZ"/>
        </w:rPr>
        <w:t xml:space="preserve"> se znakem $. Například =$A$1+B1 zajistí, že buňka A1 zůstane vždy stejná, i když vzorec zkopírujete jinam. Tento postup funguje naprosto stejně jako v Excelu.</w:t>
      </w:r>
    </w:p>
    <w:p w14:paraId="632D1EAF" w14:textId="2CF10585" w:rsidR="002C705C" w:rsidRDefault="00055F1E" w:rsidP="00A642C6">
      <w:pPr>
        <w:rPr>
          <w:lang w:eastAsia="cs-CZ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76512" behindDoc="0" locked="0" layoutInCell="1" allowOverlap="1" wp14:anchorId="6D0BCF5C" wp14:editId="1DD527F0">
                <wp:simplePos x="0" y="0"/>
                <wp:positionH relativeFrom="column">
                  <wp:posOffset>1017914</wp:posOffset>
                </wp:positionH>
                <wp:positionV relativeFrom="paragraph">
                  <wp:posOffset>1326255</wp:posOffset>
                </wp:positionV>
                <wp:extent cx="2672366" cy="701899"/>
                <wp:effectExtent l="0" t="0" r="13970" b="22225"/>
                <wp:wrapNone/>
                <wp:docPr id="1954464113" name="Šipka: doleva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2366" cy="701899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1D576F" w14:textId="56F18B7D" w:rsidR="00055F1E" w:rsidRDefault="00055F1E" w:rsidP="00055F1E">
                            <w:pPr>
                              <w:jc w:val="center"/>
                            </w:pPr>
                            <w:r>
                              <w:t>Kopírujeme vzorec tažením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0BCF5C" id="Šipka: doleva 165" o:spid="_x0000_s1047" type="#_x0000_t66" style="position:absolute;left:0;text-align:left;margin-left:80.15pt;margin-top:104.45pt;width:210.4pt;height:55.25pt;z-index:25177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" adj="2837" fillcolor="white [3201]" strokecolor="#f79646 [3209]" strokeweight="2pt">
                <v:textbox>
                  <w:txbxContent>
                    <w:p w14:paraId="2C1D576F" w14:textId="56F18B7D" w:rsidR="00055F1E" w:rsidRDefault="00055F1E" w:rsidP="00055F1E">
                      <w:pPr>
                        <w:jc w:val="center"/>
                      </w:pPr>
                      <w:r>
                        <w:t>Kopírujeme vzorec tažením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77536" behindDoc="0" locked="0" layoutInCell="1" allowOverlap="1" wp14:anchorId="1311D278" wp14:editId="0F2E7DF2">
                <wp:simplePos x="0" y="0"/>
                <wp:positionH relativeFrom="column">
                  <wp:posOffset>541682</wp:posOffset>
                </wp:positionH>
                <wp:positionV relativeFrom="paragraph">
                  <wp:posOffset>3610270</wp:posOffset>
                </wp:positionV>
                <wp:extent cx="3457978" cy="566670"/>
                <wp:effectExtent l="38100" t="152400" r="28575" b="24130"/>
                <wp:wrapSquare wrapText="bothSides"/>
                <wp:docPr id="722583340" name="Šipka: doprava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309809">
                          <a:off x="0" y="0"/>
                          <a:ext cx="3457978" cy="56667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C11D2D" w14:textId="4445060E" w:rsidR="00055F1E" w:rsidRDefault="00055F1E" w:rsidP="00055F1E">
                            <w:pPr>
                              <w:jc w:val="center"/>
                            </w:pPr>
                            <w:r>
                              <w:t>Zkopírovaný vzorec do dalších buněk tažením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11D278" id="Šipka: doprava 167" o:spid="_x0000_s1048" type="#_x0000_t13" style="position:absolute;left:0;text-align:left;margin-left:42.65pt;margin-top:284.25pt;width:272.3pt;height:44.6pt;rotation:-316966fd;z-index:25177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" adj="19830" fillcolor="white [3201]" strokecolor="#f79646 [3209]" strokeweight="2pt">
                <v:textbox>
                  <w:txbxContent>
                    <w:p w14:paraId="36C11D2D" w14:textId="4445060E" w:rsidR="00055F1E" w:rsidRDefault="00055F1E" w:rsidP="00055F1E">
                      <w:pPr>
                        <w:jc w:val="center"/>
                      </w:pPr>
                      <w:r>
                        <w:t>Zkopírovaný vzorec do dalších buněk tažením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cs-CZ"/>
        </w:rPr>
        <w:drawing>
          <wp:anchor distT="0" distB="0" distL="114300" distR="114300" simplePos="0" relativeHeight="251664894" behindDoc="0" locked="0" layoutInCell="1" allowOverlap="1" wp14:anchorId="51579907" wp14:editId="5D8DCB73">
            <wp:simplePos x="0" y="0"/>
            <wp:positionH relativeFrom="margin">
              <wp:align>left</wp:align>
            </wp:positionH>
            <wp:positionV relativeFrom="paragraph">
              <wp:posOffset>2267084</wp:posOffset>
            </wp:positionV>
            <wp:extent cx="5972810" cy="1659890"/>
            <wp:effectExtent l="0" t="0" r="8890" b="0"/>
            <wp:wrapTopAndBottom/>
            <wp:docPr id="1611468645" name="Obrázek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1468645" name="Obrázek 1611468645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1659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inline distT="0" distB="0" distL="0" distR="0" wp14:anchorId="0000678F" wp14:editId="6E3B3D79">
            <wp:extent cx="5972810" cy="2042160"/>
            <wp:effectExtent l="0" t="0" r="8890" b="0"/>
            <wp:docPr id="1338040090" name="Obrázek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8040090" name="Obrázek 1338040090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204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651F41" w14:textId="2CCC5585" w:rsidR="00055F1E" w:rsidRDefault="00055F1E" w:rsidP="00A642C6">
      <w:pPr>
        <w:rPr>
          <w:lang w:eastAsia="cs-CZ"/>
        </w:rPr>
      </w:pPr>
    </w:p>
    <w:p w14:paraId="43BF9D12" w14:textId="77777777" w:rsidR="00055F1E" w:rsidRDefault="00055F1E" w:rsidP="00A642C6">
      <w:pPr>
        <w:rPr>
          <w:lang w:eastAsia="cs-CZ"/>
        </w:rPr>
      </w:pPr>
    </w:p>
    <w:p w14:paraId="45780271" w14:textId="1FEF4843" w:rsidR="00AD047C" w:rsidRPr="00AD047C" w:rsidRDefault="00AD047C" w:rsidP="00AD047C">
      <w:pPr>
        <w:pStyle w:val="Nadpis3"/>
      </w:pPr>
      <w:bookmarkStart w:id="21" w:name="_Toc223113854"/>
      <w:r w:rsidRPr="00AD047C">
        <w:t>Úpravy tabulky — přidávání řádků a sloupců, slučování buněk</w:t>
      </w:r>
      <w:bookmarkEnd w:id="21"/>
    </w:p>
    <w:p w14:paraId="3A8E1709" w14:textId="77777777" w:rsidR="00AD047C" w:rsidRDefault="00AD047C" w:rsidP="00AD047C">
      <w:pPr>
        <w:rPr>
          <w:lang w:eastAsia="cs-CZ"/>
        </w:rPr>
      </w:pPr>
      <w:r w:rsidRPr="00AD047C">
        <w:rPr>
          <w:lang w:eastAsia="cs-CZ"/>
        </w:rPr>
        <w:t>Při vedení záznamů v občanské vědě se tabulka vyvíjí:</w:t>
      </w:r>
      <w:r>
        <w:rPr>
          <w:lang w:eastAsia="cs-CZ"/>
        </w:rPr>
        <w:t xml:space="preserve"> v této kapitole si proto ukážeme, </w:t>
      </w:r>
      <w:proofErr w:type="gramStart"/>
      <w:r>
        <w:rPr>
          <w:lang w:eastAsia="cs-CZ"/>
        </w:rPr>
        <w:t xml:space="preserve">jak </w:t>
      </w:r>
      <w:r w:rsidRPr="00AD047C">
        <w:rPr>
          <w:lang w:eastAsia="cs-CZ"/>
        </w:rPr>
        <w:t xml:space="preserve"> přidáme</w:t>
      </w:r>
      <w:proofErr w:type="gramEnd"/>
      <w:r w:rsidRPr="00AD047C">
        <w:rPr>
          <w:lang w:eastAsia="cs-CZ"/>
        </w:rPr>
        <w:t xml:space="preserve"> nový údaj (sloupec), doplníme další pozorování (řádky) nebo </w:t>
      </w:r>
      <w:r>
        <w:rPr>
          <w:lang w:eastAsia="cs-CZ"/>
        </w:rPr>
        <w:t xml:space="preserve">sloučíme buňky pro zobrazení </w:t>
      </w:r>
      <w:r w:rsidRPr="00AD047C">
        <w:rPr>
          <w:lang w:eastAsia="cs-CZ"/>
        </w:rPr>
        <w:t>nadpis</w:t>
      </w:r>
      <w:r>
        <w:rPr>
          <w:lang w:eastAsia="cs-CZ"/>
        </w:rPr>
        <w:t>u</w:t>
      </w:r>
      <w:r w:rsidRPr="00AD047C">
        <w:rPr>
          <w:lang w:eastAsia="cs-CZ"/>
        </w:rPr>
        <w:t xml:space="preserve"> přes více sloupců. </w:t>
      </w:r>
    </w:p>
    <w:p w14:paraId="28028F7B" w14:textId="77366A10" w:rsidR="00AD047C" w:rsidRPr="00AD047C" w:rsidRDefault="00AD047C" w:rsidP="00AD047C">
      <w:pPr>
        <w:rPr>
          <w:lang w:eastAsia="cs-CZ"/>
        </w:rPr>
      </w:pPr>
      <w:r w:rsidRPr="00AD047C">
        <w:rPr>
          <w:lang w:eastAsia="cs-CZ"/>
        </w:rPr>
        <w:t>V Google Tabulkách se tyto úpravy dělají velmi podobně jako v MS Excelu</w:t>
      </w:r>
      <w:r>
        <w:rPr>
          <w:lang w:eastAsia="cs-CZ"/>
        </w:rPr>
        <w:t>.</w:t>
      </w:r>
    </w:p>
    <w:p w14:paraId="054720C7" w14:textId="19E66407" w:rsidR="00AD047C" w:rsidRPr="00AD047C" w:rsidRDefault="00AD047C" w:rsidP="00AD047C">
      <w:pPr>
        <w:pStyle w:val="Nadpis4"/>
      </w:pPr>
      <w:bookmarkStart w:id="22" w:name="_Toc223113855"/>
      <w:r w:rsidRPr="00AD047C">
        <w:t>Přidání řádku</w:t>
      </w:r>
      <w:bookmarkEnd w:id="22"/>
    </w:p>
    <w:p w14:paraId="14C12386" w14:textId="77777777" w:rsidR="00AD047C" w:rsidRPr="00AD047C" w:rsidRDefault="00AD047C" w:rsidP="00AD047C">
      <w:pPr>
        <w:rPr>
          <w:lang w:eastAsia="cs-CZ"/>
        </w:rPr>
      </w:pPr>
      <w:r w:rsidRPr="00AD047C">
        <w:rPr>
          <w:lang w:eastAsia="cs-CZ"/>
        </w:rPr>
        <w:t>Nejrychlejší je pracovat přímo v záhlaví řádků (v levém okraji tabulky). Princip je obdobný jako v Excelu.</w:t>
      </w:r>
    </w:p>
    <w:p w14:paraId="507C8C1E" w14:textId="77777777" w:rsidR="00AD047C" w:rsidRPr="00AD047C" w:rsidRDefault="00AD047C" w:rsidP="00AD047C">
      <w:pPr>
        <w:pStyle w:val="OdrkyMSWORD"/>
        <w:rPr>
          <w:lang w:eastAsia="cs-CZ"/>
        </w:rPr>
      </w:pPr>
      <w:r w:rsidRPr="00AD047C">
        <w:rPr>
          <w:lang w:eastAsia="cs-CZ"/>
        </w:rPr>
        <w:t>Klikněte pravým tlačítkem na číslo řádku, u kterého chcete vložit nový.</w:t>
      </w:r>
    </w:p>
    <w:p w14:paraId="55183CD4" w14:textId="77777777" w:rsidR="00AD047C" w:rsidRPr="00AD047C" w:rsidRDefault="00AD047C" w:rsidP="00AD047C">
      <w:pPr>
        <w:pStyle w:val="OdrkyMSWORD"/>
        <w:rPr>
          <w:lang w:eastAsia="cs-CZ"/>
        </w:rPr>
      </w:pPr>
      <w:r w:rsidRPr="00AD047C">
        <w:rPr>
          <w:lang w:eastAsia="cs-CZ"/>
        </w:rPr>
        <w:t>Zvolte Vložit řádek nad nebo Vložit řádek pod.</w:t>
      </w:r>
    </w:p>
    <w:p w14:paraId="1DE27A5E" w14:textId="77777777" w:rsidR="00AD047C" w:rsidRDefault="00AD047C" w:rsidP="00AD047C">
      <w:pPr>
        <w:pStyle w:val="OdrkyMSWORD"/>
        <w:rPr>
          <w:lang w:eastAsia="cs-CZ"/>
        </w:rPr>
      </w:pPr>
      <w:r w:rsidRPr="00AD047C">
        <w:rPr>
          <w:lang w:eastAsia="cs-CZ"/>
        </w:rPr>
        <w:t xml:space="preserve">Chcete-li vložit </w:t>
      </w:r>
      <w:r w:rsidRPr="00AD047C">
        <w:rPr>
          <w:b/>
          <w:bCs/>
          <w:lang w:eastAsia="cs-CZ"/>
        </w:rPr>
        <w:t>více řádků najednou</w:t>
      </w:r>
      <w:r w:rsidRPr="00AD047C">
        <w:rPr>
          <w:lang w:eastAsia="cs-CZ"/>
        </w:rPr>
        <w:t>, předem označte tolik řádků, kolik potřebujete doplnit (Tabulky nabídnou „Vložit X řádků“).</w:t>
      </w:r>
    </w:p>
    <w:p w14:paraId="11FF0E91" w14:textId="08ECD841" w:rsidR="00AD047C" w:rsidRPr="00AD047C" w:rsidRDefault="00AD047C" w:rsidP="00AD047C">
      <w:pPr>
        <w:rPr>
          <w:lang w:eastAsia="cs-CZ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81632" behindDoc="0" locked="0" layoutInCell="1" allowOverlap="1" wp14:anchorId="67D2A5DE" wp14:editId="420ECD7E">
                <wp:simplePos x="0" y="0"/>
                <wp:positionH relativeFrom="column">
                  <wp:posOffset>1572010</wp:posOffset>
                </wp:positionH>
                <wp:positionV relativeFrom="paragraph">
                  <wp:posOffset>1841813</wp:posOffset>
                </wp:positionV>
                <wp:extent cx="3213279" cy="682580"/>
                <wp:effectExtent l="0" t="0" r="25400" b="22860"/>
                <wp:wrapNone/>
                <wp:docPr id="828302818" name="Šipka: doleva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3279" cy="68258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8AC276" w14:textId="2534DA05" w:rsidR="00AD047C" w:rsidRDefault="00AD047C" w:rsidP="00AD047C">
                            <w:pPr>
                              <w:jc w:val="center"/>
                            </w:pPr>
                            <w:r>
                              <w:t>Přidáváme řádek uvnitř tabulky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D2A5DE" id="Šipka: doleva 173" o:spid="_x0000_s1049" type="#_x0000_t66" style="position:absolute;left:0;text-align:left;margin-left:123.8pt;margin-top:145pt;width:253pt;height:53.75pt;z-index:2517816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" adj="2294" fillcolor="white [3201]" strokecolor="#f79646 [3209]" strokeweight="2pt">
                <v:textbox>
                  <w:txbxContent>
                    <w:p w14:paraId="198AC276" w14:textId="2534DA05" w:rsidR="00AD047C" w:rsidRDefault="00AD047C" w:rsidP="00AD047C">
                      <w:pPr>
                        <w:jc w:val="center"/>
                      </w:pPr>
                      <w:r>
                        <w:t>Přidáváme řádek uvnitř tabulky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3986A36A" wp14:editId="6E90FC0B">
            <wp:extent cx="5434330" cy="2904186"/>
            <wp:effectExtent l="0" t="0" r="0" b="0"/>
            <wp:docPr id="751339628" name="Obrázek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1339628" name="Obrázek 751339628"/>
                    <pic:cNvPicPr/>
                  </pic:nvPicPr>
                  <pic:blipFill rotWithShape="1">
                    <a:blip r:embed="rId50"/>
                    <a:srcRect b="121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9923" cy="2907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D2C131" w14:textId="49A3481D" w:rsidR="00AD047C" w:rsidRPr="00AD047C" w:rsidRDefault="00AD047C" w:rsidP="00AD047C">
      <w:pPr>
        <w:pStyle w:val="Nadpis4"/>
      </w:pPr>
      <w:bookmarkStart w:id="23" w:name="_Toc223113856"/>
      <w:r w:rsidRPr="00AD047C">
        <w:t>Přidání sloupce</w:t>
      </w:r>
      <w:bookmarkEnd w:id="23"/>
    </w:p>
    <w:p w14:paraId="504A43D9" w14:textId="2F5BC812" w:rsidR="00AD047C" w:rsidRPr="00AD047C" w:rsidRDefault="00AD047C" w:rsidP="00A406B4">
      <w:pPr>
        <w:spacing w:after="120"/>
        <w:rPr>
          <w:lang w:eastAsia="cs-CZ"/>
        </w:rPr>
      </w:pPr>
      <w:r w:rsidRPr="00AD047C">
        <w:rPr>
          <w:lang w:eastAsia="cs-CZ"/>
        </w:rPr>
        <w:t xml:space="preserve">Postup je shodný, </w:t>
      </w:r>
      <w:r>
        <w:rPr>
          <w:lang w:eastAsia="cs-CZ"/>
        </w:rPr>
        <w:t xml:space="preserve">jako jsme si ukázali v předchozí kapitole, </w:t>
      </w:r>
      <w:r w:rsidRPr="00AD047C">
        <w:rPr>
          <w:lang w:eastAsia="cs-CZ"/>
        </w:rPr>
        <w:t>jen pracujete v záhlaví sloupců (písmena nahoře).</w:t>
      </w:r>
      <w:r>
        <w:rPr>
          <w:lang w:eastAsia="cs-CZ"/>
        </w:rPr>
        <w:t xml:space="preserve"> Jak na to:</w:t>
      </w:r>
    </w:p>
    <w:p w14:paraId="4C19CDDF" w14:textId="77777777" w:rsidR="00AD047C" w:rsidRPr="00AD047C" w:rsidRDefault="00AD047C" w:rsidP="00AD047C">
      <w:pPr>
        <w:pStyle w:val="OdrkyMSWORD"/>
        <w:rPr>
          <w:lang w:eastAsia="cs-CZ"/>
        </w:rPr>
      </w:pPr>
      <w:r w:rsidRPr="00AD047C">
        <w:rPr>
          <w:lang w:eastAsia="cs-CZ"/>
        </w:rPr>
        <w:t>Klikněte pravým tlačítkem na písmeno sloupce.</w:t>
      </w:r>
    </w:p>
    <w:p w14:paraId="14FBCF63" w14:textId="77777777" w:rsidR="00AD047C" w:rsidRPr="00AD047C" w:rsidRDefault="00AD047C" w:rsidP="00AD047C">
      <w:pPr>
        <w:pStyle w:val="OdrkyMSWORD"/>
        <w:rPr>
          <w:lang w:eastAsia="cs-CZ"/>
        </w:rPr>
      </w:pPr>
      <w:r w:rsidRPr="00AD047C">
        <w:rPr>
          <w:lang w:eastAsia="cs-CZ"/>
        </w:rPr>
        <w:t>Zvolte Vložit sloupec vlevo nebo Vložit sloupec vpravo.</w:t>
      </w:r>
    </w:p>
    <w:p w14:paraId="1B4FC79C" w14:textId="77777777" w:rsidR="00AD047C" w:rsidRDefault="00AD047C" w:rsidP="00AD047C">
      <w:pPr>
        <w:pStyle w:val="OdrkyMSWORD"/>
        <w:rPr>
          <w:lang w:eastAsia="cs-CZ"/>
        </w:rPr>
      </w:pPr>
      <w:r w:rsidRPr="00AD047C">
        <w:rPr>
          <w:lang w:eastAsia="cs-CZ"/>
        </w:rPr>
        <w:t xml:space="preserve">Pro </w:t>
      </w:r>
      <w:r w:rsidRPr="00AD047C">
        <w:rPr>
          <w:b/>
          <w:bCs/>
          <w:lang w:eastAsia="cs-CZ"/>
        </w:rPr>
        <w:t>více sloupců</w:t>
      </w:r>
      <w:r w:rsidRPr="00AD047C">
        <w:rPr>
          <w:lang w:eastAsia="cs-CZ"/>
        </w:rPr>
        <w:t xml:space="preserve"> označte předem několik sousedních sloupců (nabídka „Vložit X sloupců“).</w:t>
      </w:r>
    </w:p>
    <w:p w14:paraId="38500668" w14:textId="77777777" w:rsidR="00A406B4" w:rsidRPr="00AD047C" w:rsidRDefault="00A406B4" w:rsidP="00A406B4">
      <w:pPr>
        <w:rPr>
          <w:lang w:eastAsia="cs-CZ"/>
        </w:rPr>
      </w:pPr>
    </w:p>
    <w:p w14:paraId="02C102FC" w14:textId="6C599257" w:rsidR="00AD047C" w:rsidRDefault="00A406B4" w:rsidP="00AD047C">
      <w:pPr>
        <w:rPr>
          <w:lang w:eastAsia="cs-CZ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82656" behindDoc="0" locked="0" layoutInCell="1" allowOverlap="1" wp14:anchorId="43500007" wp14:editId="21637F0F">
                <wp:simplePos x="0" y="0"/>
                <wp:positionH relativeFrom="column">
                  <wp:posOffset>3536977</wp:posOffset>
                </wp:positionH>
                <wp:positionV relativeFrom="paragraph">
                  <wp:posOffset>1097441</wp:posOffset>
                </wp:positionV>
                <wp:extent cx="2524259" cy="1384479"/>
                <wp:effectExtent l="0" t="0" r="28575" b="25400"/>
                <wp:wrapNone/>
                <wp:docPr id="389030713" name="Šipka: doleva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4259" cy="1384479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D7869B" w14:textId="04D6ABA3" w:rsidR="00A406B4" w:rsidRDefault="00A406B4" w:rsidP="00A406B4">
                            <w:pPr>
                              <w:jc w:val="center"/>
                            </w:pPr>
                            <w:r>
                              <w:t>Přidání sloupců uvnitř tabulky (v tomto případě vkládáme najednou dva sloupce)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500007" id="Šipka: doleva 175" o:spid="_x0000_s1050" type="#_x0000_t66" style="position:absolute;left:0;text-align:left;margin-left:278.5pt;margin-top:86.4pt;width:198.75pt;height:109pt;z-index:25178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" adj="5923" fillcolor="white [3201]" strokecolor="#f79646 [3209]" strokeweight="2pt">
                <v:textbox>
                  <w:txbxContent>
                    <w:p w14:paraId="00D7869B" w14:textId="04D6ABA3" w:rsidR="00A406B4" w:rsidRDefault="00A406B4" w:rsidP="00A406B4">
                      <w:pPr>
                        <w:jc w:val="center"/>
                      </w:pPr>
                      <w:r>
                        <w:t>Přidání sloupců uvnitř tabulky (v tomto případě vkládáme najednou dva sloupce)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269C01C8" wp14:editId="5DB5E5CF">
            <wp:extent cx="5676621" cy="3142445"/>
            <wp:effectExtent l="0" t="0" r="635" b="1270"/>
            <wp:docPr id="80673761" name="Obrázek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673761" name="Obrázek 80673761"/>
                    <pic:cNvPicPr/>
                  </pic:nvPicPr>
                  <pic:blipFill rotWithShape="1">
                    <a:blip r:embed="rId51"/>
                    <a:srcRect b="241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7075" cy="31537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8A5F5E" w14:textId="2724AB29" w:rsidR="00AD047C" w:rsidRPr="00AD047C" w:rsidRDefault="00AD047C" w:rsidP="00A406B4">
      <w:pPr>
        <w:pStyle w:val="Nadpis4"/>
      </w:pPr>
      <w:bookmarkStart w:id="24" w:name="_Toc223113857"/>
      <w:r w:rsidRPr="00AD047C">
        <w:t>Slučování buněk (kdy a jak)</w:t>
      </w:r>
      <w:bookmarkEnd w:id="24"/>
    </w:p>
    <w:p w14:paraId="517972B0" w14:textId="77777777" w:rsidR="00AD047C" w:rsidRPr="00AD047C" w:rsidRDefault="00AD047C" w:rsidP="00A406B4">
      <w:pPr>
        <w:rPr>
          <w:lang w:eastAsia="cs-CZ"/>
        </w:rPr>
      </w:pPr>
      <w:r w:rsidRPr="00AD047C">
        <w:rPr>
          <w:lang w:eastAsia="cs-CZ"/>
        </w:rPr>
        <w:t xml:space="preserve">Slučování buněk používejte hlavně pro </w:t>
      </w:r>
      <w:r w:rsidRPr="00AD047C">
        <w:rPr>
          <w:b/>
          <w:bCs/>
          <w:lang w:eastAsia="cs-CZ"/>
        </w:rPr>
        <w:t>nadpisy</w:t>
      </w:r>
      <w:r w:rsidRPr="00AD047C">
        <w:rPr>
          <w:lang w:eastAsia="cs-CZ"/>
        </w:rPr>
        <w:t xml:space="preserve"> nebo </w:t>
      </w:r>
      <w:r w:rsidRPr="00AD047C">
        <w:rPr>
          <w:b/>
          <w:bCs/>
          <w:lang w:eastAsia="cs-CZ"/>
        </w:rPr>
        <w:t>popisky</w:t>
      </w:r>
      <w:r w:rsidRPr="00AD047C">
        <w:rPr>
          <w:lang w:eastAsia="cs-CZ"/>
        </w:rPr>
        <w:t xml:space="preserve"> nad tabulkou; uvnitř datové oblasti může komplikovat třídění, filtrování i export. Princip je i zde shodný s Excelem.</w:t>
      </w:r>
    </w:p>
    <w:p w14:paraId="3B31A61A" w14:textId="77777777" w:rsidR="00AD047C" w:rsidRPr="00AD047C" w:rsidRDefault="00AD047C" w:rsidP="00A406B4">
      <w:pPr>
        <w:pStyle w:val="OdrkyMSWORD"/>
        <w:rPr>
          <w:lang w:eastAsia="cs-CZ"/>
        </w:rPr>
      </w:pPr>
      <w:r w:rsidRPr="00AD047C">
        <w:rPr>
          <w:b/>
          <w:bCs/>
          <w:lang w:eastAsia="cs-CZ"/>
        </w:rPr>
        <w:t>Označte sousední buňky</w:t>
      </w:r>
      <w:r w:rsidRPr="00AD047C">
        <w:rPr>
          <w:lang w:eastAsia="cs-CZ"/>
        </w:rPr>
        <w:t>, které chcete sloučit (v řádku nebo ve sloupci).</w:t>
      </w:r>
    </w:p>
    <w:p w14:paraId="7ABDF6F4" w14:textId="77777777" w:rsidR="00AD047C" w:rsidRPr="00AD047C" w:rsidRDefault="00AD047C" w:rsidP="00A406B4">
      <w:pPr>
        <w:pStyle w:val="OdrkyMSWORD"/>
        <w:rPr>
          <w:lang w:eastAsia="cs-CZ"/>
        </w:rPr>
      </w:pPr>
      <w:r w:rsidRPr="00AD047C">
        <w:rPr>
          <w:lang w:eastAsia="cs-CZ"/>
        </w:rPr>
        <w:t xml:space="preserve">V nabídce zvolte </w:t>
      </w:r>
      <w:r w:rsidRPr="00AD047C">
        <w:rPr>
          <w:b/>
          <w:bCs/>
          <w:lang w:eastAsia="cs-CZ"/>
        </w:rPr>
        <w:t>Formát → Sloučit buňky</w:t>
      </w:r>
      <w:r w:rsidRPr="00AD047C">
        <w:rPr>
          <w:lang w:eastAsia="cs-CZ"/>
        </w:rPr>
        <w:t xml:space="preserve"> a vyberte typ:</w:t>
      </w:r>
    </w:p>
    <w:p w14:paraId="64B7E1BB" w14:textId="77777777" w:rsidR="00AD047C" w:rsidRPr="00AD047C" w:rsidRDefault="00AD047C" w:rsidP="00A406B4">
      <w:pPr>
        <w:pStyle w:val="OdrkyMSWORD"/>
        <w:numPr>
          <w:ilvl w:val="1"/>
          <w:numId w:val="8"/>
        </w:numPr>
        <w:rPr>
          <w:lang w:eastAsia="cs-CZ"/>
        </w:rPr>
      </w:pPr>
      <w:r w:rsidRPr="00AD047C">
        <w:rPr>
          <w:b/>
          <w:bCs/>
          <w:lang w:eastAsia="cs-CZ"/>
        </w:rPr>
        <w:t>Sloučit vše</w:t>
      </w:r>
      <w:r w:rsidRPr="00AD047C">
        <w:rPr>
          <w:lang w:eastAsia="cs-CZ"/>
        </w:rPr>
        <w:t xml:space="preserve"> (jediná buňka z vybraného obdélníku),</w:t>
      </w:r>
    </w:p>
    <w:p w14:paraId="7D5B9CC5" w14:textId="77777777" w:rsidR="00AD047C" w:rsidRPr="00AD047C" w:rsidRDefault="00AD047C" w:rsidP="00A406B4">
      <w:pPr>
        <w:pStyle w:val="OdrkyMSWORD"/>
        <w:numPr>
          <w:ilvl w:val="1"/>
          <w:numId w:val="8"/>
        </w:numPr>
        <w:rPr>
          <w:lang w:eastAsia="cs-CZ"/>
        </w:rPr>
      </w:pPr>
      <w:r w:rsidRPr="00AD047C">
        <w:rPr>
          <w:b/>
          <w:bCs/>
          <w:lang w:eastAsia="cs-CZ"/>
        </w:rPr>
        <w:t>Sloučit vodorovně</w:t>
      </w:r>
      <w:r w:rsidRPr="00AD047C">
        <w:rPr>
          <w:lang w:eastAsia="cs-CZ"/>
        </w:rPr>
        <w:t xml:space="preserve"> (v rámci řádku),</w:t>
      </w:r>
    </w:p>
    <w:p w14:paraId="3E9A299A" w14:textId="77777777" w:rsidR="00AD047C" w:rsidRPr="00AD047C" w:rsidRDefault="00AD047C" w:rsidP="00A406B4">
      <w:pPr>
        <w:pStyle w:val="OdrkyMSWORD"/>
        <w:numPr>
          <w:ilvl w:val="1"/>
          <w:numId w:val="8"/>
        </w:numPr>
        <w:rPr>
          <w:lang w:eastAsia="cs-CZ"/>
        </w:rPr>
      </w:pPr>
      <w:r w:rsidRPr="00AD047C">
        <w:rPr>
          <w:b/>
          <w:bCs/>
          <w:lang w:eastAsia="cs-CZ"/>
        </w:rPr>
        <w:t>Sloučit svisle</w:t>
      </w:r>
      <w:r w:rsidRPr="00AD047C">
        <w:rPr>
          <w:lang w:eastAsia="cs-CZ"/>
        </w:rPr>
        <w:t xml:space="preserve"> (v rámci sloupce).</w:t>
      </w:r>
    </w:p>
    <w:p w14:paraId="76B1147C" w14:textId="3B013277" w:rsidR="00A406B4" w:rsidRDefault="00A406B4" w:rsidP="00D6133B">
      <w:pPr>
        <w:pStyle w:val="OdrkyMSWORD"/>
        <w:keepNext/>
      </w:pPr>
      <w:r>
        <w:rPr>
          <w:noProof/>
          <w:lang w:eastAsia="cs-CZ"/>
        </w:rPr>
        <w:drawing>
          <wp:anchor distT="0" distB="0" distL="114300" distR="114300" simplePos="0" relativeHeight="251784704" behindDoc="0" locked="0" layoutInCell="1" allowOverlap="1" wp14:anchorId="126C2F34" wp14:editId="59FBC8AF">
            <wp:simplePos x="0" y="0"/>
            <wp:positionH relativeFrom="margin">
              <wp:align>left</wp:align>
            </wp:positionH>
            <wp:positionV relativeFrom="paragraph">
              <wp:posOffset>319897</wp:posOffset>
            </wp:positionV>
            <wp:extent cx="5029200" cy="2933065"/>
            <wp:effectExtent l="0" t="0" r="0" b="635"/>
            <wp:wrapTopAndBottom/>
            <wp:docPr id="1817924063" name="Obrázek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7924063" name="Obrázek 1817924063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2933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D047C" w:rsidRPr="00AD047C">
        <w:rPr>
          <w:lang w:eastAsia="cs-CZ"/>
        </w:rPr>
        <w:t xml:space="preserve">Potřebujete-li změnu vrátit, použijte </w:t>
      </w:r>
      <w:r w:rsidR="00AD047C" w:rsidRPr="00A406B4">
        <w:rPr>
          <w:b/>
          <w:bCs/>
          <w:lang w:eastAsia="cs-CZ"/>
        </w:rPr>
        <w:t>Zrušit sloučení</w:t>
      </w:r>
      <w:r w:rsidR="00AD047C" w:rsidRPr="00AD047C">
        <w:rPr>
          <w:lang w:eastAsia="cs-CZ"/>
        </w:rPr>
        <w:t>.</w:t>
      </w:r>
    </w:p>
    <w:p w14:paraId="04F09F79" w14:textId="1C582FF5" w:rsidR="00A406B4" w:rsidRDefault="005121D8" w:rsidP="00A406B4">
      <w:pPr>
        <w:pStyle w:val="Titulek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6752" behindDoc="0" locked="0" layoutInCell="1" allowOverlap="1" wp14:anchorId="1386B5BE" wp14:editId="2CF9A8E5">
                <wp:simplePos x="0" y="0"/>
                <wp:positionH relativeFrom="column">
                  <wp:posOffset>3936222</wp:posOffset>
                </wp:positionH>
                <wp:positionV relativeFrom="paragraph">
                  <wp:posOffset>3221283</wp:posOffset>
                </wp:positionV>
                <wp:extent cx="1493949" cy="624626"/>
                <wp:effectExtent l="19050" t="19050" r="30480" b="42545"/>
                <wp:wrapNone/>
                <wp:docPr id="1797003386" name="Obdélník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3949" cy="624626"/>
                        </a:xfrm>
                        <a:prstGeom prst="rect">
                          <a:avLst/>
                        </a:prstGeom>
                        <a:noFill/>
                        <a:ln w="57150" cap="flat" cmpd="sng" algn="ctr">
                          <a:solidFill>
                            <a:schemeClr val="accent6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6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9A98F6E" id="Obdélník 179" o:spid="_x0000_s1026" style="position:absolute;margin-left:309.95pt;margin-top:253.65pt;width:117.65pt;height:49.2pt;z-index:25178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" filled="f" strokecolor="#f79646 [3209]" strokeweight="4.5pt">
                <v:stroke joinstyle="round"/>
              </v:rect>
            </w:pict>
          </mc:Fallback>
        </mc:AlternateContent>
      </w:r>
      <w:r w:rsidR="00A406B4">
        <w:rPr>
          <w:noProof/>
        </w:rPr>
        <mc:AlternateContent>
          <mc:Choice Requires="wps">
            <w:drawing>
              <wp:anchor distT="0" distB="0" distL="114300" distR="114300" simplePos="0" relativeHeight="251785728" behindDoc="0" locked="0" layoutInCell="1" allowOverlap="1" wp14:anchorId="2237A43F" wp14:editId="61437955">
                <wp:simplePos x="0" y="0"/>
                <wp:positionH relativeFrom="column">
                  <wp:posOffset>3574012</wp:posOffset>
                </wp:positionH>
                <wp:positionV relativeFrom="paragraph">
                  <wp:posOffset>4204288</wp:posOffset>
                </wp:positionV>
                <wp:extent cx="2536781" cy="1430808"/>
                <wp:effectExtent l="0" t="171450" r="73660" b="74295"/>
                <wp:wrapNone/>
                <wp:docPr id="1869976194" name="Šipka: doleva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87170">
                          <a:off x="0" y="0"/>
                          <a:ext cx="2536781" cy="1430808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AA8A70" w14:textId="23A25379" w:rsidR="00A406B4" w:rsidRDefault="00A406B4" w:rsidP="00A406B4">
                            <w:pPr>
                              <w:jc w:val="center"/>
                            </w:pPr>
                            <w:r>
                              <w:t xml:space="preserve">Výsledek – jedna sloučená buňka, jejíž vhled lze upravit pomocí </w:t>
                            </w:r>
                            <w:r w:rsidR="005121D8">
                              <w:t xml:space="preserve"> série ikon formátování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37A43F" id="Šipka: doleva 178" o:spid="_x0000_s1051" type="#_x0000_t66" style="position:absolute;left:0;text-align:left;margin-left:281.4pt;margin-top:331.05pt;width:199.75pt;height:112.65pt;rotation:1296706fd;z-index:25178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" adj="6091" fillcolor="white [3201]" strokecolor="#f79646 [3209]" strokeweight="2pt">
                <v:textbox>
                  <w:txbxContent>
                    <w:p w14:paraId="09AA8A70" w14:textId="23A25379" w:rsidR="00A406B4" w:rsidRDefault="00A406B4" w:rsidP="00A406B4">
                      <w:pPr>
                        <w:jc w:val="center"/>
                      </w:pPr>
                      <w:r>
                        <w:t xml:space="preserve">Výsledek – jedna sloučená buňka, jejíž vhled lze upravit pomocí </w:t>
                      </w:r>
                      <w:r w:rsidR="005121D8">
                        <w:t xml:space="preserve"> série ikon formátování</w:t>
                      </w:r>
                    </w:p>
                  </w:txbxContent>
                </v:textbox>
              </v:shape>
            </w:pict>
          </mc:Fallback>
        </mc:AlternateContent>
      </w:r>
      <w:r w:rsidR="00A406B4">
        <w:t xml:space="preserve">Obrázek </w:t>
      </w:r>
      <w:r w:rsidR="00A406B4">
        <w:fldChar w:fldCharType="begin"/>
      </w:r>
      <w:r w:rsidR="00A406B4">
        <w:instrText xml:space="preserve"> SEQ Obrázek \* ARABIC </w:instrText>
      </w:r>
      <w:r w:rsidR="00A406B4">
        <w:fldChar w:fldCharType="separate"/>
      </w:r>
      <w:r w:rsidR="00CB3137">
        <w:rPr>
          <w:noProof/>
        </w:rPr>
        <w:t>33</w:t>
      </w:r>
      <w:r w:rsidR="00A406B4">
        <w:fldChar w:fldCharType="end"/>
      </w:r>
      <w:r w:rsidR="00A406B4">
        <w:t xml:space="preserve"> Funkce sloučení buněk</w:t>
      </w:r>
    </w:p>
    <w:p w14:paraId="2C6BE1BE" w14:textId="7D9B2092" w:rsidR="00A406B4" w:rsidRPr="00A406B4" w:rsidRDefault="00A406B4" w:rsidP="00A406B4">
      <w:r>
        <w:rPr>
          <w:noProof/>
        </w:rPr>
        <w:drawing>
          <wp:anchor distT="0" distB="0" distL="114300" distR="114300" simplePos="0" relativeHeight="251783680" behindDoc="0" locked="0" layoutInCell="1" allowOverlap="1" wp14:anchorId="433D716E" wp14:editId="77758CAB">
            <wp:simplePos x="0" y="0"/>
            <wp:positionH relativeFrom="column">
              <wp:posOffset>1726</wp:posOffset>
            </wp:positionH>
            <wp:positionV relativeFrom="paragraph">
              <wp:posOffset>698</wp:posOffset>
            </wp:positionV>
            <wp:extent cx="5972810" cy="2354580"/>
            <wp:effectExtent l="0" t="0" r="8890" b="7620"/>
            <wp:wrapSquare wrapText="bothSides"/>
            <wp:docPr id="1682020618" name="Obrázek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2020618" name="Obrázek 1682020618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2354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AA9BB35" w14:textId="77777777" w:rsidR="00AD047C" w:rsidRPr="00AD047C" w:rsidRDefault="00AD047C" w:rsidP="00AD047C">
      <w:pPr>
        <w:rPr>
          <w:lang w:eastAsia="cs-CZ"/>
        </w:rPr>
      </w:pPr>
      <w:r w:rsidRPr="00AD047C">
        <w:rPr>
          <w:b/>
          <w:bCs/>
          <w:lang w:eastAsia="cs-CZ"/>
        </w:rPr>
        <w:t>Důležitá upozornění:</w:t>
      </w:r>
    </w:p>
    <w:p w14:paraId="3C7FCA21" w14:textId="77777777" w:rsidR="00AD047C" w:rsidRPr="00AD047C" w:rsidRDefault="00AD047C" w:rsidP="005121D8">
      <w:pPr>
        <w:pStyle w:val="OdrkyMSWORD"/>
        <w:rPr>
          <w:lang w:eastAsia="cs-CZ"/>
        </w:rPr>
      </w:pPr>
      <w:r w:rsidRPr="00AD047C">
        <w:rPr>
          <w:lang w:eastAsia="cs-CZ"/>
        </w:rPr>
        <w:t xml:space="preserve">Po sloučení </w:t>
      </w:r>
      <w:r w:rsidRPr="00AD047C">
        <w:rPr>
          <w:b/>
          <w:bCs/>
          <w:lang w:eastAsia="cs-CZ"/>
        </w:rPr>
        <w:t>zůstane pouze hodnota z levé horní buňky</w:t>
      </w:r>
      <w:r w:rsidRPr="00AD047C">
        <w:rPr>
          <w:lang w:eastAsia="cs-CZ"/>
        </w:rPr>
        <w:t xml:space="preserve">, ostatní se zruší. Pokud obsah potřebujete zachovat, nejprve jej </w:t>
      </w:r>
      <w:r w:rsidRPr="00AD047C">
        <w:rPr>
          <w:b/>
          <w:bCs/>
          <w:lang w:eastAsia="cs-CZ"/>
        </w:rPr>
        <w:t>přesuňte</w:t>
      </w:r>
      <w:r w:rsidRPr="00AD047C">
        <w:rPr>
          <w:lang w:eastAsia="cs-CZ"/>
        </w:rPr>
        <w:t xml:space="preserve"> jinam.</w:t>
      </w:r>
    </w:p>
    <w:p w14:paraId="0D7A20B8" w14:textId="77777777" w:rsidR="00AD047C" w:rsidRPr="00AD047C" w:rsidRDefault="00AD047C" w:rsidP="005121D8">
      <w:pPr>
        <w:pStyle w:val="OdrkyMSWORD"/>
        <w:rPr>
          <w:lang w:eastAsia="cs-CZ"/>
        </w:rPr>
      </w:pPr>
      <w:r w:rsidRPr="00AD047C">
        <w:rPr>
          <w:lang w:eastAsia="cs-CZ"/>
        </w:rPr>
        <w:t xml:space="preserve">Sloučené buňky mohou narušit </w:t>
      </w:r>
      <w:r w:rsidRPr="00AD047C">
        <w:rPr>
          <w:b/>
          <w:bCs/>
          <w:lang w:eastAsia="cs-CZ"/>
        </w:rPr>
        <w:t>třídění, filtry, kontingenční přehledy a exporty (CSV/KML)</w:t>
      </w:r>
      <w:r w:rsidRPr="00AD047C">
        <w:rPr>
          <w:lang w:eastAsia="cs-CZ"/>
        </w:rPr>
        <w:t xml:space="preserve">. Proto je nemějte </w:t>
      </w:r>
      <w:r w:rsidRPr="00AD047C">
        <w:rPr>
          <w:b/>
          <w:bCs/>
          <w:lang w:eastAsia="cs-CZ"/>
        </w:rPr>
        <w:t>uvnitř datové mřížky</w:t>
      </w:r>
      <w:r w:rsidRPr="00AD047C">
        <w:rPr>
          <w:lang w:eastAsia="cs-CZ"/>
        </w:rPr>
        <w:t>, ale jen v řádcích s nadpisy nad ní.</w:t>
      </w:r>
    </w:p>
    <w:p w14:paraId="2145E652" w14:textId="29BDE7B2" w:rsidR="00AD047C" w:rsidRPr="00AD047C" w:rsidRDefault="00AD047C" w:rsidP="005121D8">
      <w:pPr>
        <w:pStyle w:val="OdrkyMSWORD"/>
        <w:rPr>
          <w:lang w:eastAsia="cs-CZ"/>
        </w:rPr>
      </w:pPr>
      <w:r w:rsidRPr="00AD047C">
        <w:rPr>
          <w:lang w:eastAsia="cs-CZ"/>
        </w:rPr>
        <w:t xml:space="preserve">Alternativa k „vizuálnímu“ spojení: vložte nad tabulku </w:t>
      </w:r>
      <w:r w:rsidRPr="00AD047C">
        <w:rPr>
          <w:b/>
          <w:bCs/>
          <w:lang w:eastAsia="cs-CZ"/>
        </w:rPr>
        <w:t>samostatný řádek</w:t>
      </w:r>
      <w:r w:rsidRPr="00AD047C">
        <w:rPr>
          <w:lang w:eastAsia="cs-CZ"/>
        </w:rPr>
        <w:t xml:space="preserve"> s názvem a sloučení použijte </w:t>
      </w:r>
      <w:r w:rsidRPr="00AD047C">
        <w:rPr>
          <w:b/>
          <w:bCs/>
          <w:lang w:eastAsia="cs-CZ"/>
        </w:rPr>
        <w:t>jen</w:t>
      </w:r>
      <w:r w:rsidRPr="00AD047C">
        <w:rPr>
          <w:lang w:eastAsia="cs-CZ"/>
        </w:rPr>
        <w:t xml:space="preserve"> v tomto nadpisovém řádku; samotná datová tabulka zůstane bez sloučených buněk</w:t>
      </w:r>
      <w:r w:rsidR="005121D8">
        <w:rPr>
          <w:lang w:eastAsia="cs-CZ"/>
        </w:rPr>
        <w:t xml:space="preserve"> (jako v příkladu na předchozím obrázku)</w:t>
      </w:r>
      <w:r w:rsidRPr="00AD047C">
        <w:rPr>
          <w:lang w:eastAsia="cs-CZ"/>
        </w:rPr>
        <w:t>.</w:t>
      </w:r>
    </w:p>
    <w:p w14:paraId="43303EDD" w14:textId="38C3FD2F" w:rsidR="00AD047C" w:rsidRDefault="00BE4ED9" w:rsidP="00BE4ED9">
      <w:pPr>
        <w:pStyle w:val="Nadpis3"/>
      </w:pPr>
      <w:bookmarkStart w:id="25" w:name="_Toc223113858"/>
      <w:r>
        <w:t>Tisk, export a sdílení</w:t>
      </w:r>
      <w:bookmarkEnd w:id="25"/>
    </w:p>
    <w:p w14:paraId="037FE72D" w14:textId="0F5E092B" w:rsidR="002E7706" w:rsidRPr="002E7706" w:rsidRDefault="002E7706" w:rsidP="002E7706">
      <w:pPr>
        <w:spacing w:after="120"/>
        <w:rPr>
          <w:lang w:eastAsia="cs-CZ"/>
        </w:rPr>
      </w:pPr>
      <w:r>
        <w:rPr>
          <w:lang w:eastAsia="cs-CZ"/>
        </w:rPr>
        <w:t>Tisknutí tabulek a grafů z aplikace Google Tabulky je opět velice podobné tisknutí v MS EXCEL. Protože už jsme toto téma vysvětlovali podrobně v prvním kurzu, kde jsme se věnovali práci s Excelem, v této kapitole si jen stručně představíme postupy, jak na tisknutí, export a sdílení v Google Tabulky.</w:t>
      </w:r>
    </w:p>
    <w:p w14:paraId="1F7658CC" w14:textId="6CD2FA19" w:rsidR="002E7706" w:rsidRPr="002E7706" w:rsidRDefault="002E7706" w:rsidP="002E7706">
      <w:pPr>
        <w:spacing w:before="120" w:after="0"/>
        <w:rPr>
          <w:rStyle w:val="Siln"/>
        </w:rPr>
      </w:pPr>
      <w:r w:rsidRPr="002E7706">
        <w:rPr>
          <w:rStyle w:val="Siln"/>
        </w:rPr>
        <w:t>Jak tisknout:</w:t>
      </w:r>
    </w:p>
    <w:p w14:paraId="1A394D79" w14:textId="77777777" w:rsidR="002E7706" w:rsidRPr="002E7706" w:rsidRDefault="002E7706" w:rsidP="002E7706">
      <w:pPr>
        <w:pStyle w:val="OdrkyMSWORD"/>
        <w:rPr>
          <w:lang w:eastAsia="cs-CZ"/>
        </w:rPr>
      </w:pPr>
      <w:r w:rsidRPr="002E7706">
        <w:rPr>
          <w:lang w:eastAsia="cs-CZ"/>
        </w:rPr>
        <w:t xml:space="preserve">Otevřete tabulku a zvolte </w:t>
      </w:r>
      <w:r w:rsidRPr="002E7706">
        <w:rPr>
          <w:b/>
          <w:bCs/>
          <w:lang w:eastAsia="cs-CZ"/>
        </w:rPr>
        <w:t>Soubor → Tisk</w:t>
      </w:r>
      <w:r w:rsidRPr="002E7706">
        <w:rPr>
          <w:lang w:eastAsia="cs-CZ"/>
        </w:rPr>
        <w:t xml:space="preserve"> (nebo klávesovou zkratku </w:t>
      </w:r>
      <w:proofErr w:type="spellStart"/>
      <w:r w:rsidRPr="002E7706">
        <w:rPr>
          <w:b/>
          <w:bCs/>
          <w:lang w:eastAsia="cs-CZ"/>
        </w:rPr>
        <w:t>Ctrl+P</w:t>
      </w:r>
      <w:proofErr w:type="spellEnd"/>
      <w:r w:rsidRPr="002E7706">
        <w:rPr>
          <w:lang w:eastAsia="cs-CZ"/>
        </w:rPr>
        <w:t>).</w:t>
      </w:r>
    </w:p>
    <w:p w14:paraId="235DD9C0" w14:textId="77777777" w:rsidR="002E7706" w:rsidRPr="002E7706" w:rsidRDefault="002E7706" w:rsidP="002E7706">
      <w:pPr>
        <w:pStyle w:val="OdrkyMSWORD"/>
        <w:rPr>
          <w:lang w:eastAsia="cs-CZ"/>
        </w:rPr>
      </w:pPr>
      <w:r w:rsidRPr="002E7706">
        <w:rPr>
          <w:lang w:eastAsia="cs-CZ"/>
        </w:rPr>
        <w:t xml:space="preserve">Otevře se </w:t>
      </w:r>
      <w:r w:rsidRPr="002E7706">
        <w:rPr>
          <w:b/>
          <w:bCs/>
          <w:lang w:eastAsia="cs-CZ"/>
        </w:rPr>
        <w:t>náhled tisku</w:t>
      </w:r>
      <w:r w:rsidRPr="002E7706">
        <w:rPr>
          <w:lang w:eastAsia="cs-CZ"/>
        </w:rPr>
        <w:t xml:space="preserve"> s nastaveními na pravé straně.</w:t>
      </w:r>
    </w:p>
    <w:p w14:paraId="62775677" w14:textId="77777777" w:rsidR="002E7706" w:rsidRPr="002E7706" w:rsidRDefault="002E7706" w:rsidP="002E7706">
      <w:pPr>
        <w:spacing w:before="120" w:after="0"/>
        <w:rPr>
          <w:rStyle w:val="Siln"/>
        </w:rPr>
      </w:pPr>
      <w:r w:rsidRPr="002E7706">
        <w:rPr>
          <w:rStyle w:val="Siln"/>
        </w:rPr>
        <w:t>Co tisknout (</w:t>
      </w:r>
      <w:r w:rsidRPr="002E7706">
        <w:rPr>
          <w:rStyle w:val="Siln"/>
          <w:lang w:eastAsia="en-US"/>
        </w:rPr>
        <w:t>rozsah</w:t>
      </w:r>
      <w:r w:rsidRPr="002E7706">
        <w:rPr>
          <w:rStyle w:val="Siln"/>
        </w:rPr>
        <w:t>)</w:t>
      </w:r>
    </w:p>
    <w:p w14:paraId="173D0A85" w14:textId="77777777" w:rsidR="002E7706" w:rsidRPr="002E7706" w:rsidRDefault="002E7706" w:rsidP="002E7706">
      <w:pPr>
        <w:pStyle w:val="OdrkyMSWORD"/>
        <w:rPr>
          <w:lang w:eastAsia="cs-CZ"/>
        </w:rPr>
      </w:pPr>
      <w:r w:rsidRPr="002E7706">
        <w:rPr>
          <w:b/>
          <w:bCs/>
          <w:lang w:eastAsia="cs-CZ"/>
        </w:rPr>
        <w:t>Aktuální list</w:t>
      </w:r>
      <w:r w:rsidRPr="002E7706">
        <w:rPr>
          <w:lang w:eastAsia="cs-CZ"/>
        </w:rPr>
        <w:t xml:space="preserve"> – vytiskne právě otevřený list.</w:t>
      </w:r>
    </w:p>
    <w:p w14:paraId="1BC94A63" w14:textId="77777777" w:rsidR="002E7706" w:rsidRPr="002E7706" w:rsidRDefault="002E7706" w:rsidP="002E7706">
      <w:pPr>
        <w:pStyle w:val="OdrkyMSWORD"/>
        <w:rPr>
          <w:lang w:eastAsia="cs-CZ"/>
        </w:rPr>
      </w:pPr>
      <w:r w:rsidRPr="002E7706">
        <w:rPr>
          <w:b/>
          <w:bCs/>
          <w:lang w:eastAsia="cs-CZ"/>
        </w:rPr>
        <w:t>Sešit</w:t>
      </w:r>
      <w:r w:rsidRPr="002E7706">
        <w:rPr>
          <w:lang w:eastAsia="cs-CZ"/>
        </w:rPr>
        <w:t xml:space="preserve"> – vytiskne </w:t>
      </w:r>
      <w:r w:rsidRPr="002E7706">
        <w:rPr>
          <w:b/>
          <w:bCs/>
          <w:lang w:eastAsia="cs-CZ"/>
        </w:rPr>
        <w:t>všechny listy</w:t>
      </w:r>
      <w:r w:rsidRPr="002E7706">
        <w:rPr>
          <w:lang w:eastAsia="cs-CZ"/>
        </w:rPr>
        <w:t xml:space="preserve"> v dokumentu (každý zvlášť, za sebou).</w:t>
      </w:r>
    </w:p>
    <w:p w14:paraId="1437890A" w14:textId="77777777" w:rsidR="002E7706" w:rsidRPr="002E7706" w:rsidRDefault="002E7706" w:rsidP="002E7706">
      <w:pPr>
        <w:pStyle w:val="OdrkyMSWORD"/>
        <w:rPr>
          <w:lang w:eastAsia="cs-CZ"/>
        </w:rPr>
      </w:pPr>
      <w:r w:rsidRPr="002E7706">
        <w:rPr>
          <w:b/>
          <w:bCs/>
          <w:lang w:eastAsia="cs-CZ"/>
        </w:rPr>
        <w:t>Vybrané buňky</w:t>
      </w:r>
      <w:r w:rsidRPr="002E7706">
        <w:rPr>
          <w:lang w:eastAsia="cs-CZ"/>
        </w:rPr>
        <w:t xml:space="preserve"> – před otevřením tisku nejprve </w:t>
      </w:r>
      <w:r w:rsidRPr="002E7706">
        <w:rPr>
          <w:b/>
          <w:bCs/>
          <w:lang w:eastAsia="cs-CZ"/>
        </w:rPr>
        <w:t>označte myší</w:t>
      </w:r>
      <w:r w:rsidRPr="002E7706">
        <w:rPr>
          <w:lang w:eastAsia="cs-CZ"/>
        </w:rPr>
        <w:t xml:space="preserve"> požadovaný rozsah; poté tiskne jen tento výběr.</w:t>
      </w:r>
    </w:p>
    <w:p w14:paraId="31910CA4" w14:textId="77777777" w:rsidR="002E7706" w:rsidRDefault="002E7706" w:rsidP="002E7706">
      <w:pPr>
        <w:rPr>
          <w:lang w:eastAsia="cs-CZ"/>
        </w:rPr>
      </w:pPr>
      <w:r w:rsidRPr="002E7706">
        <w:rPr>
          <w:lang w:eastAsia="cs-CZ"/>
        </w:rPr>
        <w:t>Pokud potřebujete vybrat jen několik konkrétních listů (ne všechny), vytiskněte je postupně jako „Aktuální list“. Funkce „Sešit“ vytiskne vše.</w:t>
      </w:r>
    </w:p>
    <w:p w14:paraId="55BE5D09" w14:textId="77777777" w:rsidR="002E7706" w:rsidRDefault="002E7706" w:rsidP="002E7706">
      <w:pPr>
        <w:keepNext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98016" behindDoc="0" locked="0" layoutInCell="1" allowOverlap="1" wp14:anchorId="753D3B00" wp14:editId="60C3B9F3">
                <wp:simplePos x="0" y="0"/>
                <wp:positionH relativeFrom="column">
                  <wp:posOffset>1922351</wp:posOffset>
                </wp:positionH>
                <wp:positionV relativeFrom="paragraph">
                  <wp:posOffset>1430101</wp:posOffset>
                </wp:positionV>
                <wp:extent cx="2944359" cy="705368"/>
                <wp:effectExtent l="19050" t="285750" r="0" b="190500"/>
                <wp:wrapNone/>
                <wp:docPr id="2078626420" name="Šipka: doprava 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789374">
                          <a:off x="0" y="0"/>
                          <a:ext cx="2944359" cy="705368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9DAD7D" w14:textId="7B1778D8" w:rsidR="002E7706" w:rsidRDefault="002E7706" w:rsidP="002E7706">
                            <w:pPr>
                              <w:jc w:val="center"/>
                            </w:pPr>
                            <w:r>
                              <w:t>V tomto menu vybíráme nastavení tisku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3D3B00" id="Šipka: doprava 191" o:spid="_x0000_s1052" type="#_x0000_t13" style="position:absolute;left:0;text-align:left;margin-left:151.35pt;margin-top:112.6pt;width:231.85pt;height:55.55pt;rotation:-885420fd;z-index:25179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" adj="19013" fillcolor="white [3201]" strokecolor="#f79646 [3209]" strokeweight="2pt">
                <v:textbox>
                  <w:txbxContent>
                    <w:p w14:paraId="299DAD7D" w14:textId="7B1778D8" w:rsidR="002E7706" w:rsidRDefault="002E7706" w:rsidP="002E7706">
                      <w:pPr>
                        <w:jc w:val="center"/>
                      </w:pPr>
                      <w:r>
                        <w:t>V tomto menu vybíráme nastavení tisku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5C8ABFB0" wp14:editId="3CE45A00">
            <wp:extent cx="5808372" cy="2617040"/>
            <wp:effectExtent l="0" t="0" r="1905" b="0"/>
            <wp:docPr id="2089653240" name="Obrázek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9653240" name="Obrázek 2089653240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819787" cy="2622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101F78" w14:textId="76FB2614" w:rsidR="002E7706" w:rsidRPr="002E7706" w:rsidRDefault="002E7706" w:rsidP="002E7706">
      <w:pPr>
        <w:pStyle w:val="Titulek"/>
        <w:rPr>
          <w:lang w:eastAsia="cs-CZ"/>
        </w:rPr>
      </w:pPr>
      <w:r>
        <w:t xml:space="preserve">Obrázek </w:t>
      </w:r>
      <w:r>
        <w:fldChar w:fldCharType="begin"/>
      </w:r>
      <w:r>
        <w:instrText xml:space="preserve"> SEQ Obrázek \* ARABIC </w:instrText>
      </w:r>
      <w:r>
        <w:fldChar w:fldCharType="separate"/>
      </w:r>
      <w:r w:rsidR="00CB3137">
        <w:rPr>
          <w:noProof/>
        </w:rPr>
        <w:t>34</w:t>
      </w:r>
      <w:r>
        <w:fldChar w:fldCharType="end"/>
      </w:r>
      <w:r>
        <w:t xml:space="preserve"> Náhled před tiskem Google Tabulky</w:t>
      </w:r>
    </w:p>
    <w:p w14:paraId="249EB869" w14:textId="27F6404E" w:rsidR="002E7706" w:rsidRPr="002E7706" w:rsidRDefault="002E7706" w:rsidP="002E7706">
      <w:pPr>
        <w:spacing w:before="120" w:after="0"/>
        <w:rPr>
          <w:lang w:eastAsia="cs-CZ"/>
        </w:rPr>
      </w:pPr>
      <w:r>
        <w:rPr>
          <w:b/>
          <w:bCs/>
          <w:lang w:eastAsia="cs-CZ"/>
        </w:rPr>
        <w:t>CO a jak nastavit, a</w:t>
      </w:r>
      <w:r w:rsidRPr="002E7706">
        <w:rPr>
          <w:b/>
          <w:bCs/>
          <w:lang w:eastAsia="cs-CZ"/>
        </w:rPr>
        <w:t>by se tabulka vešla na</w:t>
      </w:r>
      <w:r w:rsidRPr="002E7706">
        <w:rPr>
          <w:lang w:eastAsia="cs-CZ"/>
        </w:rPr>
        <w:t xml:space="preserve"> </w:t>
      </w:r>
      <w:r w:rsidRPr="002E7706">
        <w:rPr>
          <w:rStyle w:val="Siln"/>
        </w:rPr>
        <w:t>stránku</w:t>
      </w:r>
      <w:r>
        <w:rPr>
          <w:rStyle w:val="Siln"/>
        </w:rPr>
        <w:t>:</w:t>
      </w:r>
    </w:p>
    <w:p w14:paraId="78155CE6" w14:textId="77777777" w:rsidR="002E7706" w:rsidRPr="002E7706" w:rsidRDefault="002E7706" w:rsidP="002E7706">
      <w:pPr>
        <w:pStyle w:val="OdrkyMSWORD"/>
        <w:rPr>
          <w:lang w:eastAsia="cs-CZ"/>
        </w:rPr>
      </w:pPr>
      <w:r w:rsidRPr="002E7706">
        <w:rPr>
          <w:b/>
          <w:bCs/>
          <w:lang w:eastAsia="cs-CZ"/>
        </w:rPr>
        <w:t>Měřítko</w:t>
      </w:r>
      <w:r w:rsidRPr="002E7706">
        <w:rPr>
          <w:lang w:eastAsia="cs-CZ"/>
        </w:rPr>
        <w:t xml:space="preserve">: zvolte </w:t>
      </w:r>
      <w:r w:rsidRPr="002E7706">
        <w:rPr>
          <w:b/>
          <w:bCs/>
          <w:lang w:eastAsia="cs-CZ"/>
        </w:rPr>
        <w:t>Přizpůsobit na šířku</w:t>
      </w:r>
      <w:r w:rsidRPr="002E7706">
        <w:rPr>
          <w:lang w:eastAsia="cs-CZ"/>
        </w:rPr>
        <w:t xml:space="preserve"> (všechny sloupce se vměstnají do jedné šířky stránky), případně </w:t>
      </w:r>
      <w:r w:rsidRPr="002E7706">
        <w:rPr>
          <w:b/>
          <w:bCs/>
          <w:lang w:eastAsia="cs-CZ"/>
        </w:rPr>
        <w:t>Přizpůsobit na stránku</w:t>
      </w:r>
      <w:r w:rsidRPr="002E7706">
        <w:rPr>
          <w:lang w:eastAsia="cs-CZ"/>
        </w:rPr>
        <w:t xml:space="preserve"> (vejde se celý obsah na jednu stránku).</w:t>
      </w:r>
    </w:p>
    <w:p w14:paraId="6699CBB4" w14:textId="77777777" w:rsidR="002E7706" w:rsidRPr="002E7706" w:rsidRDefault="002E7706" w:rsidP="002E7706">
      <w:pPr>
        <w:pStyle w:val="OdrkyMSWORD"/>
        <w:rPr>
          <w:lang w:eastAsia="cs-CZ"/>
        </w:rPr>
      </w:pPr>
      <w:r w:rsidRPr="002E7706">
        <w:rPr>
          <w:b/>
          <w:bCs/>
          <w:lang w:eastAsia="cs-CZ"/>
        </w:rPr>
        <w:t>Orientace</w:t>
      </w:r>
      <w:r w:rsidRPr="002E7706">
        <w:rPr>
          <w:lang w:eastAsia="cs-CZ"/>
        </w:rPr>
        <w:t xml:space="preserve">: </w:t>
      </w:r>
      <w:r w:rsidRPr="002E7706">
        <w:rPr>
          <w:b/>
          <w:bCs/>
          <w:lang w:eastAsia="cs-CZ"/>
        </w:rPr>
        <w:t>Na šířku</w:t>
      </w:r>
      <w:r w:rsidRPr="002E7706">
        <w:rPr>
          <w:lang w:eastAsia="cs-CZ"/>
        </w:rPr>
        <w:t xml:space="preserve"> pomůže u širokých tabulek.</w:t>
      </w:r>
    </w:p>
    <w:p w14:paraId="3528A4D0" w14:textId="77777777" w:rsidR="002E7706" w:rsidRPr="002E7706" w:rsidRDefault="002E7706" w:rsidP="002E7706">
      <w:pPr>
        <w:pStyle w:val="OdrkyMSWORD"/>
        <w:rPr>
          <w:lang w:eastAsia="cs-CZ"/>
        </w:rPr>
      </w:pPr>
      <w:r w:rsidRPr="002E7706">
        <w:rPr>
          <w:b/>
          <w:bCs/>
          <w:lang w:eastAsia="cs-CZ"/>
        </w:rPr>
        <w:t>Velikost papíru</w:t>
      </w:r>
      <w:r w:rsidRPr="002E7706">
        <w:rPr>
          <w:lang w:eastAsia="cs-CZ"/>
        </w:rPr>
        <w:t xml:space="preserve">: </w:t>
      </w:r>
      <w:r w:rsidRPr="002E7706">
        <w:rPr>
          <w:b/>
          <w:bCs/>
          <w:lang w:eastAsia="cs-CZ"/>
        </w:rPr>
        <w:t>A4</w:t>
      </w:r>
      <w:r w:rsidRPr="002E7706">
        <w:rPr>
          <w:lang w:eastAsia="cs-CZ"/>
        </w:rPr>
        <w:t xml:space="preserve"> (běžný standard).</w:t>
      </w:r>
    </w:p>
    <w:p w14:paraId="73479308" w14:textId="77777777" w:rsidR="002E7706" w:rsidRPr="002E7706" w:rsidRDefault="002E7706" w:rsidP="002E7706">
      <w:pPr>
        <w:pStyle w:val="OdrkyMSWORD"/>
        <w:rPr>
          <w:lang w:eastAsia="cs-CZ"/>
        </w:rPr>
      </w:pPr>
      <w:r w:rsidRPr="002E7706">
        <w:rPr>
          <w:b/>
          <w:bCs/>
          <w:lang w:eastAsia="cs-CZ"/>
        </w:rPr>
        <w:t>Okraje</w:t>
      </w:r>
      <w:r w:rsidRPr="002E7706">
        <w:rPr>
          <w:lang w:eastAsia="cs-CZ"/>
        </w:rPr>
        <w:t xml:space="preserve">: </w:t>
      </w:r>
      <w:r w:rsidRPr="002E7706">
        <w:rPr>
          <w:b/>
          <w:bCs/>
          <w:lang w:eastAsia="cs-CZ"/>
        </w:rPr>
        <w:t>Úzké</w:t>
      </w:r>
      <w:r w:rsidRPr="002E7706">
        <w:rPr>
          <w:lang w:eastAsia="cs-CZ"/>
        </w:rPr>
        <w:t xml:space="preserve"> zvětší využitelnou plochu.</w:t>
      </w:r>
    </w:p>
    <w:p w14:paraId="1BE08116" w14:textId="77777777" w:rsidR="002E7706" w:rsidRPr="002E7706" w:rsidRDefault="002E7706" w:rsidP="002E7706">
      <w:pPr>
        <w:pStyle w:val="OdrkyMSWORD"/>
        <w:rPr>
          <w:lang w:eastAsia="cs-CZ"/>
        </w:rPr>
      </w:pPr>
      <w:r w:rsidRPr="002E7706">
        <w:rPr>
          <w:b/>
          <w:bCs/>
          <w:lang w:eastAsia="cs-CZ"/>
        </w:rPr>
        <w:t>Mřížka a záhlaví</w:t>
      </w:r>
      <w:r w:rsidRPr="002E7706">
        <w:rPr>
          <w:lang w:eastAsia="cs-CZ"/>
        </w:rPr>
        <w:t xml:space="preserve">: dle potřeby zapněte </w:t>
      </w:r>
      <w:r w:rsidRPr="002E7706">
        <w:rPr>
          <w:b/>
          <w:bCs/>
          <w:lang w:eastAsia="cs-CZ"/>
        </w:rPr>
        <w:t>čáry mřížky</w:t>
      </w:r>
      <w:r w:rsidRPr="002E7706">
        <w:rPr>
          <w:lang w:eastAsia="cs-CZ"/>
        </w:rPr>
        <w:t xml:space="preserve">, </w:t>
      </w:r>
      <w:r w:rsidRPr="002E7706">
        <w:rPr>
          <w:b/>
          <w:bCs/>
          <w:lang w:eastAsia="cs-CZ"/>
        </w:rPr>
        <w:t>čísla stran</w:t>
      </w:r>
      <w:r w:rsidRPr="002E7706">
        <w:rPr>
          <w:lang w:eastAsia="cs-CZ"/>
        </w:rPr>
        <w:t xml:space="preserve">, </w:t>
      </w:r>
      <w:r w:rsidRPr="002E7706">
        <w:rPr>
          <w:b/>
          <w:bCs/>
          <w:lang w:eastAsia="cs-CZ"/>
        </w:rPr>
        <w:t>datum</w:t>
      </w:r>
      <w:r w:rsidRPr="002E7706">
        <w:rPr>
          <w:lang w:eastAsia="cs-CZ"/>
        </w:rPr>
        <w:t xml:space="preserve">, </w:t>
      </w:r>
      <w:r w:rsidRPr="002E7706">
        <w:rPr>
          <w:b/>
          <w:bCs/>
          <w:lang w:eastAsia="cs-CZ"/>
        </w:rPr>
        <w:t>název listu</w:t>
      </w:r>
      <w:r w:rsidRPr="002E7706">
        <w:rPr>
          <w:lang w:eastAsia="cs-CZ"/>
        </w:rPr>
        <w:t xml:space="preserve"> – lépe se pak v tisku orientuje.</w:t>
      </w:r>
    </w:p>
    <w:p w14:paraId="0EC4E11E" w14:textId="77777777" w:rsidR="002E7706" w:rsidRPr="002E7706" w:rsidRDefault="002E7706" w:rsidP="002E7706">
      <w:pPr>
        <w:spacing w:before="120" w:after="0"/>
        <w:rPr>
          <w:lang w:eastAsia="cs-CZ"/>
        </w:rPr>
      </w:pPr>
      <w:r w:rsidRPr="002E7706">
        <w:rPr>
          <w:b/>
          <w:bCs/>
          <w:lang w:eastAsia="cs-CZ"/>
        </w:rPr>
        <w:t>Náhled před tiskem</w:t>
      </w:r>
    </w:p>
    <w:p w14:paraId="31FCF140" w14:textId="50181B03" w:rsidR="002E7706" w:rsidRPr="002E7706" w:rsidRDefault="002E7706" w:rsidP="002E7706">
      <w:pPr>
        <w:pStyle w:val="OdrkyMSWORD"/>
        <w:rPr>
          <w:lang w:eastAsia="cs-CZ"/>
        </w:rPr>
      </w:pPr>
      <w:r w:rsidRPr="002E7706">
        <w:rPr>
          <w:lang w:eastAsia="cs-CZ"/>
        </w:rPr>
        <w:t>V levé části okna</w:t>
      </w:r>
      <w:r>
        <w:rPr>
          <w:lang w:eastAsia="cs-CZ"/>
        </w:rPr>
        <w:t xml:space="preserve"> (viz předchozí obrázek)</w:t>
      </w:r>
      <w:r w:rsidRPr="002E7706">
        <w:rPr>
          <w:lang w:eastAsia="cs-CZ"/>
        </w:rPr>
        <w:t xml:space="preserve"> vidíte </w:t>
      </w:r>
      <w:r w:rsidRPr="002E7706">
        <w:rPr>
          <w:b/>
          <w:bCs/>
          <w:lang w:eastAsia="cs-CZ"/>
        </w:rPr>
        <w:t>náhled</w:t>
      </w:r>
      <w:r w:rsidRPr="002E7706">
        <w:rPr>
          <w:lang w:eastAsia="cs-CZ"/>
        </w:rPr>
        <w:t xml:space="preserve"> – </w:t>
      </w:r>
      <w:r w:rsidRPr="002E7706">
        <w:rPr>
          <w:b/>
          <w:bCs/>
          <w:lang w:eastAsia="cs-CZ"/>
        </w:rPr>
        <w:t>listujte stránkami</w:t>
      </w:r>
      <w:r w:rsidRPr="002E7706">
        <w:rPr>
          <w:lang w:eastAsia="cs-CZ"/>
        </w:rPr>
        <w:t xml:space="preserve"> a zkontrolujte, že je vše čitelné a zarovnané.</w:t>
      </w:r>
    </w:p>
    <w:p w14:paraId="4FBFE450" w14:textId="77777777" w:rsidR="002E7706" w:rsidRPr="002E7706" w:rsidRDefault="002E7706" w:rsidP="002E7706">
      <w:pPr>
        <w:pStyle w:val="OdrkyMSWORD"/>
        <w:rPr>
          <w:lang w:eastAsia="cs-CZ"/>
        </w:rPr>
      </w:pPr>
      <w:r w:rsidRPr="002E7706">
        <w:rPr>
          <w:lang w:eastAsia="cs-CZ"/>
        </w:rPr>
        <w:t xml:space="preserve">Pokud je písmo příliš malé, zkuste upravit </w:t>
      </w:r>
      <w:r w:rsidRPr="002E7706">
        <w:rPr>
          <w:b/>
          <w:bCs/>
          <w:lang w:eastAsia="cs-CZ"/>
        </w:rPr>
        <w:t>měřítko</w:t>
      </w:r>
      <w:r w:rsidRPr="002E7706">
        <w:rPr>
          <w:lang w:eastAsia="cs-CZ"/>
        </w:rPr>
        <w:t xml:space="preserve">, orientaci nebo dočasně </w:t>
      </w:r>
      <w:r w:rsidRPr="002E7706">
        <w:rPr>
          <w:b/>
          <w:bCs/>
          <w:lang w:eastAsia="cs-CZ"/>
        </w:rPr>
        <w:t>zúžit sloupce</w:t>
      </w:r>
      <w:r w:rsidRPr="002E7706">
        <w:rPr>
          <w:lang w:eastAsia="cs-CZ"/>
        </w:rPr>
        <w:t xml:space="preserve"> v tabulce a náhled obnovit.</w:t>
      </w:r>
    </w:p>
    <w:p w14:paraId="5950AEFD" w14:textId="77777777" w:rsidR="002E7706" w:rsidRPr="002E7706" w:rsidRDefault="002E7706" w:rsidP="002E7706">
      <w:pPr>
        <w:pStyle w:val="Nadpis4"/>
      </w:pPr>
      <w:bookmarkStart w:id="26" w:name="_Toc223113859"/>
      <w:r w:rsidRPr="002E7706">
        <w:t>Export do souboru</w:t>
      </w:r>
      <w:bookmarkEnd w:id="26"/>
    </w:p>
    <w:p w14:paraId="143649BE" w14:textId="77777777" w:rsidR="006860FD" w:rsidRDefault="002E7706" w:rsidP="002E7706">
      <w:pPr>
        <w:rPr>
          <w:lang w:eastAsia="cs-CZ"/>
        </w:rPr>
      </w:pPr>
      <w:r w:rsidRPr="002E7706">
        <w:rPr>
          <w:lang w:eastAsia="cs-CZ"/>
        </w:rPr>
        <w:t xml:space="preserve">Někdy je lepší místo tisku vygenerovat soubor. V Google Tabulkách použijte </w:t>
      </w:r>
      <w:r w:rsidRPr="002E7706">
        <w:rPr>
          <w:b/>
          <w:bCs/>
          <w:lang w:eastAsia="cs-CZ"/>
        </w:rPr>
        <w:t>Soubor → Stáhnout</w:t>
      </w:r>
      <w:r w:rsidRPr="002E7706">
        <w:rPr>
          <w:lang w:eastAsia="cs-CZ"/>
        </w:rPr>
        <w:t xml:space="preserve"> a vyberte formát</w:t>
      </w:r>
      <w:r w:rsidR="006860FD">
        <w:rPr>
          <w:lang w:eastAsia="cs-CZ"/>
        </w:rPr>
        <w:t>.</w:t>
      </w:r>
    </w:p>
    <w:p w14:paraId="12797B49" w14:textId="6A263E13" w:rsidR="006860FD" w:rsidRDefault="006860FD" w:rsidP="002E7706">
      <w:pPr>
        <w:rPr>
          <w:lang w:eastAsia="cs-CZ"/>
        </w:rPr>
      </w:pPr>
      <w:r>
        <w:rPr>
          <w:noProof/>
          <w:lang w:eastAsia="cs-CZ"/>
        </w:rPr>
        <w:drawing>
          <wp:inline distT="0" distB="0" distL="0" distR="0" wp14:anchorId="5828560A" wp14:editId="2E680518">
            <wp:extent cx="5972810" cy="3174365"/>
            <wp:effectExtent l="0" t="0" r="8890" b="6985"/>
            <wp:docPr id="1426243284" name="Obrázek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6243284" name="Obrázek 1426243284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174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56169A" w14:textId="61DFBCC1" w:rsidR="002E7706" w:rsidRDefault="006860FD" w:rsidP="002E7706">
      <w:pPr>
        <w:rPr>
          <w:lang w:eastAsia="cs-CZ"/>
        </w:rPr>
      </w:pPr>
      <w:r>
        <w:rPr>
          <w:lang w:eastAsia="cs-CZ"/>
        </w:rPr>
        <w:t>N</w:t>
      </w:r>
      <w:r w:rsidR="002E7706">
        <w:rPr>
          <w:lang w:eastAsia="cs-CZ"/>
        </w:rPr>
        <w:t xml:space="preserve">ejčastěji volíte </w:t>
      </w:r>
      <w:proofErr w:type="spellStart"/>
      <w:r w:rsidR="002E7706">
        <w:rPr>
          <w:lang w:eastAsia="cs-CZ"/>
        </w:rPr>
        <w:t>xlsx</w:t>
      </w:r>
      <w:proofErr w:type="spellEnd"/>
      <w:r w:rsidR="002E7706">
        <w:rPr>
          <w:lang w:eastAsia="cs-CZ"/>
        </w:rPr>
        <w:t xml:space="preserve"> nebo </w:t>
      </w:r>
      <w:proofErr w:type="spellStart"/>
      <w:r w:rsidR="002E7706">
        <w:rPr>
          <w:lang w:eastAsia="cs-CZ"/>
        </w:rPr>
        <w:t>pdf</w:t>
      </w:r>
      <w:proofErr w:type="spellEnd"/>
      <w:r w:rsidR="002E7706">
        <w:rPr>
          <w:lang w:eastAsia="cs-CZ"/>
        </w:rPr>
        <w:t xml:space="preserve"> – formát </w:t>
      </w:r>
      <w:proofErr w:type="spellStart"/>
      <w:r w:rsidR="002E7706">
        <w:rPr>
          <w:lang w:eastAsia="cs-CZ"/>
        </w:rPr>
        <w:t>pdf</w:t>
      </w:r>
      <w:proofErr w:type="spellEnd"/>
      <w:r w:rsidR="002E7706">
        <w:rPr>
          <w:lang w:eastAsia="cs-CZ"/>
        </w:rPr>
        <w:t xml:space="preserve"> jsme si vysvětlili v minulých kurzech – pokud vyberete tento formát, stažený soubor bude jednoduše čitelný pro </w:t>
      </w:r>
      <w:proofErr w:type="gramStart"/>
      <w:r>
        <w:rPr>
          <w:lang w:eastAsia="cs-CZ"/>
        </w:rPr>
        <w:t>kohokoliv -</w:t>
      </w:r>
      <w:r w:rsidR="002E7706">
        <w:rPr>
          <w:lang w:eastAsia="cs-CZ"/>
        </w:rPr>
        <w:t xml:space="preserve"> bez</w:t>
      </w:r>
      <w:proofErr w:type="gramEnd"/>
      <w:r w:rsidR="002E7706">
        <w:rPr>
          <w:lang w:eastAsia="cs-CZ"/>
        </w:rPr>
        <w:t xml:space="preserve"> nutnosti mít přístup ke Google Tabulkám nebo MS Excel</w:t>
      </w:r>
      <w:r>
        <w:rPr>
          <w:lang w:eastAsia="cs-CZ"/>
        </w:rPr>
        <w:t>. Nejčastěji používané formáty, z kterých můžete vybrat:</w:t>
      </w:r>
    </w:p>
    <w:p w14:paraId="0CADBAA3" w14:textId="48A9742F" w:rsidR="002E7706" w:rsidRPr="002E7706" w:rsidRDefault="002E7706" w:rsidP="006860FD">
      <w:pPr>
        <w:pStyle w:val="OdrkyMSWORD"/>
        <w:rPr>
          <w:lang w:eastAsia="cs-CZ"/>
        </w:rPr>
      </w:pPr>
      <w:r w:rsidRPr="002E7706">
        <w:rPr>
          <w:b/>
          <w:bCs/>
          <w:lang w:eastAsia="cs-CZ"/>
        </w:rPr>
        <w:t>Microsoft Excel (.</w:t>
      </w:r>
      <w:proofErr w:type="spellStart"/>
      <w:r w:rsidRPr="002E7706">
        <w:rPr>
          <w:b/>
          <w:bCs/>
          <w:lang w:eastAsia="cs-CZ"/>
        </w:rPr>
        <w:t>xlsx</w:t>
      </w:r>
      <w:proofErr w:type="spellEnd"/>
      <w:r w:rsidRPr="002E7706">
        <w:rPr>
          <w:b/>
          <w:bCs/>
          <w:lang w:eastAsia="cs-CZ"/>
        </w:rPr>
        <w:t>)</w:t>
      </w:r>
      <w:r w:rsidRPr="002E7706">
        <w:rPr>
          <w:lang w:eastAsia="cs-CZ"/>
        </w:rPr>
        <w:t xml:space="preserve"> </w:t>
      </w:r>
    </w:p>
    <w:p w14:paraId="7FDDA487" w14:textId="77777777" w:rsidR="002E7706" w:rsidRPr="002E7706" w:rsidRDefault="002E7706" w:rsidP="006860FD">
      <w:pPr>
        <w:pStyle w:val="OdrkyMSWORD"/>
        <w:rPr>
          <w:lang w:eastAsia="cs-CZ"/>
        </w:rPr>
      </w:pPr>
      <w:proofErr w:type="spellStart"/>
      <w:r w:rsidRPr="002E7706">
        <w:rPr>
          <w:b/>
          <w:bCs/>
          <w:lang w:eastAsia="cs-CZ"/>
        </w:rPr>
        <w:t>OpenDocument</w:t>
      </w:r>
      <w:proofErr w:type="spellEnd"/>
      <w:r w:rsidRPr="002E7706">
        <w:rPr>
          <w:b/>
          <w:bCs/>
          <w:lang w:eastAsia="cs-CZ"/>
        </w:rPr>
        <w:t xml:space="preserve"> (.</w:t>
      </w:r>
      <w:proofErr w:type="spellStart"/>
      <w:r w:rsidRPr="002E7706">
        <w:rPr>
          <w:b/>
          <w:bCs/>
          <w:lang w:eastAsia="cs-CZ"/>
        </w:rPr>
        <w:t>ods</w:t>
      </w:r>
      <w:proofErr w:type="spellEnd"/>
      <w:r w:rsidRPr="002E7706">
        <w:rPr>
          <w:b/>
          <w:bCs/>
          <w:lang w:eastAsia="cs-CZ"/>
        </w:rPr>
        <w:t>)</w:t>
      </w:r>
      <w:r w:rsidRPr="002E7706">
        <w:rPr>
          <w:lang w:eastAsia="cs-CZ"/>
        </w:rPr>
        <w:t xml:space="preserve"> – otevřený formát (LibreOffice apod.).</w:t>
      </w:r>
    </w:p>
    <w:p w14:paraId="74FDBA6A" w14:textId="77777777" w:rsidR="002E7706" w:rsidRPr="002E7706" w:rsidRDefault="002E7706" w:rsidP="006860FD">
      <w:pPr>
        <w:pStyle w:val="OdrkyMSWORD"/>
        <w:rPr>
          <w:lang w:eastAsia="cs-CZ"/>
        </w:rPr>
      </w:pPr>
      <w:r w:rsidRPr="002E7706">
        <w:rPr>
          <w:b/>
          <w:bCs/>
          <w:lang w:eastAsia="cs-CZ"/>
        </w:rPr>
        <w:t>PDF (.</w:t>
      </w:r>
      <w:proofErr w:type="spellStart"/>
      <w:r w:rsidRPr="002E7706">
        <w:rPr>
          <w:b/>
          <w:bCs/>
          <w:lang w:eastAsia="cs-CZ"/>
        </w:rPr>
        <w:t>pdf</w:t>
      </w:r>
      <w:proofErr w:type="spellEnd"/>
      <w:r w:rsidRPr="002E7706">
        <w:rPr>
          <w:b/>
          <w:bCs/>
          <w:lang w:eastAsia="cs-CZ"/>
        </w:rPr>
        <w:t>)</w:t>
      </w:r>
      <w:r w:rsidRPr="002E7706">
        <w:rPr>
          <w:lang w:eastAsia="cs-CZ"/>
        </w:rPr>
        <w:t xml:space="preserve"> – „pevný“ vzhled vhodný k odeslání e-mailem nebo k tisku v kopírce. Před exportem si v dialogu PDF nastavte stejné volby jako u tisku (měřítko, okraje, orientace).</w:t>
      </w:r>
    </w:p>
    <w:p w14:paraId="44E55996" w14:textId="77777777" w:rsidR="002E7706" w:rsidRPr="002E7706" w:rsidRDefault="002E7706" w:rsidP="006860FD">
      <w:pPr>
        <w:pStyle w:val="OdrkyMSWORD"/>
        <w:rPr>
          <w:lang w:eastAsia="cs-CZ"/>
        </w:rPr>
      </w:pPr>
      <w:r w:rsidRPr="002E7706">
        <w:rPr>
          <w:b/>
          <w:bCs/>
          <w:lang w:eastAsia="cs-CZ"/>
        </w:rPr>
        <w:t>CSV (.</w:t>
      </w:r>
      <w:proofErr w:type="spellStart"/>
      <w:r w:rsidRPr="002E7706">
        <w:rPr>
          <w:b/>
          <w:bCs/>
          <w:lang w:eastAsia="cs-CZ"/>
        </w:rPr>
        <w:t>csv</w:t>
      </w:r>
      <w:proofErr w:type="spellEnd"/>
      <w:r w:rsidRPr="002E7706">
        <w:rPr>
          <w:b/>
          <w:bCs/>
          <w:lang w:eastAsia="cs-CZ"/>
        </w:rPr>
        <w:t>)</w:t>
      </w:r>
      <w:r w:rsidRPr="002E7706">
        <w:rPr>
          <w:lang w:eastAsia="cs-CZ"/>
        </w:rPr>
        <w:t xml:space="preserve"> – textový soubor s hodnotami oddělenými čárkou; </w:t>
      </w:r>
      <w:r w:rsidRPr="002E7706">
        <w:rPr>
          <w:b/>
          <w:bCs/>
          <w:lang w:eastAsia="cs-CZ"/>
        </w:rPr>
        <w:t>jen aktuální list</w:t>
      </w:r>
      <w:r w:rsidRPr="002E7706">
        <w:rPr>
          <w:lang w:eastAsia="cs-CZ"/>
        </w:rPr>
        <w:t xml:space="preserve">, bez formátování a vzorců (hodí se pro import do </w:t>
      </w:r>
      <w:r w:rsidRPr="002E7706">
        <w:rPr>
          <w:b/>
          <w:bCs/>
          <w:lang w:eastAsia="cs-CZ"/>
        </w:rPr>
        <w:t xml:space="preserve">My </w:t>
      </w:r>
      <w:proofErr w:type="spellStart"/>
      <w:r w:rsidRPr="002E7706">
        <w:rPr>
          <w:b/>
          <w:bCs/>
          <w:lang w:eastAsia="cs-CZ"/>
        </w:rPr>
        <w:t>Maps</w:t>
      </w:r>
      <w:proofErr w:type="spellEnd"/>
      <w:r w:rsidRPr="002E7706">
        <w:rPr>
          <w:lang w:eastAsia="cs-CZ"/>
        </w:rPr>
        <w:t xml:space="preserve">, </w:t>
      </w:r>
      <w:proofErr w:type="spellStart"/>
      <w:r w:rsidRPr="002E7706">
        <w:rPr>
          <w:lang w:eastAsia="cs-CZ"/>
        </w:rPr>
        <w:t>iNaturalist</w:t>
      </w:r>
      <w:proofErr w:type="spellEnd"/>
      <w:r w:rsidRPr="002E7706">
        <w:rPr>
          <w:lang w:eastAsia="cs-CZ"/>
        </w:rPr>
        <w:t>, statistik apod.).</w:t>
      </w:r>
    </w:p>
    <w:p w14:paraId="2DAAAAAE" w14:textId="77777777" w:rsidR="002E7706" w:rsidRPr="002E7706" w:rsidRDefault="002E7706" w:rsidP="006860FD">
      <w:pPr>
        <w:spacing w:before="120"/>
        <w:rPr>
          <w:lang w:eastAsia="cs-CZ"/>
        </w:rPr>
      </w:pPr>
      <w:r w:rsidRPr="002E7706">
        <w:rPr>
          <w:lang w:eastAsia="cs-CZ"/>
        </w:rPr>
        <w:t xml:space="preserve">Poznámka: CSV exportuje </w:t>
      </w:r>
      <w:r w:rsidRPr="002E7706">
        <w:rPr>
          <w:b/>
          <w:bCs/>
          <w:lang w:eastAsia="cs-CZ"/>
        </w:rPr>
        <w:t>pouze data</w:t>
      </w:r>
      <w:r w:rsidRPr="002E7706">
        <w:rPr>
          <w:lang w:eastAsia="cs-CZ"/>
        </w:rPr>
        <w:t xml:space="preserve"> (výsledné hodnoty), ne formát ani vzorce – je to v pořádku; pro další zpracování je to často žádoucí.</w:t>
      </w:r>
    </w:p>
    <w:p w14:paraId="1EAAA444" w14:textId="77777777" w:rsidR="006860FD" w:rsidRPr="006860FD" w:rsidRDefault="006860FD" w:rsidP="006860FD">
      <w:pPr>
        <w:pStyle w:val="Nadpis4"/>
      </w:pPr>
      <w:bookmarkStart w:id="27" w:name="_Toc223113860"/>
      <w:r w:rsidRPr="006860FD">
        <w:t>Sdílení tabulky online</w:t>
      </w:r>
      <w:bookmarkEnd w:id="27"/>
    </w:p>
    <w:p w14:paraId="136C951B" w14:textId="5D5EB596" w:rsidR="006860FD" w:rsidRPr="006860FD" w:rsidRDefault="006860FD" w:rsidP="006860FD">
      <w:pPr>
        <w:rPr>
          <w:lang w:eastAsia="cs-CZ"/>
        </w:rPr>
      </w:pPr>
      <w:r w:rsidRPr="006860FD">
        <w:rPr>
          <w:lang w:eastAsia="cs-CZ"/>
        </w:rPr>
        <w:t xml:space="preserve">Sdílení funguje obdobně jako u </w:t>
      </w:r>
      <w:r w:rsidRPr="006860FD">
        <w:rPr>
          <w:b/>
          <w:bCs/>
          <w:lang w:eastAsia="cs-CZ"/>
        </w:rPr>
        <w:t>Google Fotek</w:t>
      </w:r>
      <w:r w:rsidRPr="006860FD">
        <w:rPr>
          <w:lang w:eastAsia="cs-CZ"/>
        </w:rPr>
        <w:t xml:space="preserve"> nebo </w:t>
      </w:r>
      <w:proofErr w:type="spellStart"/>
      <w:r>
        <w:rPr>
          <w:b/>
          <w:bCs/>
          <w:lang w:eastAsia="cs-CZ"/>
        </w:rPr>
        <w:t>Canva</w:t>
      </w:r>
      <w:proofErr w:type="spellEnd"/>
      <w:r w:rsidRPr="006860FD">
        <w:rPr>
          <w:lang w:eastAsia="cs-CZ"/>
        </w:rPr>
        <w:t>: buď pozvete konkrétní osoby, nebo povolíte přístup přes odkaz.</w:t>
      </w:r>
    </w:p>
    <w:p w14:paraId="47A0DC76" w14:textId="77777777" w:rsidR="006860FD" w:rsidRPr="006860FD" w:rsidRDefault="006860FD" w:rsidP="006860FD">
      <w:pPr>
        <w:pStyle w:val="OdrkyMSWORD"/>
        <w:rPr>
          <w:lang w:eastAsia="cs-CZ"/>
        </w:rPr>
      </w:pPr>
      <w:r w:rsidRPr="006860FD">
        <w:rPr>
          <w:lang w:eastAsia="cs-CZ"/>
        </w:rPr>
        <w:t xml:space="preserve">Klikněte na </w:t>
      </w:r>
      <w:r w:rsidRPr="006860FD">
        <w:rPr>
          <w:b/>
          <w:bCs/>
          <w:lang w:eastAsia="cs-CZ"/>
        </w:rPr>
        <w:t>Sdílet</w:t>
      </w:r>
      <w:r w:rsidRPr="006860FD">
        <w:rPr>
          <w:lang w:eastAsia="cs-CZ"/>
        </w:rPr>
        <w:t xml:space="preserve"> (vpravo nahoře).</w:t>
      </w:r>
    </w:p>
    <w:p w14:paraId="013688CB" w14:textId="77777777" w:rsidR="006860FD" w:rsidRPr="006860FD" w:rsidRDefault="006860FD" w:rsidP="006860FD">
      <w:pPr>
        <w:pStyle w:val="OdrkyMSWORD"/>
        <w:rPr>
          <w:lang w:eastAsia="cs-CZ"/>
        </w:rPr>
      </w:pPr>
      <w:r w:rsidRPr="006860FD">
        <w:rPr>
          <w:lang w:eastAsia="cs-CZ"/>
        </w:rPr>
        <w:t xml:space="preserve">Zadejte </w:t>
      </w:r>
      <w:r w:rsidRPr="006860FD">
        <w:rPr>
          <w:b/>
          <w:bCs/>
          <w:lang w:eastAsia="cs-CZ"/>
        </w:rPr>
        <w:t>e-mail</w:t>
      </w:r>
      <w:r w:rsidRPr="006860FD">
        <w:rPr>
          <w:lang w:eastAsia="cs-CZ"/>
        </w:rPr>
        <w:t xml:space="preserve"> osoby, nebo zvolte </w:t>
      </w:r>
      <w:r w:rsidRPr="006860FD">
        <w:rPr>
          <w:b/>
          <w:bCs/>
          <w:lang w:eastAsia="cs-CZ"/>
        </w:rPr>
        <w:t>„Získat odkaz“</w:t>
      </w:r>
      <w:r w:rsidRPr="006860FD">
        <w:rPr>
          <w:lang w:eastAsia="cs-CZ"/>
        </w:rPr>
        <w:t xml:space="preserve"> a nastavte, kdo odkaz uvidí.</w:t>
      </w:r>
    </w:p>
    <w:p w14:paraId="242A72C5" w14:textId="77777777" w:rsidR="006860FD" w:rsidRPr="006860FD" w:rsidRDefault="006860FD" w:rsidP="006860FD">
      <w:pPr>
        <w:pStyle w:val="OdrkyMSWORD"/>
        <w:rPr>
          <w:lang w:eastAsia="cs-CZ"/>
        </w:rPr>
      </w:pPr>
      <w:r w:rsidRPr="006860FD">
        <w:rPr>
          <w:lang w:eastAsia="cs-CZ"/>
        </w:rPr>
        <w:t>Přidělte práva:</w:t>
      </w:r>
    </w:p>
    <w:p w14:paraId="0B81AAB1" w14:textId="77777777" w:rsidR="006860FD" w:rsidRPr="006860FD" w:rsidRDefault="006860FD" w:rsidP="006860FD">
      <w:pPr>
        <w:pStyle w:val="OdrkyMSWORD"/>
        <w:numPr>
          <w:ilvl w:val="1"/>
          <w:numId w:val="8"/>
        </w:numPr>
        <w:rPr>
          <w:lang w:eastAsia="cs-CZ"/>
        </w:rPr>
      </w:pPr>
      <w:r w:rsidRPr="006860FD">
        <w:rPr>
          <w:b/>
          <w:bCs/>
          <w:lang w:eastAsia="cs-CZ"/>
        </w:rPr>
        <w:t>Prohlížet</w:t>
      </w:r>
      <w:r w:rsidRPr="006860FD">
        <w:rPr>
          <w:lang w:eastAsia="cs-CZ"/>
        </w:rPr>
        <w:t xml:space="preserve"> – jen ke čtení (doporučeno pro širší okruh).</w:t>
      </w:r>
    </w:p>
    <w:p w14:paraId="087DECFB" w14:textId="77777777" w:rsidR="006860FD" w:rsidRPr="006860FD" w:rsidRDefault="006860FD" w:rsidP="006860FD">
      <w:pPr>
        <w:pStyle w:val="OdrkyMSWORD"/>
        <w:numPr>
          <w:ilvl w:val="1"/>
          <w:numId w:val="8"/>
        </w:numPr>
        <w:rPr>
          <w:lang w:eastAsia="cs-CZ"/>
        </w:rPr>
      </w:pPr>
      <w:r w:rsidRPr="006860FD">
        <w:rPr>
          <w:b/>
          <w:bCs/>
          <w:lang w:eastAsia="cs-CZ"/>
        </w:rPr>
        <w:t>Komentovat</w:t>
      </w:r>
      <w:r w:rsidRPr="006860FD">
        <w:rPr>
          <w:lang w:eastAsia="cs-CZ"/>
        </w:rPr>
        <w:t xml:space="preserve"> – mohou psát připomínky, ale neupravují data.</w:t>
      </w:r>
    </w:p>
    <w:p w14:paraId="61F91C81" w14:textId="77777777" w:rsidR="006860FD" w:rsidRPr="006860FD" w:rsidRDefault="006860FD" w:rsidP="006860FD">
      <w:pPr>
        <w:pStyle w:val="OdrkyMSWORD"/>
        <w:numPr>
          <w:ilvl w:val="1"/>
          <w:numId w:val="8"/>
        </w:numPr>
        <w:rPr>
          <w:lang w:eastAsia="cs-CZ"/>
        </w:rPr>
      </w:pPr>
      <w:r w:rsidRPr="006860FD">
        <w:rPr>
          <w:b/>
          <w:bCs/>
          <w:lang w:eastAsia="cs-CZ"/>
        </w:rPr>
        <w:t>Upravovat</w:t>
      </w:r>
      <w:r w:rsidRPr="006860FD">
        <w:rPr>
          <w:lang w:eastAsia="cs-CZ"/>
        </w:rPr>
        <w:t xml:space="preserve"> – plný přístup (vyhraďte pro malý tým, kterému věříte).</w:t>
      </w:r>
    </w:p>
    <w:p w14:paraId="2CC775B7" w14:textId="4F5CBDE0" w:rsidR="006860FD" w:rsidRPr="006860FD" w:rsidRDefault="006860FD" w:rsidP="006860FD">
      <w:pPr>
        <w:spacing w:before="120" w:after="0"/>
        <w:rPr>
          <w:lang w:eastAsia="cs-CZ"/>
        </w:rPr>
      </w:pPr>
      <w:r>
        <w:rPr>
          <w:b/>
          <w:bCs/>
          <w:lang w:eastAsia="cs-CZ"/>
        </w:rPr>
        <w:t>Praktické tipy:</w:t>
      </w:r>
    </w:p>
    <w:p w14:paraId="7AFBBE66" w14:textId="77777777" w:rsidR="006860FD" w:rsidRPr="006860FD" w:rsidRDefault="006860FD" w:rsidP="006860FD">
      <w:pPr>
        <w:pStyle w:val="OdrkyMSWORD"/>
        <w:rPr>
          <w:lang w:eastAsia="cs-CZ"/>
        </w:rPr>
      </w:pPr>
      <w:r w:rsidRPr="006860FD">
        <w:rPr>
          <w:lang w:eastAsia="cs-CZ"/>
        </w:rPr>
        <w:t xml:space="preserve">U citlivých dat (osobní údaje, přesné lokality) </w:t>
      </w:r>
      <w:r w:rsidRPr="006860FD">
        <w:rPr>
          <w:b/>
          <w:bCs/>
          <w:lang w:eastAsia="cs-CZ"/>
        </w:rPr>
        <w:t>nesdílejte veřejně</w:t>
      </w:r>
      <w:r w:rsidRPr="006860FD">
        <w:rPr>
          <w:lang w:eastAsia="cs-CZ"/>
        </w:rPr>
        <w:t>.</w:t>
      </w:r>
    </w:p>
    <w:p w14:paraId="26C455DA" w14:textId="3313EA14" w:rsidR="006860FD" w:rsidRPr="006860FD" w:rsidRDefault="006860FD" w:rsidP="006860FD">
      <w:pPr>
        <w:pStyle w:val="OdrkyMSWORD"/>
        <w:rPr>
          <w:lang w:eastAsia="cs-CZ"/>
        </w:rPr>
      </w:pPr>
      <w:r w:rsidRPr="006860FD">
        <w:rPr>
          <w:lang w:eastAsia="cs-CZ"/>
        </w:rPr>
        <w:t>Pro širší okruh</w:t>
      </w:r>
      <w:r>
        <w:rPr>
          <w:lang w:eastAsia="cs-CZ"/>
        </w:rPr>
        <w:t xml:space="preserve"> uživatelů</w:t>
      </w:r>
      <w:r w:rsidRPr="006860FD">
        <w:rPr>
          <w:lang w:eastAsia="cs-CZ"/>
        </w:rPr>
        <w:t xml:space="preserve"> </w:t>
      </w:r>
      <w:r>
        <w:rPr>
          <w:lang w:eastAsia="cs-CZ"/>
        </w:rPr>
        <w:t xml:space="preserve">nastavte práva </w:t>
      </w:r>
      <w:proofErr w:type="gramStart"/>
      <w:r>
        <w:rPr>
          <w:lang w:eastAsia="cs-CZ"/>
        </w:rPr>
        <w:t xml:space="preserve">na </w:t>
      </w:r>
      <w:r w:rsidRPr="006860FD">
        <w:rPr>
          <w:lang w:eastAsia="cs-CZ"/>
        </w:rPr>
        <w:t xml:space="preserve"> </w:t>
      </w:r>
      <w:r w:rsidRPr="006860FD">
        <w:rPr>
          <w:b/>
          <w:bCs/>
          <w:lang w:eastAsia="cs-CZ"/>
        </w:rPr>
        <w:t>Prohlížet</w:t>
      </w:r>
      <w:proofErr w:type="gramEnd"/>
      <w:r w:rsidRPr="006860FD">
        <w:rPr>
          <w:lang w:eastAsia="cs-CZ"/>
        </w:rPr>
        <w:t xml:space="preserve"> nebo </w:t>
      </w:r>
      <w:r w:rsidRPr="006860FD">
        <w:rPr>
          <w:b/>
          <w:bCs/>
          <w:lang w:eastAsia="cs-CZ"/>
        </w:rPr>
        <w:t>Komentovat</w:t>
      </w:r>
      <w:r w:rsidRPr="006860FD">
        <w:rPr>
          <w:lang w:eastAsia="cs-CZ"/>
        </w:rPr>
        <w:t>.</w:t>
      </w:r>
    </w:p>
    <w:p w14:paraId="551E5D57" w14:textId="77777777" w:rsidR="006860FD" w:rsidRPr="006860FD" w:rsidRDefault="006860FD" w:rsidP="006860FD">
      <w:pPr>
        <w:pStyle w:val="OdrkyMSWORD"/>
        <w:rPr>
          <w:lang w:eastAsia="cs-CZ"/>
        </w:rPr>
      </w:pPr>
      <w:r w:rsidRPr="006860FD">
        <w:rPr>
          <w:lang w:eastAsia="cs-CZ"/>
        </w:rPr>
        <w:t xml:space="preserve">V případě chyb se můžete vrátit k dřívějšímu stavu přes </w:t>
      </w:r>
      <w:r w:rsidRPr="006860FD">
        <w:rPr>
          <w:b/>
          <w:bCs/>
          <w:lang w:eastAsia="cs-CZ"/>
        </w:rPr>
        <w:t>Historii verzí</w:t>
      </w:r>
      <w:r w:rsidRPr="006860FD">
        <w:rPr>
          <w:lang w:eastAsia="cs-CZ"/>
        </w:rPr>
        <w:t xml:space="preserve"> (Soubor → Historie verzí).</w:t>
      </w:r>
    </w:p>
    <w:p w14:paraId="6B2EA436" w14:textId="5A3BBCC3" w:rsidR="00BE4ED9" w:rsidRDefault="006860FD" w:rsidP="00BE4ED9">
      <w:pPr>
        <w:rPr>
          <w:lang w:eastAsia="cs-CZ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99040" behindDoc="0" locked="0" layoutInCell="1" allowOverlap="1" wp14:anchorId="40C57349" wp14:editId="454E8D9A">
                <wp:simplePos x="0" y="0"/>
                <wp:positionH relativeFrom="column">
                  <wp:posOffset>639230</wp:posOffset>
                </wp:positionH>
                <wp:positionV relativeFrom="paragraph">
                  <wp:posOffset>1385024</wp:posOffset>
                </wp:positionV>
                <wp:extent cx="2614412" cy="1326793"/>
                <wp:effectExtent l="0" t="19050" r="33655" b="45085"/>
                <wp:wrapNone/>
                <wp:docPr id="1801899811" name="Šipka: doprava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4412" cy="1326793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50B639" w14:textId="5C81818D" w:rsidR="006860FD" w:rsidRDefault="006860FD" w:rsidP="006860FD">
                            <w:pPr>
                              <w:jc w:val="center"/>
                            </w:pPr>
                            <w:r>
                              <w:t>Nastavujete, s kým budete soubor sdílet a jaká práva k nakládání se souborem mu udělíte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C57349" id="Šipka: doprava 194" o:spid="_x0000_s1053" type="#_x0000_t13" style="position:absolute;left:0;text-align:left;margin-left:50.35pt;margin-top:109.05pt;width:205.85pt;height:104.45pt;z-index:2517990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" adj="16119" fillcolor="white [3201]" strokecolor="#f79646 [3209]" strokeweight="2pt">
                <v:textbox>
                  <w:txbxContent>
                    <w:p w14:paraId="7550B639" w14:textId="5C81818D" w:rsidR="006860FD" w:rsidRDefault="006860FD" w:rsidP="006860FD">
                      <w:pPr>
                        <w:jc w:val="center"/>
                      </w:pPr>
                      <w:r>
                        <w:t>Nastavujete, s kým budete soubor sdílet a jaká práva k nakládání se souborem mu udělíte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5A658B2E" wp14:editId="65D7652D">
            <wp:extent cx="5972810" cy="3251835"/>
            <wp:effectExtent l="0" t="0" r="8890" b="5715"/>
            <wp:docPr id="992260955" name="Obrázek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2260955" name="Obrázek 992260955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251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704586" w14:textId="3564093C" w:rsidR="006860FD" w:rsidRDefault="006860FD" w:rsidP="00BE4ED9">
      <w:pPr>
        <w:rPr>
          <w:lang w:eastAsia="cs-CZ"/>
        </w:rPr>
      </w:pPr>
      <w:r>
        <w:rPr>
          <w:lang w:eastAsia="cs-CZ"/>
        </w:rPr>
        <w:t xml:space="preserve">Na následujícím obrázku vidíte soubor, který byl sdílený, ale byla mu udělena omezená práva k nakládání se souborem. Vidíte, že celá </w:t>
      </w:r>
      <w:r w:rsidR="00AD11C0">
        <w:rPr>
          <w:lang w:eastAsia="cs-CZ"/>
        </w:rPr>
        <w:t>řada funkcí</w:t>
      </w:r>
      <w:r>
        <w:rPr>
          <w:lang w:eastAsia="cs-CZ"/>
        </w:rPr>
        <w:t xml:space="preserve"> v tabulce je zakázána – máte tak jistotu, že osoba, s kterou jste soubor sdíleli, ho žádným způsobem nezmění – maximálně může přidat komentáře, pokud jste tuto možnosti nastavili při sdílení souboru.</w:t>
      </w:r>
    </w:p>
    <w:p w14:paraId="2ECF0D08" w14:textId="77777777" w:rsidR="006860FD" w:rsidRDefault="006860FD" w:rsidP="006860FD">
      <w:pPr>
        <w:keepNext/>
      </w:pPr>
      <w:r>
        <w:rPr>
          <w:noProof/>
          <w:lang w:eastAsia="cs-CZ"/>
        </w:rPr>
        <w:drawing>
          <wp:inline distT="0" distB="0" distL="0" distR="0" wp14:anchorId="345DABA0" wp14:editId="09CB083C">
            <wp:extent cx="5972810" cy="4337685"/>
            <wp:effectExtent l="0" t="0" r="8890" b="5715"/>
            <wp:docPr id="1703498216" name="Obrázek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3498216" name="Obrázek 1703498216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433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FD9540" w14:textId="5BE65611" w:rsidR="006860FD" w:rsidRPr="00BE4ED9" w:rsidRDefault="006860FD" w:rsidP="006860FD">
      <w:pPr>
        <w:pStyle w:val="Titulek"/>
        <w:rPr>
          <w:lang w:eastAsia="cs-CZ"/>
        </w:rPr>
      </w:pPr>
      <w:r>
        <w:t xml:space="preserve">Obrázek </w:t>
      </w:r>
      <w:r>
        <w:fldChar w:fldCharType="begin"/>
      </w:r>
      <w:r>
        <w:instrText xml:space="preserve"> SEQ Obrázek \* ARABIC </w:instrText>
      </w:r>
      <w:r>
        <w:fldChar w:fldCharType="separate"/>
      </w:r>
      <w:r w:rsidR="00CB3137">
        <w:rPr>
          <w:noProof/>
        </w:rPr>
        <w:t>35</w:t>
      </w:r>
      <w:r>
        <w:fldChar w:fldCharType="end"/>
      </w:r>
      <w:r>
        <w:t xml:space="preserve"> Ukázka omezených funkcí v souboru, který byl sdílen pro komentování</w:t>
      </w:r>
    </w:p>
    <w:p w14:paraId="4F5DA063" w14:textId="7BB1D533" w:rsidR="00C40E8A" w:rsidRPr="00C40E8A" w:rsidRDefault="005121D8" w:rsidP="00C40E8A">
      <w:pPr>
        <w:pStyle w:val="Nadpis2"/>
      </w:pPr>
      <w:bookmarkStart w:id="28" w:name="_Toc223113861"/>
      <w:r>
        <w:rPr>
          <w:noProof/>
        </w:rPr>
        <w:drawing>
          <wp:anchor distT="0" distB="0" distL="114300" distR="114300" simplePos="0" relativeHeight="251778560" behindDoc="0" locked="0" layoutInCell="1" allowOverlap="1" wp14:anchorId="260EE212" wp14:editId="186F02FB">
            <wp:simplePos x="0" y="0"/>
            <wp:positionH relativeFrom="column">
              <wp:posOffset>4835525</wp:posOffset>
            </wp:positionH>
            <wp:positionV relativeFrom="paragraph">
              <wp:posOffset>255905</wp:posOffset>
            </wp:positionV>
            <wp:extent cx="1501140" cy="2214880"/>
            <wp:effectExtent l="0" t="0" r="3810" b="0"/>
            <wp:wrapSquare wrapText="bothSides"/>
            <wp:docPr id="1394490725" name="Obrázek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4490725" name="Obrázek 1394490725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1501140" cy="2214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0E8A" w:rsidRPr="00C40E8A">
        <w:t>Google Překladač — rychlé porozumění textům v cizím jazyce</w:t>
      </w:r>
      <w:bookmarkEnd w:id="28"/>
    </w:p>
    <w:p w14:paraId="55DEC7DC" w14:textId="5971223C" w:rsidR="00C40E8A" w:rsidRPr="00C40E8A" w:rsidRDefault="00C40E8A" w:rsidP="002C4012">
      <w:pPr>
        <w:spacing w:after="120"/>
        <w:rPr>
          <w:lang w:eastAsia="cs-CZ"/>
        </w:rPr>
      </w:pPr>
      <w:r w:rsidRPr="00C40E8A">
        <w:rPr>
          <w:lang w:eastAsia="cs-CZ"/>
        </w:rPr>
        <w:t>V předchozí úrovni kurzu jste si ukázali, jak v prohlížeči zapnout překládání celých webových stránek. V této kapitole se</w:t>
      </w:r>
      <w:r w:rsidR="002C4012">
        <w:rPr>
          <w:lang w:eastAsia="cs-CZ"/>
        </w:rPr>
        <w:t xml:space="preserve"> </w:t>
      </w:r>
      <w:r w:rsidR="00AD11C0">
        <w:rPr>
          <w:lang w:eastAsia="cs-CZ"/>
        </w:rPr>
        <w:t xml:space="preserve">proto </w:t>
      </w:r>
      <w:r w:rsidR="00AD11C0" w:rsidRPr="00C40E8A">
        <w:rPr>
          <w:lang w:eastAsia="cs-CZ"/>
        </w:rPr>
        <w:t>zaměříme</w:t>
      </w:r>
      <w:r w:rsidRPr="00C40E8A">
        <w:rPr>
          <w:lang w:eastAsia="cs-CZ"/>
        </w:rPr>
        <w:t xml:space="preserve"> na </w:t>
      </w:r>
      <w:r w:rsidRPr="00C40E8A">
        <w:rPr>
          <w:b/>
          <w:bCs/>
          <w:lang w:eastAsia="cs-CZ"/>
        </w:rPr>
        <w:t>samotný Google Překladač</w:t>
      </w:r>
      <w:r w:rsidRPr="00C40E8A">
        <w:rPr>
          <w:lang w:eastAsia="cs-CZ"/>
        </w:rPr>
        <w:t xml:space="preserve"> jako nástroj, který vám v občanské vědě pomůže:</w:t>
      </w:r>
    </w:p>
    <w:p w14:paraId="5EA63137" w14:textId="6864CE23" w:rsidR="00C40E8A" w:rsidRPr="00C40E8A" w:rsidRDefault="00C40E8A" w:rsidP="002C4012">
      <w:pPr>
        <w:pStyle w:val="OdrkyMSWORD"/>
        <w:rPr>
          <w:lang w:eastAsia="cs-CZ"/>
        </w:rPr>
      </w:pPr>
      <w:r w:rsidRPr="00C40E8A">
        <w:rPr>
          <w:lang w:eastAsia="cs-CZ"/>
        </w:rPr>
        <w:t xml:space="preserve">porozumět </w:t>
      </w:r>
      <w:r w:rsidRPr="00C40E8A">
        <w:rPr>
          <w:b/>
          <w:bCs/>
          <w:lang w:eastAsia="cs-CZ"/>
        </w:rPr>
        <w:t>návodům k projektům</w:t>
      </w:r>
      <w:r w:rsidRPr="00C40E8A">
        <w:rPr>
          <w:lang w:eastAsia="cs-CZ"/>
        </w:rPr>
        <w:t xml:space="preserve"> a metodikám</w:t>
      </w:r>
      <w:r w:rsidR="002C4012">
        <w:rPr>
          <w:lang w:eastAsia="cs-CZ"/>
        </w:rPr>
        <w:t>, které nejsou dostupné v češtině</w:t>
      </w:r>
      <w:r w:rsidRPr="00C40E8A">
        <w:rPr>
          <w:lang w:eastAsia="cs-CZ"/>
        </w:rPr>
        <w:t>,</w:t>
      </w:r>
    </w:p>
    <w:p w14:paraId="28BAF335" w14:textId="79D3643B" w:rsidR="00C40E8A" w:rsidRPr="00C40E8A" w:rsidRDefault="002C4012" w:rsidP="002C4012">
      <w:pPr>
        <w:pStyle w:val="OdrkyMSWORD"/>
        <w:rPr>
          <w:lang w:eastAsia="cs-CZ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79584" behindDoc="0" locked="0" layoutInCell="1" allowOverlap="1" wp14:anchorId="3DB923D8" wp14:editId="027DCA19">
                <wp:simplePos x="0" y="0"/>
                <wp:positionH relativeFrom="column">
                  <wp:posOffset>5610207</wp:posOffset>
                </wp:positionH>
                <wp:positionV relativeFrom="paragraph">
                  <wp:posOffset>24631</wp:posOffset>
                </wp:positionV>
                <wp:extent cx="682581" cy="489665"/>
                <wp:effectExtent l="19050" t="19050" r="41910" b="43815"/>
                <wp:wrapNone/>
                <wp:docPr id="367089333" name="Obdélník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2581" cy="489665"/>
                        </a:xfrm>
                        <a:prstGeom prst="rect">
                          <a:avLst/>
                        </a:prstGeom>
                        <a:noFill/>
                        <a:ln w="57150" cap="flat" cmpd="sng" algn="ctr">
                          <a:solidFill>
                            <a:schemeClr val="accent6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6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36A8B0" id="Obdélník 169" o:spid="_x0000_s1026" style="position:absolute;margin-left:441.75pt;margin-top:1.95pt;width:53.75pt;height:38.55pt;z-index:251779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" filled="f" strokecolor="#f79646 [3209]" strokeweight="4.5pt">
                <v:stroke joinstyle="round"/>
              </v:rect>
            </w:pict>
          </mc:Fallback>
        </mc:AlternateContent>
      </w:r>
      <w:r w:rsidR="00C40E8A" w:rsidRPr="00C40E8A">
        <w:rPr>
          <w:lang w:eastAsia="cs-CZ"/>
        </w:rPr>
        <w:t xml:space="preserve">přeložit </w:t>
      </w:r>
      <w:r w:rsidR="00C40E8A" w:rsidRPr="00C40E8A">
        <w:rPr>
          <w:b/>
          <w:bCs/>
          <w:lang w:eastAsia="cs-CZ"/>
        </w:rPr>
        <w:t>stručné e-maily</w:t>
      </w:r>
      <w:r w:rsidR="00C40E8A" w:rsidRPr="00C40E8A">
        <w:rPr>
          <w:lang w:eastAsia="cs-CZ"/>
        </w:rPr>
        <w:t xml:space="preserve"> organizátorům,</w:t>
      </w:r>
    </w:p>
    <w:p w14:paraId="27110522" w14:textId="77777777" w:rsidR="00C40E8A" w:rsidRPr="00C40E8A" w:rsidRDefault="00C40E8A" w:rsidP="002C4012">
      <w:pPr>
        <w:pStyle w:val="OdrkyMSWORD"/>
        <w:rPr>
          <w:lang w:eastAsia="cs-CZ"/>
        </w:rPr>
      </w:pPr>
      <w:r w:rsidRPr="00C40E8A">
        <w:rPr>
          <w:lang w:eastAsia="cs-CZ"/>
        </w:rPr>
        <w:t xml:space="preserve">převést </w:t>
      </w:r>
      <w:r w:rsidRPr="00C40E8A">
        <w:rPr>
          <w:b/>
          <w:bCs/>
          <w:lang w:eastAsia="cs-CZ"/>
        </w:rPr>
        <w:t>popisy druhů</w:t>
      </w:r>
      <w:r w:rsidRPr="00C40E8A">
        <w:rPr>
          <w:lang w:eastAsia="cs-CZ"/>
        </w:rPr>
        <w:t xml:space="preserve"> či terénní poznámky z angličtiny (nebo jiného jazyka) do češtiny,</w:t>
      </w:r>
    </w:p>
    <w:p w14:paraId="52FEAAC3" w14:textId="7B456B14" w:rsidR="00C40E8A" w:rsidRPr="00C40E8A" w:rsidRDefault="00C40E8A" w:rsidP="002C4012">
      <w:pPr>
        <w:pStyle w:val="OdrkyMSWORD"/>
        <w:rPr>
          <w:lang w:eastAsia="cs-CZ"/>
        </w:rPr>
      </w:pPr>
      <w:r w:rsidRPr="00C40E8A">
        <w:rPr>
          <w:lang w:eastAsia="cs-CZ"/>
        </w:rPr>
        <w:t xml:space="preserve">přeložit </w:t>
      </w:r>
      <w:r w:rsidRPr="00C40E8A">
        <w:rPr>
          <w:b/>
          <w:bCs/>
          <w:lang w:eastAsia="cs-CZ"/>
        </w:rPr>
        <w:t xml:space="preserve">krátké </w:t>
      </w:r>
      <w:r w:rsidR="002C4012">
        <w:rPr>
          <w:b/>
          <w:bCs/>
          <w:lang w:eastAsia="cs-CZ"/>
        </w:rPr>
        <w:t>pasáže</w:t>
      </w:r>
      <w:r w:rsidRPr="00C40E8A">
        <w:rPr>
          <w:lang w:eastAsia="cs-CZ"/>
        </w:rPr>
        <w:t xml:space="preserve"> z článků nebo popisků v aplikacích (Merlin, </w:t>
      </w:r>
      <w:proofErr w:type="spellStart"/>
      <w:r w:rsidRPr="00C40E8A">
        <w:rPr>
          <w:lang w:eastAsia="cs-CZ"/>
        </w:rPr>
        <w:t>iNaturalist</w:t>
      </w:r>
      <w:proofErr w:type="spellEnd"/>
      <w:r w:rsidRPr="00C40E8A">
        <w:rPr>
          <w:lang w:eastAsia="cs-CZ"/>
        </w:rPr>
        <w:t>).</w:t>
      </w:r>
    </w:p>
    <w:p w14:paraId="0EE9EAA3" w14:textId="062EEB8D" w:rsidR="00C40E8A" w:rsidRDefault="00C40E8A" w:rsidP="002C4012">
      <w:pPr>
        <w:spacing w:before="120"/>
        <w:rPr>
          <w:lang w:eastAsia="cs-CZ"/>
        </w:rPr>
      </w:pPr>
      <w:r w:rsidRPr="00C40E8A">
        <w:rPr>
          <w:lang w:eastAsia="cs-CZ"/>
        </w:rPr>
        <w:t>Stejně jako u jiných nástrojů Google je výhodou dostupnost odkudkoli, snadné sdílení výsledku a</w:t>
      </w:r>
      <w:r w:rsidR="002C4012">
        <w:rPr>
          <w:lang w:eastAsia="cs-CZ"/>
        </w:rPr>
        <w:t> </w:t>
      </w:r>
      <w:r w:rsidRPr="00C40E8A">
        <w:rPr>
          <w:lang w:eastAsia="cs-CZ"/>
        </w:rPr>
        <w:t xml:space="preserve">provázanost s vaším účtem. Překladač je vhodný pro </w:t>
      </w:r>
      <w:r w:rsidRPr="00C40E8A">
        <w:rPr>
          <w:b/>
          <w:bCs/>
          <w:lang w:eastAsia="cs-CZ"/>
        </w:rPr>
        <w:t>rychlou orientaci</w:t>
      </w:r>
      <w:r w:rsidRPr="00C40E8A">
        <w:rPr>
          <w:lang w:eastAsia="cs-CZ"/>
        </w:rPr>
        <w:t xml:space="preserve">. </w:t>
      </w:r>
    </w:p>
    <w:p w14:paraId="7E1D2AE5" w14:textId="471EDE48" w:rsidR="002C4012" w:rsidRDefault="005121D8" w:rsidP="002C4012">
      <w:pPr>
        <w:keepNext/>
        <w:spacing w:before="120"/>
      </w:pPr>
      <w:r>
        <w:rPr>
          <w:noProof/>
          <w:lang w:eastAsia="cs-CZ"/>
        </w:rPr>
        <w:drawing>
          <wp:anchor distT="0" distB="0" distL="114300" distR="114300" simplePos="0" relativeHeight="251663869" behindDoc="0" locked="0" layoutInCell="1" allowOverlap="1" wp14:anchorId="1EA31EB1" wp14:editId="06423CD0">
            <wp:simplePos x="0" y="0"/>
            <wp:positionH relativeFrom="margin">
              <wp:align>left</wp:align>
            </wp:positionH>
            <wp:positionV relativeFrom="paragraph">
              <wp:posOffset>205105</wp:posOffset>
            </wp:positionV>
            <wp:extent cx="5598795" cy="1837055"/>
            <wp:effectExtent l="0" t="0" r="1905" b="0"/>
            <wp:wrapSquare wrapText="bothSides"/>
            <wp:docPr id="1872795973" name="Obrázek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2795973" name="Obrázek 1872795973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598795" cy="1837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4012">
        <w:rPr>
          <w:b/>
          <w:bCs/>
          <w:noProof/>
          <w:lang w:eastAsia="cs-CZ"/>
        </w:rPr>
        <w:drawing>
          <wp:anchor distT="0" distB="0" distL="114300" distR="114300" simplePos="0" relativeHeight="251780608" behindDoc="0" locked="0" layoutInCell="1" allowOverlap="1" wp14:anchorId="5B9E2DB8" wp14:editId="73C134DC">
            <wp:simplePos x="0" y="0"/>
            <wp:positionH relativeFrom="column">
              <wp:posOffset>3452665</wp:posOffset>
            </wp:positionH>
            <wp:positionV relativeFrom="paragraph">
              <wp:posOffset>1500612</wp:posOffset>
            </wp:positionV>
            <wp:extent cx="2642870" cy="1795145"/>
            <wp:effectExtent l="0" t="0" r="5080" b="0"/>
            <wp:wrapSquare wrapText="bothSides"/>
            <wp:docPr id="1175466562" name="Obrázek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5466562" name="Obrázek 1175466562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2642870" cy="1795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61D06D" w14:textId="12038606" w:rsidR="002C4012" w:rsidRPr="00C40E8A" w:rsidRDefault="002C4012" w:rsidP="002C4012">
      <w:pPr>
        <w:pStyle w:val="Titulek"/>
        <w:rPr>
          <w:lang w:eastAsia="cs-CZ"/>
        </w:rPr>
      </w:pPr>
      <w:r>
        <w:t xml:space="preserve">Obrázek </w:t>
      </w:r>
      <w:r>
        <w:fldChar w:fldCharType="begin"/>
      </w:r>
      <w:r>
        <w:instrText xml:space="preserve"> SEQ Obrázek \* ARABIC </w:instrText>
      </w:r>
      <w:r>
        <w:fldChar w:fldCharType="separate"/>
      </w:r>
      <w:r w:rsidR="00CB3137">
        <w:rPr>
          <w:noProof/>
        </w:rPr>
        <w:t>36</w:t>
      </w:r>
      <w:r>
        <w:fldChar w:fldCharType="end"/>
      </w:r>
      <w:r>
        <w:t xml:space="preserve"> Rozhraní překladače Google</w:t>
      </w:r>
    </w:p>
    <w:p w14:paraId="331BBDFF" w14:textId="4B2703F2" w:rsidR="002C4012" w:rsidRDefault="002C4012" w:rsidP="002C4012">
      <w:pPr>
        <w:rPr>
          <w:lang w:eastAsia="cs-CZ"/>
        </w:rPr>
      </w:pPr>
      <w:r>
        <w:rPr>
          <w:lang w:eastAsia="cs-CZ"/>
        </w:rPr>
        <w:t>Jak pracovat s Google Překladačem prakticky si ukážeme i v krátkém videu, které najdete zde:</w:t>
      </w:r>
    </w:p>
    <w:p w14:paraId="5E5286B3" w14:textId="669652A5" w:rsidR="002C4012" w:rsidRDefault="002C4012" w:rsidP="002C4012">
      <w:pPr>
        <w:rPr>
          <w:b/>
          <w:bCs/>
          <w:lang w:eastAsia="cs-CZ"/>
        </w:rPr>
      </w:pPr>
      <w:hyperlink r:id="rId61" w:history="1">
        <w:r w:rsidRPr="008B1D2D">
          <w:rPr>
            <w:rStyle w:val="Hypertextovodkaz"/>
            <w:b/>
            <w:bCs/>
            <w:lang w:eastAsia="cs-CZ"/>
          </w:rPr>
          <w:t>https://www.youtube.com/watch?v=BkDnwOkliF4</w:t>
        </w:r>
      </w:hyperlink>
    </w:p>
    <w:p w14:paraId="71CA31BA" w14:textId="5669213A" w:rsidR="00C40E8A" w:rsidRPr="00C40E8A" w:rsidRDefault="00C40E8A" w:rsidP="002C4012">
      <w:pPr>
        <w:pStyle w:val="Nadpis3"/>
      </w:pPr>
      <w:bookmarkStart w:id="29" w:name="_Toc223113862"/>
      <w:r w:rsidRPr="00C40E8A">
        <w:t>Překlad krátkého textu</w:t>
      </w:r>
      <w:bookmarkEnd w:id="29"/>
      <w:r w:rsidRPr="00C40E8A">
        <w:t xml:space="preserve"> </w:t>
      </w:r>
    </w:p>
    <w:p w14:paraId="74E29F5C" w14:textId="402813E2" w:rsidR="00C40E8A" w:rsidRPr="00C40E8A" w:rsidRDefault="00C40E8A" w:rsidP="00C40E8A">
      <w:pPr>
        <w:rPr>
          <w:lang w:eastAsia="cs-CZ"/>
        </w:rPr>
      </w:pPr>
      <w:r w:rsidRPr="00C40E8A">
        <w:rPr>
          <w:lang w:eastAsia="cs-CZ"/>
        </w:rPr>
        <w:t xml:space="preserve">Nejčastější situace je překlad </w:t>
      </w:r>
      <w:r w:rsidRPr="00C40E8A">
        <w:rPr>
          <w:b/>
          <w:bCs/>
          <w:lang w:eastAsia="cs-CZ"/>
        </w:rPr>
        <w:t>odstavce textu</w:t>
      </w:r>
      <w:r w:rsidRPr="00C40E8A">
        <w:rPr>
          <w:lang w:eastAsia="cs-CZ"/>
        </w:rPr>
        <w:t xml:space="preserve">. Postup je obdobný tomu, co znáte z první úrovně, jen tentokrát překládáme </w:t>
      </w:r>
      <w:r w:rsidRPr="00C40E8A">
        <w:rPr>
          <w:b/>
          <w:bCs/>
          <w:lang w:eastAsia="cs-CZ"/>
        </w:rPr>
        <w:t>vybraný text</w:t>
      </w:r>
      <w:r w:rsidRPr="00C40E8A">
        <w:rPr>
          <w:lang w:eastAsia="cs-CZ"/>
        </w:rPr>
        <w:t>, nikoli celou stránku.</w:t>
      </w:r>
    </w:p>
    <w:p w14:paraId="350870C0" w14:textId="77777777" w:rsidR="00C40E8A" w:rsidRPr="00C40E8A" w:rsidRDefault="00C40E8A" w:rsidP="00AD047C">
      <w:pPr>
        <w:pStyle w:val="OdrkyMSWORD"/>
        <w:rPr>
          <w:lang w:eastAsia="cs-CZ"/>
        </w:rPr>
      </w:pPr>
      <w:r w:rsidRPr="00C40E8A">
        <w:rPr>
          <w:lang w:eastAsia="cs-CZ"/>
        </w:rPr>
        <w:t>Zkopírujte text z webu nebo e-mailu a vložte jej do levého pole Překladače.</w:t>
      </w:r>
    </w:p>
    <w:p w14:paraId="1FDA57FC" w14:textId="77777777" w:rsidR="00C40E8A" w:rsidRPr="00C40E8A" w:rsidRDefault="00C40E8A" w:rsidP="00AD047C">
      <w:pPr>
        <w:pStyle w:val="OdrkyMSWORD"/>
        <w:rPr>
          <w:lang w:eastAsia="cs-CZ"/>
        </w:rPr>
      </w:pPr>
      <w:r w:rsidRPr="00C40E8A">
        <w:rPr>
          <w:lang w:eastAsia="cs-CZ"/>
        </w:rPr>
        <w:t xml:space="preserve">Zvolte </w:t>
      </w:r>
      <w:r w:rsidRPr="00C40E8A">
        <w:rPr>
          <w:b/>
          <w:bCs/>
          <w:lang w:eastAsia="cs-CZ"/>
        </w:rPr>
        <w:t>zdrojový jazyk</w:t>
      </w:r>
      <w:r w:rsidRPr="00C40E8A">
        <w:rPr>
          <w:lang w:eastAsia="cs-CZ"/>
        </w:rPr>
        <w:t xml:space="preserve"> (lze i automaticky rozpoznat) a </w:t>
      </w:r>
      <w:r w:rsidRPr="00C40E8A">
        <w:rPr>
          <w:b/>
          <w:bCs/>
          <w:lang w:eastAsia="cs-CZ"/>
        </w:rPr>
        <w:t>cílový jazyk</w:t>
      </w:r>
      <w:r w:rsidRPr="00C40E8A">
        <w:rPr>
          <w:lang w:eastAsia="cs-CZ"/>
        </w:rPr>
        <w:t xml:space="preserve"> „čeština“.</w:t>
      </w:r>
    </w:p>
    <w:p w14:paraId="1876D930" w14:textId="10F2B4A8" w:rsidR="00C40E8A" w:rsidRPr="00C40E8A" w:rsidRDefault="00AD047C" w:rsidP="00290105">
      <w:pPr>
        <w:numPr>
          <w:ilvl w:val="0"/>
          <w:numId w:val="58"/>
        </w:numPr>
        <w:rPr>
          <w:lang w:eastAsia="cs-CZ"/>
        </w:rPr>
      </w:pPr>
      <w:r>
        <w:rPr>
          <w:lang w:eastAsia="cs-CZ"/>
        </w:rPr>
        <w:t>Přeložený text se objeví v druhém okně.</w:t>
      </w:r>
    </w:p>
    <w:p w14:paraId="2276D843" w14:textId="77777777" w:rsidR="00C40E8A" w:rsidRPr="00C40E8A" w:rsidRDefault="00C40E8A" w:rsidP="00C40E8A">
      <w:pPr>
        <w:rPr>
          <w:lang w:eastAsia="cs-CZ"/>
        </w:rPr>
      </w:pPr>
      <w:r w:rsidRPr="00C40E8A">
        <w:rPr>
          <w:lang w:eastAsia="cs-CZ"/>
        </w:rPr>
        <w:t xml:space="preserve">Doporučení: používejte </w:t>
      </w:r>
      <w:r w:rsidRPr="00C40E8A">
        <w:rPr>
          <w:b/>
          <w:bCs/>
          <w:lang w:eastAsia="cs-CZ"/>
        </w:rPr>
        <w:t>krátké věty</w:t>
      </w:r>
      <w:r w:rsidRPr="00C40E8A">
        <w:rPr>
          <w:lang w:eastAsia="cs-CZ"/>
        </w:rPr>
        <w:t xml:space="preserve"> a </w:t>
      </w:r>
      <w:r w:rsidRPr="00C40E8A">
        <w:rPr>
          <w:b/>
          <w:bCs/>
          <w:lang w:eastAsia="cs-CZ"/>
        </w:rPr>
        <w:t>standardní slovosled</w:t>
      </w:r>
      <w:r w:rsidRPr="00C40E8A">
        <w:rPr>
          <w:lang w:eastAsia="cs-CZ"/>
        </w:rPr>
        <w:t>. Strojový překlad je přesnější, když vychází z jasného, jednoduchého textu.</w:t>
      </w:r>
    </w:p>
    <w:p w14:paraId="4949CD52" w14:textId="5B5FB71C" w:rsidR="00C40E8A" w:rsidRPr="00C40E8A" w:rsidRDefault="00C40E8A" w:rsidP="00AD047C">
      <w:pPr>
        <w:pStyle w:val="Nadpis3"/>
      </w:pPr>
      <w:bookmarkStart w:id="30" w:name="_Toc223113863"/>
      <w:r w:rsidRPr="00C40E8A">
        <w:t>Překlad dokumentu (DOCX, PDF)</w:t>
      </w:r>
      <w:bookmarkEnd w:id="30"/>
    </w:p>
    <w:p w14:paraId="2F568F4B" w14:textId="105A1C56" w:rsidR="00C40E8A" w:rsidRDefault="00C40E8A" w:rsidP="00C40E8A">
      <w:pPr>
        <w:rPr>
          <w:lang w:eastAsia="cs-CZ"/>
        </w:rPr>
      </w:pPr>
      <w:r w:rsidRPr="00C40E8A">
        <w:rPr>
          <w:lang w:eastAsia="cs-CZ"/>
        </w:rPr>
        <w:t xml:space="preserve">Překladač umí </w:t>
      </w:r>
      <w:r w:rsidR="00AD047C">
        <w:rPr>
          <w:lang w:eastAsia="cs-CZ"/>
        </w:rPr>
        <w:t>přeložit</w:t>
      </w:r>
      <w:r w:rsidRPr="00C40E8A">
        <w:rPr>
          <w:lang w:eastAsia="cs-CZ"/>
        </w:rPr>
        <w:t xml:space="preserve"> i celé soubory. Počítejte</w:t>
      </w:r>
      <w:r w:rsidR="00AD047C">
        <w:rPr>
          <w:lang w:eastAsia="cs-CZ"/>
        </w:rPr>
        <w:t xml:space="preserve"> ale</w:t>
      </w:r>
      <w:r w:rsidRPr="00C40E8A">
        <w:rPr>
          <w:lang w:eastAsia="cs-CZ"/>
        </w:rPr>
        <w:t xml:space="preserve"> s tím, že výsledné formátování se může </w:t>
      </w:r>
      <w:r w:rsidRPr="00C40E8A">
        <w:rPr>
          <w:b/>
          <w:bCs/>
          <w:lang w:eastAsia="cs-CZ"/>
        </w:rPr>
        <w:t>částečně změnit</w:t>
      </w:r>
      <w:r w:rsidRPr="00C40E8A">
        <w:rPr>
          <w:lang w:eastAsia="cs-CZ"/>
        </w:rPr>
        <w:t xml:space="preserve"> a</w:t>
      </w:r>
      <w:r w:rsidR="00AD047C">
        <w:rPr>
          <w:lang w:eastAsia="cs-CZ"/>
        </w:rPr>
        <w:t xml:space="preserve"> (protože se jedná o strojový překlad)</w:t>
      </w:r>
      <w:r w:rsidRPr="00C40E8A">
        <w:rPr>
          <w:lang w:eastAsia="cs-CZ"/>
        </w:rPr>
        <w:t xml:space="preserve"> je vhodné překlad brát</w:t>
      </w:r>
      <w:r w:rsidR="00AD047C">
        <w:rPr>
          <w:lang w:eastAsia="cs-CZ"/>
        </w:rPr>
        <w:t xml:space="preserve"> přeložený text pouze </w:t>
      </w:r>
      <w:r w:rsidRPr="00C40E8A">
        <w:rPr>
          <w:lang w:eastAsia="cs-CZ"/>
        </w:rPr>
        <w:t xml:space="preserve">jako </w:t>
      </w:r>
      <w:r w:rsidRPr="00C40E8A">
        <w:rPr>
          <w:b/>
          <w:bCs/>
          <w:lang w:eastAsia="cs-CZ"/>
        </w:rPr>
        <w:t>pracovní</w:t>
      </w:r>
      <w:r w:rsidRPr="00C40E8A">
        <w:rPr>
          <w:lang w:eastAsia="cs-CZ"/>
        </w:rPr>
        <w:t xml:space="preserve"> (orientační) verzi.</w:t>
      </w:r>
    </w:p>
    <w:p w14:paraId="173021DE" w14:textId="79985D3B" w:rsidR="00AD047C" w:rsidRPr="00C40E8A" w:rsidRDefault="00AD047C" w:rsidP="00C40E8A">
      <w:pPr>
        <w:rPr>
          <w:lang w:eastAsia="cs-CZ"/>
        </w:rPr>
      </w:pPr>
      <w:r>
        <w:rPr>
          <w:lang w:eastAsia="cs-CZ"/>
        </w:rPr>
        <w:t>Jak na přeložení dokumentu:</w:t>
      </w:r>
    </w:p>
    <w:p w14:paraId="26C3F52F" w14:textId="77777777" w:rsidR="00C40E8A" w:rsidRPr="00C40E8A" w:rsidRDefault="00C40E8A" w:rsidP="00AD047C">
      <w:pPr>
        <w:pStyle w:val="OdrkyMSWORD"/>
        <w:rPr>
          <w:lang w:eastAsia="cs-CZ"/>
        </w:rPr>
      </w:pPr>
      <w:r w:rsidRPr="00C40E8A">
        <w:rPr>
          <w:lang w:eastAsia="cs-CZ"/>
        </w:rPr>
        <w:t>Nahrajte soubor do Překladače a zvolte cílový jazyk.</w:t>
      </w:r>
    </w:p>
    <w:p w14:paraId="46A1C3BF" w14:textId="77777777" w:rsidR="00C40E8A" w:rsidRDefault="00C40E8A" w:rsidP="00AD047C">
      <w:pPr>
        <w:pStyle w:val="OdrkyMSWORD"/>
        <w:rPr>
          <w:lang w:eastAsia="cs-CZ"/>
        </w:rPr>
      </w:pPr>
      <w:r w:rsidRPr="00C40E8A">
        <w:rPr>
          <w:lang w:eastAsia="cs-CZ"/>
        </w:rPr>
        <w:t xml:space="preserve">Po překladu soubor </w:t>
      </w:r>
      <w:r w:rsidRPr="00C40E8A">
        <w:rPr>
          <w:b/>
          <w:bCs/>
          <w:lang w:eastAsia="cs-CZ"/>
        </w:rPr>
        <w:t>zkontrolujte</w:t>
      </w:r>
      <w:r w:rsidRPr="00C40E8A">
        <w:rPr>
          <w:lang w:eastAsia="cs-CZ"/>
        </w:rPr>
        <w:t xml:space="preserve"> – zejména tabulky, nadpisy a stručné definice.</w:t>
      </w:r>
    </w:p>
    <w:p w14:paraId="7FD93574" w14:textId="181C1ADD" w:rsidR="00C40E8A" w:rsidRDefault="00AD047C" w:rsidP="00290105">
      <w:pPr>
        <w:pStyle w:val="OdrkyMSWORD"/>
        <w:numPr>
          <w:ilvl w:val="0"/>
          <w:numId w:val="59"/>
        </w:numPr>
        <w:rPr>
          <w:lang w:eastAsia="cs-CZ"/>
        </w:rPr>
      </w:pPr>
      <w:r>
        <w:rPr>
          <w:lang w:eastAsia="cs-CZ"/>
        </w:rPr>
        <w:t>Pokud strojový překlad použije nepřirozené obraty nebo výrazy, je potřeba text ještě upravit. Ale pro základní porozumění obsahu tento typ překladu zpravidla postačuje.</w:t>
      </w:r>
    </w:p>
    <w:p w14:paraId="0E90B29C" w14:textId="77777777" w:rsidR="005121D8" w:rsidRDefault="005121D8" w:rsidP="005121D8">
      <w:pPr>
        <w:rPr>
          <w:lang w:eastAsia="cs-CZ"/>
        </w:rPr>
      </w:pPr>
    </w:p>
    <w:p w14:paraId="68F05284" w14:textId="77777777" w:rsidR="005121D8" w:rsidRDefault="005121D8" w:rsidP="000F713C">
      <w:r>
        <w:rPr>
          <w:noProof/>
          <w:lang w:eastAsia="cs-CZ"/>
        </w:rPr>
        <w:drawing>
          <wp:inline distT="0" distB="0" distL="0" distR="0" wp14:anchorId="1B15BA9F" wp14:editId="7221F346">
            <wp:extent cx="5943600" cy="2522612"/>
            <wp:effectExtent l="0" t="0" r="0" b="0"/>
            <wp:docPr id="719270433" name="Obrázek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9270433" name="Obrázek 719270433"/>
                    <pic:cNvPicPr/>
                  </pic:nvPicPr>
                  <pic:blipFill rotWithShape="1">
                    <a:blip r:embed="rId62"/>
                    <a:srcRect l="13019" r="88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3013" cy="25435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E90C8F" w14:textId="1783E521" w:rsidR="00AD047C" w:rsidRPr="00C40E8A" w:rsidRDefault="005121D8" w:rsidP="005121D8">
      <w:pPr>
        <w:pStyle w:val="Titulek"/>
        <w:rPr>
          <w:lang w:eastAsia="cs-CZ"/>
        </w:rPr>
      </w:pPr>
      <w:r>
        <w:t xml:space="preserve">Obrázek </w:t>
      </w:r>
      <w:r>
        <w:fldChar w:fldCharType="begin"/>
      </w:r>
      <w:r>
        <w:instrText xml:space="preserve"> SEQ Obrázek \* ARABIC </w:instrText>
      </w:r>
      <w:r>
        <w:fldChar w:fldCharType="separate"/>
      </w:r>
      <w:r w:rsidR="00CB3137">
        <w:rPr>
          <w:noProof/>
        </w:rPr>
        <w:t>37</w:t>
      </w:r>
      <w:r>
        <w:fldChar w:fldCharType="end"/>
      </w:r>
      <w:r>
        <w:t xml:space="preserve"> Prostředí Překladače, do kterého můžete nahrát soubory, které chcete přeložit (originální soubor nahrajete do levého okna, přeložený soubor se objeví v okně pravém)</w:t>
      </w:r>
    </w:p>
    <w:p w14:paraId="7BD06BBA" w14:textId="3EECCFD4" w:rsidR="00C40E8A" w:rsidRPr="00C40E8A" w:rsidRDefault="00C40E8A" w:rsidP="00C40E8A">
      <w:pPr>
        <w:rPr>
          <w:lang w:eastAsia="cs-CZ"/>
        </w:rPr>
      </w:pPr>
    </w:p>
    <w:p w14:paraId="2D7A073A" w14:textId="77777777" w:rsidR="00BE4ED9" w:rsidRDefault="00BE4ED9" w:rsidP="004658CE">
      <w:pPr>
        <w:pStyle w:val="Nadpis2"/>
      </w:pPr>
      <w:bookmarkStart w:id="31" w:name="_Toc223113864"/>
      <w:r>
        <w:t xml:space="preserve">Google </w:t>
      </w:r>
      <w:proofErr w:type="spellStart"/>
      <w:r>
        <w:t>Earth</w:t>
      </w:r>
      <w:proofErr w:type="spellEnd"/>
      <w:r>
        <w:t xml:space="preserve"> &amp; My </w:t>
      </w:r>
      <w:proofErr w:type="spellStart"/>
      <w:r>
        <w:t>Maps</w:t>
      </w:r>
      <w:proofErr w:type="spellEnd"/>
      <w:r>
        <w:t>: mapa lokality pro projekty</w:t>
      </w:r>
      <w:bookmarkEnd w:id="31"/>
    </w:p>
    <w:p w14:paraId="05053F1A" w14:textId="00E6C26B" w:rsidR="00BE4ED9" w:rsidRDefault="00BE4ED9" w:rsidP="00BE4ED9">
      <w:pPr>
        <w:pStyle w:val="Normlnweb"/>
      </w:pPr>
      <w:r>
        <w:t xml:space="preserve">Mapa je praktický způsob, jak přehledně zobrazit místa pozorování a případně se i domluvit s ostatními „kde přesně“ budeme pozorovat. Aplikace </w:t>
      </w:r>
      <w:proofErr w:type="spellStart"/>
      <w:r>
        <w:t>iNaturalist</w:t>
      </w:r>
      <w:proofErr w:type="spellEnd"/>
      <w:r>
        <w:t xml:space="preserve"> umožňuje definovat vlastní lokalitu pozorování – podmínkou je nahrání území vymezeného pro pozorování do systému a založení projektu na jeho základě. Výhodou využití služeb Google v oblasti tvorby map je to, že můžeme definovat jako projekt třeba jen vlastní zahradu nebo park, který máme poblíž. Sice nezískáme vědecká data, ale díky evidenci pozorování v čase můžeme lépe poznat své okolí. Založení takového osobního projektu bude předmětem závěrečné kapitoly. Než si ale vysvětlíme zadání, čeká nás poslední zajímavý produkt z ekosystému Google a to mapy.</w:t>
      </w:r>
    </w:p>
    <w:p w14:paraId="3D73F5D7" w14:textId="2F6F06C1" w:rsidR="00BE4ED9" w:rsidRDefault="00BE4ED9" w:rsidP="00BE4ED9">
      <w:pPr>
        <w:pStyle w:val="Normlnweb"/>
      </w:pPr>
      <w:r>
        <w:t xml:space="preserve">V této kapitole si vysvětlíme odlišnosti tří mapových nástrojů Googlu a zaměříme se na ten, který umožňuje rychle vytvořit </w:t>
      </w:r>
      <w:r>
        <w:rPr>
          <w:rStyle w:val="Siln"/>
        </w:rPr>
        <w:t>vlastní projektovou mapu</w:t>
      </w:r>
      <w:r>
        <w:t xml:space="preserve">: </w:t>
      </w:r>
      <w:r>
        <w:rPr>
          <w:rStyle w:val="Siln"/>
        </w:rPr>
        <w:t xml:space="preserve">Google My </w:t>
      </w:r>
      <w:proofErr w:type="spellStart"/>
      <w:r>
        <w:rPr>
          <w:rStyle w:val="Siln"/>
        </w:rPr>
        <w:t>Maps</w:t>
      </w:r>
      <w:proofErr w:type="spellEnd"/>
      <w:r>
        <w:t xml:space="preserve">. Na konci </w:t>
      </w:r>
      <w:r w:rsidR="004658CE">
        <w:t xml:space="preserve">kapitoly </w:t>
      </w:r>
      <w:r>
        <w:t xml:space="preserve">přidáme i několik </w:t>
      </w:r>
      <w:r w:rsidR="004658CE">
        <w:t xml:space="preserve">praktických </w:t>
      </w:r>
      <w:r>
        <w:t>tipů</w:t>
      </w:r>
      <w:r w:rsidR="004658CE">
        <w:t xml:space="preserve"> pro lepší využití funkcí</w:t>
      </w:r>
      <w:r>
        <w:t xml:space="preserve"> z běžných </w:t>
      </w:r>
      <w:r>
        <w:rPr>
          <w:rStyle w:val="Siln"/>
        </w:rPr>
        <w:t>Google Map</w:t>
      </w:r>
      <w:r>
        <w:t>, které se hodí pro plánování výletů a objevování nových míst.</w:t>
      </w:r>
    </w:p>
    <w:p w14:paraId="39C92DE9" w14:textId="1C704A0C" w:rsidR="004658CE" w:rsidRDefault="004658CE" w:rsidP="004658CE">
      <w:pPr>
        <w:pStyle w:val="Nadpis3"/>
      </w:pPr>
      <w:bookmarkStart w:id="32" w:name="_Toc223113865"/>
      <w:r w:rsidRPr="004658CE">
        <w:t xml:space="preserve">Google Mapy × Google My </w:t>
      </w:r>
      <w:proofErr w:type="spellStart"/>
      <w:r w:rsidRPr="004658CE">
        <w:t>Maps</w:t>
      </w:r>
      <w:proofErr w:type="spellEnd"/>
      <w:r w:rsidRPr="004658CE">
        <w:t xml:space="preserve"> × Google </w:t>
      </w:r>
      <w:proofErr w:type="spellStart"/>
      <w:r w:rsidRPr="004658CE">
        <w:t>Earth</w:t>
      </w:r>
      <w:proofErr w:type="spellEnd"/>
      <w:r w:rsidRPr="004658CE">
        <w:t xml:space="preserve"> — kdy který nástroj</w:t>
      </w:r>
      <w:bookmarkEnd w:id="32"/>
    </w:p>
    <w:p w14:paraId="27E0E252" w14:textId="2F6183E1" w:rsidR="004658CE" w:rsidRPr="004658CE" w:rsidRDefault="004658CE" w:rsidP="004658CE">
      <w:pPr>
        <w:rPr>
          <w:lang w:eastAsia="cs-CZ"/>
        </w:rPr>
      </w:pPr>
      <w:r>
        <w:rPr>
          <w:lang w:eastAsia="cs-CZ"/>
        </w:rPr>
        <w:t>Nejprve začneme tím, že si vysvětlíme, co která mapová aplikace Google umí.</w:t>
      </w:r>
    </w:p>
    <w:p w14:paraId="3ACCB9F5" w14:textId="77777777" w:rsidR="004658CE" w:rsidRDefault="004658CE" w:rsidP="004658CE">
      <w:pPr>
        <w:pStyle w:val="Nadpis4"/>
      </w:pPr>
      <w:bookmarkStart w:id="33" w:name="_Toc223113866"/>
      <w:r w:rsidRPr="004658CE">
        <w:t>Google Mapy (</w:t>
      </w:r>
      <w:proofErr w:type="spellStart"/>
      <w:r w:rsidRPr="004658CE">
        <w:t>Maps</w:t>
      </w:r>
      <w:proofErr w:type="spellEnd"/>
      <w:r w:rsidRPr="004658CE">
        <w:t>)</w:t>
      </w:r>
      <w:bookmarkEnd w:id="33"/>
    </w:p>
    <w:p w14:paraId="5A9D4332" w14:textId="21A77EDE" w:rsidR="00DD0777" w:rsidRDefault="00DD0777" w:rsidP="00DD0777">
      <w:pPr>
        <w:rPr>
          <w:lang w:eastAsia="cs-CZ"/>
        </w:rPr>
      </w:pPr>
      <w:r>
        <w:rPr>
          <w:lang w:eastAsia="cs-CZ"/>
        </w:rPr>
        <w:t>Maps.google.com</w:t>
      </w:r>
    </w:p>
    <w:p w14:paraId="75F30DBF" w14:textId="49365DA3" w:rsidR="004658CE" w:rsidRDefault="004658CE" w:rsidP="004658CE">
      <w:pPr>
        <w:rPr>
          <w:lang w:eastAsia="cs-CZ"/>
        </w:rPr>
      </w:pPr>
      <w:r w:rsidRPr="004658CE">
        <w:rPr>
          <w:lang w:eastAsia="cs-CZ"/>
        </w:rPr>
        <w:t>Slouží k vyhledávání, navigaci a ukládání míst. Umožňu</w:t>
      </w:r>
      <w:r>
        <w:rPr>
          <w:lang w:eastAsia="cs-CZ"/>
        </w:rPr>
        <w:t xml:space="preserve">je vytvářet </w:t>
      </w:r>
      <w:r w:rsidRPr="004658CE">
        <w:rPr>
          <w:lang w:eastAsia="cs-CZ"/>
        </w:rPr>
        <w:t xml:space="preserve">seznamy „Oblíbené“ či „Chci navštívit“, recenze a </w:t>
      </w:r>
      <w:proofErr w:type="spellStart"/>
      <w:r w:rsidRPr="004658CE">
        <w:rPr>
          <w:b/>
          <w:bCs/>
          <w:lang w:eastAsia="cs-CZ"/>
        </w:rPr>
        <w:t>offline</w:t>
      </w:r>
      <w:proofErr w:type="spellEnd"/>
      <w:r w:rsidRPr="004658CE">
        <w:rPr>
          <w:b/>
          <w:bCs/>
          <w:lang w:eastAsia="cs-CZ"/>
        </w:rPr>
        <w:t xml:space="preserve"> mapy</w:t>
      </w:r>
      <w:r w:rsidRPr="004658CE">
        <w:rPr>
          <w:lang w:eastAsia="cs-CZ"/>
        </w:rPr>
        <w:t xml:space="preserve"> pro navigaci. Nelze v nich ale pohodlně vytvářet vícevrstvou projektovou mapu s vlastními symboly a importy tabulek.</w:t>
      </w:r>
    </w:p>
    <w:p w14:paraId="04DC6CBD" w14:textId="6E8D523E" w:rsidR="00D8602C" w:rsidRDefault="00D4619B" w:rsidP="00D8602C">
      <w:pPr>
        <w:keepNext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94944" behindDoc="0" locked="0" layoutInCell="1" allowOverlap="1" wp14:anchorId="79DC267E" wp14:editId="2F4D8F7B">
                <wp:simplePos x="0" y="0"/>
                <wp:positionH relativeFrom="column">
                  <wp:posOffset>2555492</wp:posOffset>
                </wp:positionH>
                <wp:positionV relativeFrom="paragraph">
                  <wp:posOffset>1722120</wp:posOffset>
                </wp:positionV>
                <wp:extent cx="2972662" cy="897295"/>
                <wp:effectExtent l="0" t="285750" r="0" b="340995"/>
                <wp:wrapNone/>
                <wp:docPr id="1277980791" name="Šipka: doleva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78293" flipH="1">
                          <a:off x="0" y="0"/>
                          <a:ext cx="2972662" cy="897295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9B0472" w14:textId="1FC63B7E" w:rsidR="00D4619B" w:rsidRDefault="00D4619B" w:rsidP="00D4619B">
                            <w:pPr>
                              <w:jc w:val="center"/>
                            </w:pPr>
                            <w:r>
                              <w:t xml:space="preserve">Můžeme se podívat na fotografie z lokality nebo zapnout tzv. Street view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DC267E" id="Šipka: doleva 185" o:spid="_x0000_s1054" type="#_x0000_t66" style="position:absolute;left:0;text-align:left;margin-left:201.2pt;margin-top:135.6pt;width:234.05pt;height:70.65pt;rotation:-1287010fd;flip:x;z-index:25179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" adj="3260" fillcolor="white [3201]" strokecolor="#f79646 [3209]" strokeweight="2pt">
                <v:textbox>
                  <w:txbxContent>
                    <w:p w14:paraId="429B0472" w14:textId="1FC63B7E" w:rsidR="00D4619B" w:rsidRDefault="00D4619B" w:rsidP="00D4619B">
                      <w:pPr>
                        <w:jc w:val="center"/>
                      </w:pPr>
                      <w:r>
                        <w:t xml:space="preserve">Můžeme se podívat na fotografie z lokality nebo zapnout tzv. Street view </w:t>
                      </w:r>
                    </w:p>
                  </w:txbxContent>
                </v:textbox>
              </v:shape>
            </w:pict>
          </mc:Fallback>
        </mc:AlternateContent>
      </w:r>
      <w:r w:rsidR="00D8602C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92896" behindDoc="0" locked="0" layoutInCell="1" allowOverlap="1" wp14:anchorId="3AB65388" wp14:editId="488AEC02">
                <wp:simplePos x="0" y="0"/>
                <wp:positionH relativeFrom="column">
                  <wp:posOffset>440488</wp:posOffset>
                </wp:positionH>
                <wp:positionV relativeFrom="paragraph">
                  <wp:posOffset>2074571</wp:posOffset>
                </wp:positionV>
                <wp:extent cx="2178052" cy="651349"/>
                <wp:effectExtent l="19050" t="0" r="31750" b="111125"/>
                <wp:wrapNone/>
                <wp:docPr id="1449599051" name="Šipka: doleva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199779">
                          <a:off x="0" y="0"/>
                          <a:ext cx="2178052" cy="651349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732CAB" w14:textId="00943B0D" w:rsidR="00D8602C" w:rsidRDefault="00D8602C" w:rsidP="00D8602C">
                            <w:pPr>
                              <w:jc w:val="center"/>
                            </w:pPr>
                            <w:r>
                              <w:t>Měníme vzhled mapy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B65388" id="_x0000_s1055" type="#_x0000_t66" style="position:absolute;left:0;text-align:left;margin-left:34.7pt;margin-top:163.35pt;width:171.5pt;height:51.3pt;rotation:-437148fd;z-index:25179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" adj="3230" fillcolor="white [3201]" strokecolor="#f79646 [3209]" strokeweight="2pt">
                <v:textbox>
                  <w:txbxContent>
                    <w:p w14:paraId="22732CAB" w14:textId="00943B0D" w:rsidR="00D8602C" w:rsidRDefault="00D8602C" w:rsidP="00D8602C">
                      <w:pPr>
                        <w:jc w:val="center"/>
                      </w:pPr>
                      <w:r>
                        <w:t>Měníme vzhled mapy</w:t>
                      </w:r>
                    </w:p>
                  </w:txbxContent>
                </v:textbox>
              </v:shape>
            </w:pict>
          </mc:Fallback>
        </mc:AlternateContent>
      </w:r>
      <w:r w:rsidR="00D8602C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90848" behindDoc="0" locked="0" layoutInCell="1" allowOverlap="1" wp14:anchorId="2CC52152" wp14:editId="202FF2E8">
                <wp:simplePos x="0" y="0"/>
                <wp:positionH relativeFrom="column">
                  <wp:posOffset>1102870</wp:posOffset>
                </wp:positionH>
                <wp:positionV relativeFrom="paragraph">
                  <wp:posOffset>238957</wp:posOffset>
                </wp:positionV>
                <wp:extent cx="3136005" cy="792050"/>
                <wp:effectExtent l="0" t="323850" r="7620" b="255905"/>
                <wp:wrapNone/>
                <wp:docPr id="1517076574" name="Šipka: doleva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66689">
                          <a:off x="0" y="0"/>
                          <a:ext cx="3136005" cy="79205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105F97" w14:textId="3256C536" w:rsidR="00D8602C" w:rsidRDefault="00D8602C" w:rsidP="00D8602C">
                            <w:pPr>
                              <w:jc w:val="center"/>
                            </w:pPr>
                            <w:r>
                              <w:t>Zadáme místo, které chceme vyhledat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C52152" id="_x0000_s1056" type="#_x0000_t66" style="position:absolute;left:0;text-align:left;margin-left:86.85pt;margin-top:18.8pt;width:246.95pt;height:62.35pt;rotation:1055882fd;z-index:25179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" adj="2728" fillcolor="white [3201]" strokecolor="#f79646 [3209]" strokeweight="2pt">
                <v:textbox>
                  <w:txbxContent>
                    <w:p w14:paraId="45105F97" w14:textId="3256C536" w:rsidR="00D8602C" w:rsidRDefault="00D8602C" w:rsidP="00D8602C">
                      <w:pPr>
                        <w:jc w:val="center"/>
                      </w:pPr>
                      <w:r>
                        <w:t>Zadáme místo, které chceme vyhledat</w:t>
                      </w:r>
                    </w:p>
                  </w:txbxContent>
                </v:textbox>
              </v:shape>
            </w:pict>
          </mc:Fallback>
        </mc:AlternateContent>
      </w:r>
      <w:r w:rsidR="00D8602C">
        <w:rPr>
          <w:noProof/>
          <w:lang w:eastAsia="cs-CZ"/>
        </w:rPr>
        <w:drawing>
          <wp:inline distT="0" distB="0" distL="0" distR="0" wp14:anchorId="5393F952" wp14:editId="580FCEB5">
            <wp:extent cx="5972810" cy="2848610"/>
            <wp:effectExtent l="0" t="0" r="8890" b="8890"/>
            <wp:docPr id="1092637780" name="Obrázek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2637780" name="Obrázek 1092637780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2848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BFDBD2" w14:textId="14BAB4F6" w:rsidR="004658CE" w:rsidRDefault="00D8602C" w:rsidP="00D8602C">
      <w:pPr>
        <w:pStyle w:val="Titulek"/>
      </w:pPr>
      <w:r>
        <w:t xml:space="preserve">Obrázek </w:t>
      </w:r>
      <w:r>
        <w:fldChar w:fldCharType="begin"/>
      </w:r>
      <w:r>
        <w:instrText xml:space="preserve"> SEQ Obrázek \* ARABIC </w:instrText>
      </w:r>
      <w:r>
        <w:fldChar w:fldCharType="separate"/>
      </w:r>
      <w:r w:rsidR="00CB3137">
        <w:rPr>
          <w:noProof/>
        </w:rPr>
        <w:t>38</w:t>
      </w:r>
      <w:r>
        <w:fldChar w:fldCharType="end"/>
      </w:r>
      <w:r>
        <w:t xml:space="preserve"> Rozhraní aplikace Google Mapy</w:t>
      </w:r>
    </w:p>
    <w:p w14:paraId="02A73F0A" w14:textId="4FCBED62" w:rsidR="00D4619B" w:rsidRDefault="00D4619B" w:rsidP="00D4619B">
      <w:pPr>
        <w:keepNext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96992" behindDoc="0" locked="0" layoutInCell="1" allowOverlap="1" wp14:anchorId="5D5E9E5B" wp14:editId="0F09EE52">
                <wp:simplePos x="0" y="0"/>
                <wp:positionH relativeFrom="column">
                  <wp:posOffset>3968419</wp:posOffset>
                </wp:positionH>
                <wp:positionV relativeFrom="paragraph">
                  <wp:posOffset>793732</wp:posOffset>
                </wp:positionV>
                <wp:extent cx="1178417" cy="251138"/>
                <wp:effectExtent l="57150" t="38100" r="3175" b="92075"/>
                <wp:wrapNone/>
                <wp:docPr id="1359730143" name="Šipka: doprava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8417" cy="251138"/>
                        </a:xfrm>
                        <a:prstGeom prst="rightArrow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2864EA" id="Šipka: doprava 188" o:spid="_x0000_s1026" type="#_x0000_t13" style="position:absolute;margin-left:312.45pt;margin-top:62.5pt;width:92.8pt;height:19.75pt;z-index:25179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" adj="19298" fillcolor="#f79646 [3209]" strokecolor="#f68c36 [3049]">
                <v:fill color2="#fbcaa2 [1625]" rotate="t" angle="180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>
        <w:rPr>
          <w:noProof/>
          <w:lang w:eastAsia="cs-CZ"/>
        </w:rPr>
        <w:drawing>
          <wp:anchor distT="0" distB="0" distL="114300" distR="114300" simplePos="0" relativeHeight="251795968" behindDoc="0" locked="0" layoutInCell="1" allowOverlap="1" wp14:anchorId="2F2A35EA" wp14:editId="017C2BF8">
            <wp:simplePos x="0" y="0"/>
            <wp:positionH relativeFrom="margin">
              <wp:posOffset>5133581</wp:posOffset>
            </wp:positionH>
            <wp:positionV relativeFrom="paragraph">
              <wp:posOffset>7700</wp:posOffset>
            </wp:positionV>
            <wp:extent cx="734695" cy="1644015"/>
            <wp:effectExtent l="0" t="0" r="8255" b="0"/>
            <wp:wrapSquare wrapText="bothSides"/>
            <wp:docPr id="1532331164" name="Obrázek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2331164" name="Obrázek 1532331164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734695" cy="1644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cs-CZ"/>
        </w:rPr>
        <w:drawing>
          <wp:inline distT="0" distB="0" distL="0" distR="0" wp14:anchorId="201033F0" wp14:editId="5F8FC20D">
            <wp:extent cx="4449651" cy="1417588"/>
            <wp:effectExtent l="0" t="0" r="8255" b="0"/>
            <wp:docPr id="1635557399" name="Obrázek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5557399" name="Obrázek 1635557399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4482371" cy="1428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619AF8" w14:textId="20423BB6" w:rsidR="00D4619B" w:rsidRDefault="00D4619B" w:rsidP="00D4619B">
      <w:pPr>
        <w:pStyle w:val="Titulek"/>
        <w:rPr>
          <w:lang w:eastAsia="cs-CZ"/>
        </w:rPr>
      </w:pPr>
      <w:r>
        <w:t xml:space="preserve">Obrázek </w:t>
      </w:r>
      <w:r>
        <w:fldChar w:fldCharType="begin"/>
      </w:r>
      <w:r>
        <w:instrText xml:space="preserve"> SEQ Obrázek \* ARABIC </w:instrText>
      </w:r>
      <w:r>
        <w:fldChar w:fldCharType="separate"/>
      </w:r>
      <w:r w:rsidR="00CB3137">
        <w:rPr>
          <w:noProof/>
        </w:rPr>
        <w:t>39</w:t>
      </w:r>
      <w:r>
        <w:fldChar w:fldCharType="end"/>
      </w:r>
      <w:r>
        <w:t xml:space="preserve"> Tipy map, které si můžete </w:t>
      </w:r>
      <w:proofErr w:type="gramStart"/>
      <w:r>
        <w:t>zobrazit - od</w:t>
      </w:r>
      <w:proofErr w:type="gramEnd"/>
      <w:r>
        <w:t xml:space="preserve"> terénu, přes satelitní až po cyklostezky a provoz</w:t>
      </w:r>
    </w:p>
    <w:p w14:paraId="51E0BB5E" w14:textId="77777777" w:rsidR="00D4619B" w:rsidRDefault="00D4619B" w:rsidP="00D4619B">
      <w:pPr>
        <w:keepNext/>
      </w:pPr>
      <w:r>
        <w:rPr>
          <w:noProof/>
          <w:lang w:eastAsia="cs-CZ"/>
        </w:rPr>
        <w:drawing>
          <wp:inline distT="0" distB="0" distL="0" distR="0" wp14:anchorId="19FE64FE" wp14:editId="7DA54946">
            <wp:extent cx="6278451" cy="482598"/>
            <wp:effectExtent l="0" t="0" r="0" b="0"/>
            <wp:docPr id="1380807369" name="Obrázek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0807369" name="Obrázek 1380807369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6347714" cy="487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9EAB95" w14:textId="4F8BE633" w:rsidR="00D4619B" w:rsidRPr="004658CE" w:rsidRDefault="00D4619B" w:rsidP="00D4619B">
      <w:pPr>
        <w:pStyle w:val="Titulek"/>
        <w:rPr>
          <w:lang w:eastAsia="cs-CZ"/>
        </w:rPr>
      </w:pPr>
      <w:r>
        <w:t xml:space="preserve">Obrázek </w:t>
      </w:r>
      <w:r>
        <w:fldChar w:fldCharType="begin"/>
      </w:r>
      <w:r>
        <w:instrText xml:space="preserve"> SEQ Obrázek \* ARABIC </w:instrText>
      </w:r>
      <w:r>
        <w:fldChar w:fldCharType="separate"/>
      </w:r>
      <w:r w:rsidR="00CB3137">
        <w:rPr>
          <w:noProof/>
        </w:rPr>
        <w:t>40</w:t>
      </w:r>
      <w:r>
        <w:fldChar w:fldCharType="end"/>
      </w:r>
      <w:r>
        <w:t xml:space="preserve"> Rozbalená nabídka náhledů fotografií pro vyhledanou lokalitu</w:t>
      </w:r>
    </w:p>
    <w:p w14:paraId="34177811" w14:textId="77777777" w:rsidR="004658CE" w:rsidRDefault="004658CE" w:rsidP="004658CE">
      <w:pPr>
        <w:pStyle w:val="Nadpis4"/>
      </w:pPr>
      <w:bookmarkStart w:id="34" w:name="_Toc223113867"/>
      <w:r w:rsidRPr="004658CE">
        <w:t xml:space="preserve">Google My </w:t>
      </w:r>
      <w:proofErr w:type="spellStart"/>
      <w:r w:rsidRPr="004658CE">
        <w:t>Maps</w:t>
      </w:r>
      <w:bookmarkEnd w:id="34"/>
      <w:proofErr w:type="spellEnd"/>
    </w:p>
    <w:p w14:paraId="5643F593" w14:textId="7803B0DF" w:rsidR="00DD0777" w:rsidRDefault="00DD0777" w:rsidP="00DD0777">
      <w:pPr>
        <w:rPr>
          <w:lang w:eastAsia="cs-CZ"/>
        </w:rPr>
      </w:pPr>
      <w:r>
        <w:rPr>
          <w:lang w:eastAsia="cs-CZ"/>
        </w:rPr>
        <w:t>Mymaps.google.com</w:t>
      </w:r>
    </w:p>
    <w:p w14:paraId="08634AE2" w14:textId="3BA0FD5E" w:rsidR="004658CE" w:rsidRDefault="004658CE" w:rsidP="004658CE">
      <w:pPr>
        <w:rPr>
          <w:lang w:eastAsia="cs-CZ"/>
        </w:rPr>
      </w:pPr>
      <w:r w:rsidRPr="004658CE">
        <w:rPr>
          <w:lang w:eastAsia="cs-CZ"/>
        </w:rPr>
        <w:t xml:space="preserve">Samostatný nástroj pro </w:t>
      </w:r>
      <w:r w:rsidRPr="004658CE">
        <w:rPr>
          <w:b/>
          <w:bCs/>
          <w:lang w:eastAsia="cs-CZ"/>
        </w:rPr>
        <w:t>tvorbu vlastní mapy</w:t>
      </w:r>
      <w:r w:rsidRPr="004658CE">
        <w:rPr>
          <w:lang w:eastAsia="cs-CZ"/>
        </w:rPr>
        <w:t xml:space="preserve">. </w:t>
      </w:r>
      <w:r>
        <w:rPr>
          <w:lang w:eastAsia="cs-CZ"/>
        </w:rPr>
        <w:t xml:space="preserve">V této aplikaci můžete přidat </w:t>
      </w:r>
      <w:r w:rsidRPr="004658CE">
        <w:rPr>
          <w:lang w:eastAsia="cs-CZ"/>
        </w:rPr>
        <w:t>vrstvy, body, trasy a</w:t>
      </w:r>
      <w:r>
        <w:rPr>
          <w:lang w:eastAsia="cs-CZ"/>
        </w:rPr>
        <w:t> </w:t>
      </w:r>
      <w:r w:rsidRPr="004658CE">
        <w:rPr>
          <w:lang w:eastAsia="cs-CZ"/>
        </w:rPr>
        <w:t xml:space="preserve">oblasti, </w:t>
      </w:r>
      <w:r>
        <w:rPr>
          <w:lang w:eastAsia="cs-CZ"/>
        </w:rPr>
        <w:t>můžete upravit</w:t>
      </w:r>
      <w:r w:rsidRPr="004658CE">
        <w:rPr>
          <w:lang w:eastAsia="cs-CZ"/>
        </w:rPr>
        <w:t xml:space="preserve"> barvy a popisky, </w:t>
      </w:r>
      <w:r w:rsidRPr="004658CE">
        <w:rPr>
          <w:b/>
          <w:bCs/>
          <w:lang w:eastAsia="cs-CZ"/>
        </w:rPr>
        <w:t>naimportujete CSV/KML</w:t>
      </w:r>
      <w:r w:rsidRPr="004658CE">
        <w:rPr>
          <w:lang w:eastAsia="cs-CZ"/>
        </w:rPr>
        <w:t xml:space="preserve"> a mapu </w:t>
      </w:r>
      <w:r w:rsidRPr="004658CE">
        <w:rPr>
          <w:b/>
          <w:bCs/>
          <w:lang w:eastAsia="cs-CZ"/>
        </w:rPr>
        <w:t>nasdílíte odkazem</w:t>
      </w:r>
      <w:r w:rsidRPr="004658CE">
        <w:rPr>
          <w:lang w:eastAsia="cs-CZ"/>
        </w:rPr>
        <w:t xml:space="preserve">. </w:t>
      </w:r>
      <w:r>
        <w:rPr>
          <w:lang w:eastAsia="cs-CZ"/>
        </w:rPr>
        <w:t>Tento nástroj je i</w:t>
      </w:r>
      <w:r w:rsidRPr="004658CE">
        <w:rPr>
          <w:lang w:eastAsia="cs-CZ"/>
        </w:rPr>
        <w:t xml:space="preserve">deální pro projekt občanské vědy. (My </w:t>
      </w:r>
      <w:proofErr w:type="spellStart"/>
      <w:r w:rsidRPr="004658CE">
        <w:rPr>
          <w:lang w:eastAsia="cs-CZ"/>
        </w:rPr>
        <w:t>Maps</w:t>
      </w:r>
      <w:proofErr w:type="spellEnd"/>
      <w:r w:rsidRPr="004658CE">
        <w:rPr>
          <w:lang w:eastAsia="cs-CZ"/>
        </w:rPr>
        <w:t xml:space="preserve"> není určen pro </w:t>
      </w:r>
      <w:proofErr w:type="spellStart"/>
      <w:r w:rsidRPr="004658CE">
        <w:rPr>
          <w:lang w:eastAsia="cs-CZ"/>
        </w:rPr>
        <w:t>offline</w:t>
      </w:r>
      <w:proofErr w:type="spellEnd"/>
      <w:r w:rsidRPr="004658CE">
        <w:rPr>
          <w:lang w:eastAsia="cs-CZ"/>
        </w:rPr>
        <w:t xml:space="preserve"> navigaci.)</w:t>
      </w:r>
    </w:p>
    <w:p w14:paraId="671CD78F" w14:textId="13B28CEC" w:rsidR="00DD0777" w:rsidRDefault="00DD0777" w:rsidP="00DD0777">
      <w:pPr>
        <w:keepNext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89824" behindDoc="0" locked="0" layoutInCell="1" allowOverlap="1" wp14:anchorId="2086F95A" wp14:editId="5B801812">
                <wp:simplePos x="0" y="0"/>
                <wp:positionH relativeFrom="column">
                  <wp:posOffset>1131507</wp:posOffset>
                </wp:positionH>
                <wp:positionV relativeFrom="paragraph">
                  <wp:posOffset>1178659</wp:posOffset>
                </wp:positionV>
                <wp:extent cx="2755948" cy="694930"/>
                <wp:effectExtent l="0" t="285750" r="25400" b="219710"/>
                <wp:wrapNone/>
                <wp:docPr id="670777387" name="Šipka: doleva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43751">
                          <a:off x="0" y="0"/>
                          <a:ext cx="2755948" cy="69493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3B51B8" w14:textId="5AFC6064" w:rsidR="00DD0777" w:rsidRDefault="00B50EB0" w:rsidP="00DD0777">
                            <w:pPr>
                              <w:jc w:val="center"/>
                            </w:pPr>
                            <w:r>
                              <w:t>Zástupce</w:t>
                            </w:r>
                            <w:r w:rsidR="00DD0777">
                              <w:t xml:space="preserve"> již založen</w:t>
                            </w:r>
                            <w:r>
                              <w:t>é</w:t>
                            </w:r>
                            <w:r w:rsidR="00DD0777">
                              <w:t xml:space="preserve"> vlastních map</w:t>
                            </w:r>
                            <w:r>
                              <w:t>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86F95A" id="Šipka: doleva 182" o:spid="_x0000_s1057" type="#_x0000_t66" style="position:absolute;left:0;text-align:left;margin-left:89.1pt;margin-top:92.8pt;width:217pt;height:54.7pt;rotation:1030828fd;z-index:25178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" adj="2723" fillcolor="white [3201]" strokecolor="#f79646 [3209]" strokeweight="2pt">
                <v:textbox>
                  <w:txbxContent>
                    <w:p w14:paraId="5C3B51B8" w14:textId="5AFC6064" w:rsidR="00DD0777" w:rsidRDefault="00B50EB0" w:rsidP="00DD0777">
                      <w:pPr>
                        <w:jc w:val="center"/>
                      </w:pPr>
                      <w:r>
                        <w:t>Zástupce</w:t>
                      </w:r>
                      <w:r w:rsidR="00DD0777">
                        <w:t xml:space="preserve"> již založen</w:t>
                      </w:r>
                      <w:r>
                        <w:t>é</w:t>
                      </w:r>
                      <w:r w:rsidR="00DD0777">
                        <w:t xml:space="preserve"> vlastních map</w:t>
                      </w:r>
                      <w:r>
                        <w:t>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87776" behindDoc="0" locked="0" layoutInCell="1" allowOverlap="1" wp14:anchorId="2E26E74A" wp14:editId="493A86FC">
                <wp:simplePos x="0" y="0"/>
                <wp:positionH relativeFrom="column">
                  <wp:posOffset>1197912</wp:posOffset>
                </wp:positionH>
                <wp:positionV relativeFrom="paragraph">
                  <wp:posOffset>338584</wp:posOffset>
                </wp:positionV>
                <wp:extent cx="2755948" cy="694930"/>
                <wp:effectExtent l="0" t="285750" r="25400" b="219710"/>
                <wp:wrapNone/>
                <wp:docPr id="1533682082" name="Šipka: doleva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43751">
                          <a:off x="0" y="0"/>
                          <a:ext cx="2755948" cy="69493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1C9DC0" w14:textId="688710B7" w:rsidR="00DD0777" w:rsidRDefault="00DD0777" w:rsidP="00DD0777">
                            <w:pPr>
                              <w:jc w:val="center"/>
                            </w:pPr>
                            <w:r>
                              <w:t>Tlačítko pro vytvoření nové mapy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26E74A" id="_x0000_s1058" type="#_x0000_t66" style="position:absolute;left:0;text-align:left;margin-left:94.3pt;margin-top:26.65pt;width:217pt;height:54.7pt;rotation:1030828fd;z-index:25178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" adj="2723" fillcolor="white [3201]" strokecolor="#f79646 [3209]" strokeweight="2pt">
                <v:textbox>
                  <w:txbxContent>
                    <w:p w14:paraId="741C9DC0" w14:textId="688710B7" w:rsidR="00DD0777" w:rsidRDefault="00DD0777" w:rsidP="00DD0777">
                      <w:pPr>
                        <w:jc w:val="center"/>
                      </w:pPr>
                      <w:r>
                        <w:t>Tlačítko pro vytvoření nové mapy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64D1F12A" wp14:editId="3914306E">
            <wp:extent cx="5972810" cy="2054860"/>
            <wp:effectExtent l="0" t="0" r="8890" b="2540"/>
            <wp:docPr id="1948723263" name="Obrázek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8723263" name="Obrázek 1948723263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205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7C177F" w14:textId="7A3A09E0" w:rsidR="00DD0777" w:rsidRDefault="00DD0777" w:rsidP="00DD0777">
      <w:pPr>
        <w:pStyle w:val="Titulek"/>
      </w:pPr>
      <w:r>
        <w:t xml:space="preserve">Obrázek </w:t>
      </w:r>
      <w:r>
        <w:fldChar w:fldCharType="begin"/>
      </w:r>
      <w:r>
        <w:instrText xml:space="preserve"> SEQ Obrázek \* ARABIC </w:instrText>
      </w:r>
      <w:r>
        <w:fldChar w:fldCharType="separate"/>
      </w:r>
      <w:r w:rsidR="00CB3137">
        <w:rPr>
          <w:noProof/>
        </w:rPr>
        <w:t>41</w:t>
      </w:r>
      <w:r>
        <w:fldChar w:fldCharType="end"/>
      </w:r>
      <w:r>
        <w:t xml:space="preserve"> Ukázka rozhraní aplikace My </w:t>
      </w:r>
      <w:proofErr w:type="spellStart"/>
      <w:r>
        <w:t>Maps</w:t>
      </w:r>
      <w:proofErr w:type="spellEnd"/>
    </w:p>
    <w:p w14:paraId="2FE43D75" w14:textId="0EA64221" w:rsidR="006860FD" w:rsidRPr="004658CE" w:rsidRDefault="008E42FB" w:rsidP="006860FD">
      <w:pPr>
        <w:rPr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800064" behindDoc="0" locked="0" layoutInCell="1" allowOverlap="1" wp14:anchorId="4A85CFD4" wp14:editId="09703BFA">
            <wp:simplePos x="0" y="0"/>
            <wp:positionH relativeFrom="margin">
              <wp:posOffset>4199792</wp:posOffset>
            </wp:positionH>
            <wp:positionV relativeFrom="paragraph">
              <wp:posOffset>499423</wp:posOffset>
            </wp:positionV>
            <wp:extent cx="1974850" cy="2665730"/>
            <wp:effectExtent l="0" t="0" r="6350" b="1270"/>
            <wp:wrapSquare wrapText="bothSides"/>
            <wp:docPr id="60626347" name="Obrázek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26347" name="Obrázek 60626347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1974850" cy="2665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60FD">
        <w:rPr>
          <w:lang w:eastAsia="cs-CZ"/>
        </w:rPr>
        <w:t xml:space="preserve">Této aplikaci se budeme věnovat podrobněji v následující kapitole, protože nám umožní jednoduše vytvořit mapu sledovaného území, kterou následně můžeme načíst do našeho projektu na stránkách </w:t>
      </w:r>
      <w:proofErr w:type="spellStart"/>
      <w:r w:rsidR="006860FD">
        <w:rPr>
          <w:lang w:eastAsia="cs-CZ"/>
        </w:rPr>
        <w:t>iNaturalist</w:t>
      </w:r>
      <w:proofErr w:type="spellEnd"/>
      <w:r w:rsidR="006860FD">
        <w:rPr>
          <w:lang w:eastAsia="cs-CZ"/>
        </w:rPr>
        <w:t>.</w:t>
      </w:r>
    </w:p>
    <w:p w14:paraId="0A592EB2" w14:textId="20343A1E" w:rsidR="004658CE" w:rsidRDefault="004658CE" w:rsidP="008E42FB">
      <w:pPr>
        <w:pStyle w:val="Nadpis4"/>
      </w:pPr>
      <w:bookmarkStart w:id="35" w:name="_Toc223113868"/>
      <w:r w:rsidRPr="004658CE">
        <w:t xml:space="preserve">Google </w:t>
      </w:r>
      <w:proofErr w:type="spellStart"/>
      <w:r w:rsidRPr="004658CE">
        <w:t>Earth</w:t>
      </w:r>
      <w:bookmarkEnd w:id="35"/>
      <w:proofErr w:type="spellEnd"/>
    </w:p>
    <w:p w14:paraId="643C6231" w14:textId="4687F51B" w:rsidR="004658CE" w:rsidRPr="004658CE" w:rsidRDefault="008E42FB" w:rsidP="004658CE">
      <w:pPr>
        <w:rPr>
          <w:lang w:eastAsia="cs-CZ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01088" behindDoc="0" locked="0" layoutInCell="1" allowOverlap="1" wp14:anchorId="68D2D4BD" wp14:editId="2CF9E5DF">
                <wp:simplePos x="0" y="0"/>
                <wp:positionH relativeFrom="column">
                  <wp:posOffset>4869940</wp:posOffset>
                </wp:positionH>
                <wp:positionV relativeFrom="paragraph">
                  <wp:posOffset>674316</wp:posOffset>
                </wp:positionV>
                <wp:extent cx="643944" cy="515155"/>
                <wp:effectExtent l="19050" t="19050" r="22860" b="18415"/>
                <wp:wrapNone/>
                <wp:docPr id="1931701235" name="Obdélník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944" cy="515155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chemeClr val="accent6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6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9683630" id="Obdélník 198" o:spid="_x0000_s1026" style="position:absolute;margin-left:383.45pt;margin-top:53.1pt;width:50.7pt;height:40.55pt;z-index:25180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" filled="f" strokecolor="#f79646 [3209]" strokeweight="3pt">
                <v:stroke joinstyle="round"/>
              </v:rect>
            </w:pict>
          </mc:Fallback>
        </mc:AlternateContent>
      </w:r>
      <w:r w:rsidR="004658CE" w:rsidRPr="004658CE">
        <w:rPr>
          <w:lang w:eastAsia="cs-CZ"/>
        </w:rPr>
        <w:t xml:space="preserve">Nabízí </w:t>
      </w:r>
      <w:r w:rsidR="004658CE" w:rsidRPr="004658CE">
        <w:rPr>
          <w:b/>
          <w:bCs/>
          <w:lang w:eastAsia="cs-CZ"/>
        </w:rPr>
        <w:t>3D pohled</w:t>
      </w:r>
      <w:r w:rsidR="004658CE" w:rsidRPr="004658CE">
        <w:rPr>
          <w:lang w:eastAsia="cs-CZ"/>
        </w:rPr>
        <w:t xml:space="preserve"> na krajinu, časové snímky a pohodlné zobrazení souborů KML. Hodí se pro vizuální prohlídku terénu, přehled reliéfu a „pocit z místa“. Pro vlastní projektovou mapu je praktičtější My </w:t>
      </w:r>
      <w:proofErr w:type="spellStart"/>
      <w:r w:rsidR="004658CE" w:rsidRPr="004658CE">
        <w:rPr>
          <w:lang w:eastAsia="cs-CZ"/>
        </w:rPr>
        <w:t>Maps</w:t>
      </w:r>
      <w:proofErr w:type="spellEnd"/>
      <w:r w:rsidR="004658CE" w:rsidRPr="004658CE">
        <w:rPr>
          <w:lang w:eastAsia="cs-CZ"/>
        </w:rPr>
        <w:t xml:space="preserve">; </w:t>
      </w:r>
      <w:proofErr w:type="spellStart"/>
      <w:r w:rsidR="004658CE" w:rsidRPr="004658CE">
        <w:rPr>
          <w:lang w:eastAsia="cs-CZ"/>
        </w:rPr>
        <w:t>Earth</w:t>
      </w:r>
      <w:proofErr w:type="spellEnd"/>
      <w:r w:rsidR="004658CE" w:rsidRPr="004658CE">
        <w:rPr>
          <w:lang w:eastAsia="cs-CZ"/>
        </w:rPr>
        <w:t xml:space="preserve"> použijte jako doplněk</w:t>
      </w:r>
      <w:r w:rsidR="004658CE">
        <w:rPr>
          <w:lang w:eastAsia="cs-CZ"/>
        </w:rPr>
        <w:t xml:space="preserve"> – nicméně mapu území můžete vytvořit a stáhnout i v této aplikaci. V roce 2025 je její nevýhodou pro uživatele, že není dostupná v české verzi a automatický překlad na stránky Google </w:t>
      </w:r>
      <w:proofErr w:type="spellStart"/>
      <w:r w:rsidR="004658CE">
        <w:rPr>
          <w:lang w:eastAsia="cs-CZ"/>
        </w:rPr>
        <w:t>Earth</w:t>
      </w:r>
      <w:proofErr w:type="spellEnd"/>
      <w:r w:rsidR="004658CE">
        <w:rPr>
          <w:lang w:eastAsia="cs-CZ"/>
        </w:rPr>
        <w:t xml:space="preserve"> nefunguje.</w:t>
      </w:r>
    </w:p>
    <w:p w14:paraId="2368D541" w14:textId="77777777" w:rsidR="008E42FB" w:rsidRDefault="008E42FB" w:rsidP="008E42FB">
      <w:pPr>
        <w:keepNext/>
      </w:pPr>
      <w:r>
        <w:rPr>
          <w:noProof/>
          <w:lang w:eastAsia="cs-CZ"/>
        </w:rPr>
        <w:drawing>
          <wp:inline distT="0" distB="0" distL="0" distR="0" wp14:anchorId="40EBF4C0" wp14:editId="41C222B6">
            <wp:extent cx="5972810" cy="2774950"/>
            <wp:effectExtent l="0" t="0" r="8890" b="6350"/>
            <wp:docPr id="671314577" name="Obrázek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1314577" name="Obrázek 671314577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277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B4B77A" w14:textId="01BBB0DC" w:rsidR="00C40E8A" w:rsidRPr="00C40E8A" w:rsidRDefault="008E42FB" w:rsidP="008E42FB">
      <w:pPr>
        <w:pStyle w:val="Titulek"/>
        <w:rPr>
          <w:lang w:eastAsia="cs-CZ"/>
        </w:rPr>
      </w:pPr>
      <w:r>
        <w:t xml:space="preserve">Obrázek </w:t>
      </w:r>
      <w:r>
        <w:fldChar w:fldCharType="begin"/>
      </w:r>
      <w:r>
        <w:instrText xml:space="preserve"> SEQ Obrázek \* ARABIC </w:instrText>
      </w:r>
      <w:r>
        <w:fldChar w:fldCharType="separate"/>
      </w:r>
      <w:r w:rsidR="00CB3137">
        <w:rPr>
          <w:noProof/>
        </w:rPr>
        <w:t>42</w:t>
      </w:r>
      <w:r>
        <w:fldChar w:fldCharType="end"/>
      </w:r>
      <w:r>
        <w:t xml:space="preserve"> Ukázka rozhraní Google </w:t>
      </w:r>
      <w:proofErr w:type="spellStart"/>
      <w:r>
        <w:t>Earth</w:t>
      </w:r>
      <w:proofErr w:type="spellEnd"/>
      <w:r>
        <w:t xml:space="preserve"> (Google Země)</w:t>
      </w:r>
    </w:p>
    <w:p w14:paraId="2B4E251A" w14:textId="77777777" w:rsidR="008E42FB" w:rsidRPr="008E42FB" w:rsidRDefault="008E42FB" w:rsidP="008E42FB">
      <w:pPr>
        <w:pStyle w:val="Nadpis3"/>
      </w:pPr>
      <w:bookmarkStart w:id="36" w:name="_Toc223113869"/>
      <w:r w:rsidRPr="008E42FB">
        <w:t xml:space="preserve">Nová mapa v My </w:t>
      </w:r>
      <w:proofErr w:type="spellStart"/>
      <w:r w:rsidRPr="008E42FB">
        <w:t>Maps</w:t>
      </w:r>
      <w:proofErr w:type="spellEnd"/>
      <w:r w:rsidRPr="008E42FB">
        <w:t>: založení a vrstvy</w:t>
      </w:r>
      <w:bookmarkEnd w:id="36"/>
    </w:p>
    <w:p w14:paraId="26F2133C" w14:textId="77777777" w:rsidR="008E42FB" w:rsidRDefault="008E42FB" w:rsidP="008E42FB">
      <w:pPr>
        <w:rPr>
          <w:lang w:eastAsia="cs-CZ"/>
        </w:rPr>
      </w:pPr>
      <w:proofErr w:type="spellStart"/>
      <w:r>
        <w:rPr>
          <w:lang w:eastAsia="cs-CZ"/>
        </w:rPr>
        <w:t>Vymapy</w:t>
      </w:r>
      <w:proofErr w:type="spellEnd"/>
      <w:r>
        <w:rPr>
          <w:lang w:eastAsia="cs-CZ"/>
        </w:rPr>
        <w:t xml:space="preserve"> v My </w:t>
      </w:r>
      <w:proofErr w:type="spellStart"/>
      <w:r>
        <w:rPr>
          <w:lang w:eastAsia="cs-CZ"/>
        </w:rPr>
        <w:t>Maps</w:t>
      </w:r>
      <w:proofErr w:type="spellEnd"/>
      <w:r>
        <w:rPr>
          <w:lang w:eastAsia="cs-CZ"/>
        </w:rPr>
        <w:t xml:space="preserve"> je velice jednoduché a intuitivní. </w:t>
      </w:r>
    </w:p>
    <w:p w14:paraId="6FF22E2F" w14:textId="27DE6493" w:rsidR="008E42FB" w:rsidRDefault="008E42FB" w:rsidP="008E42FB">
      <w:pPr>
        <w:rPr>
          <w:lang w:eastAsia="cs-CZ"/>
        </w:rPr>
      </w:pPr>
      <w:r>
        <w:rPr>
          <w:lang w:eastAsia="cs-CZ"/>
        </w:rPr>
        <w:t xml:space="preserve">Nejprve </w:t>
      </w:r>
      <w:r w:rsidRPr="008E42FB">
        <w:rPr>
          <w:lang w:eastAsia="cs-CZ"/>
        </w:rPr>
        <w:t xml:space="preserve">otevřete My </w:t>
      </w:r>
      <w:proofErr w:type="spellStart"/>
      <w:r w:rsidRPr="008E42FB">
        <w:rPr>
          <w:lang w:eastAsia="cs-CZ"/>
        </w:rPr>
        <w:t>Maps</w:t>
      </w:r>
      <w:proofErr w:type="spellEnd"/>
      <w:r w:rsidRPr="008E42FB">
        <w:rPr>
          <w:lang w:eastAsia="cs-CZ"/>
        </w:rPr>
        <w:t xml:space="preserve">, zvolte </w:t>
      </w:r>
      <w:r w:rsidRPr="008E42FB">
        <w:rPr>
          <w:b/>
          <w:bCs/>
          <w:lang w:eastAsia="cs-CZ"/>
        </w:rPr>
        <w:t>Nová mapa</w:t>
      </w:r>
      <w:r w:rsidRPr="008E42FB">
        <w:rPr>
          <w:lang w:eastAsia="cs-CZ"/>
        </w:rPr>
        <w:t xml:space="preserve">, hned ji </w:t>
      </w:r>
      <w:r w:rsidRPr="008E42FB">
        <w:rPr>
          <w:b/>
          <w:bCs/>
          <w:lang w:eastAsia="cs-CZ"/>
        </w:rPr>
        <w:t>přejmenujte</w:t>
      </w:r>
      <w:r w:rsidRPr="008E42FB">
        <w:rPr>
          <w:lang w:eastAsia="cs-CZ"/>
        </w:rPr>
        <w:t xml:space="preserve"> (název projektu) a zvolte </w:t>
      </w:r>
      <w:r w:rsidRPr="008E42FB">
        <w:rPr>
          <w:b/>
          <w:bCs/>
          <w:lang w:eastAsia="cs-CZ"/>
        </w:rPr>
        <w:t>podkladovou mapu</w:t>
      </w:r>
      <w:r w:rsidRPr="008E42FB">
        <w:rPr>
          <w:lang w:eastAsia="cs-CZ"/>
        </w:rPr>
        <w:t xml:space="preserve"> (standard, terén, satelit).</w:t>
      </w:r>
    </w:p>
    <w:p w14:paraId="1565FF05" w14:textId="32D55C01" w:rsidR="008E42FB" w:rsidRDefault="008E42FB" w:rsidP="008E42FB">
      <w:pPr>
        <w:rPr>
          <w:lang w:eastAsia="cs-CZ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02112" behindDoc="0" locked="0" layoutInCell="1" allowOverlap="1" wp14:anchorId="5A6BE9E0" wp14:editId="38E0D25F">
                <wp:simplePos x="0" y="0"/>
                <wp:positionH relativeFrom="column">
                  <wp:posOffset>2641895</wp:posOffset>
                </wp:positionH>
                <wp:positionV relativeFrom="paragraph">
                  <wp:posOffset>264115</wp:posOffset>
                </wp:positionV>
                <wp:extent cx="3387144" cy="592428"/>
                <wp:effectExtent l="0" t="0" r="22860" b="17780"/>
                <wp:wrapNone/>
                <wp:docPr id="2062409989" name="Šipka: doleva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87144" cy="592428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C155C3" w14:textId="2AB4DECC" w:rsidR="008E42FB" w:rsidRDefault="008E42FB" w:rsidP="008E42FB">
                            <w:pPr>
                              <w:jc w:val="center"/>
                            </w:pPr>
                            <w:r>
                              <w:t>Zadejte hledanou lokalitu (adresa, číslo domu atd..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6BE9E0" id="Šipka: doleva 200" o:spid="_x0000_s1059" type="#_x0000_t66" style="position:absolute;left:0;text-align:left;margin-left:208pt;margin-top:20.8pt;width:266.7pt;height:46.65pt;z-index:25180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" adj="1889" fillcolor="white [3201]" strokecolor="#f79646 [3209]" strokeweight="2pt">
                <v:textbox>
                  <w:txbxContent>
                    <w:p w14:paraId="20C155C3" w14:textId="2AB4DECC" w:rsidR="008E42FB" w:rsidRDefault="008E42FB" w:rsidP="008E42FB">
                      <w:pPr>
                        <w:jc w:val="center"/>
                      </w:pPr>
                      <w:r>
                        <w:t>Zadejte hledanou lokalitu (adresa, číslo domu atd..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eastAsia="cs-CZ"/>
        </w:rPr>
        <w:t>Na obrázku vidíte rozhraní, jak bude vypadat po založení nové mapy:</w:t>
      </w:r>
    </w:p>
    <w:p w14:paraId="247E99C8" w14:textId="3E3766E2" w:rsidR="008E42FB" w:rsidRDefault="008E42FB" w:rsidP="008E42FB">
      <w:pPr>
        <w:rPr>
          <w:lang w:eastAsia="cs-CZ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04160" behindDoc="0" locked="0" layoutInCell="1" allowOverlap="1" wp14:anchorId="45550E98" wp14:editId="3741E029">
                <wp:simplePos x="0" y="0"/>
                <wp:positionH relativeFrom="margin">
                  <wp:posOffset>875744</wp:posOffset>
                </wp:positionH>
                <wp:positionV relativeFrom="paragraph">
                  <wp:posOffset>383218</wp:posOffset>
                </wp:positionV>
                <wp:extent cx="3387144" cy="592428"/>
                <wp:effectExtent l="0" t="266700" r="22860" b="170180"/>
                <wp:wrapNone/>
                <wp:docPr id="555975132" name="Šipka: doleva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08633">
                          <a:off x="0" y="0"/>
                          <a:ext cx="3387144" cy="592428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AA56FE" w14:textId="1F391B6C" w:rsidR="008E42FB" w:rsidRDefault="008E42FB" w:rsidP="008E42FB">
                            <w:pPr>
                              <w:jc w:val="center"/>
                            </w:pPr>
                            <w:r>
                              <w:t>Zadejte název projektu a typ podkladové mapy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550E98" id="_x0000_s1060" type="#_x0000_t66" style="position:absolute;left:0;text-align:left;margin-left:68.95pt;margin-top:30.15pt;width:266.7pt;height:46.65pt;rotation:664790fd;z-index:251804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" adj="1889" fillcolor="white [3201]" strokecolor="#f79646 [3209]" strokeweight="2pt">
                <v:textbox>
                  <w:txbxContent>
                    <w:p w14:paraId="79AA56FE" w14:textId="1F391B6C" w:rsidR="008E42FB" w:rsidRDefault="008E42FB" w:rsidP="008E42FB">
                      <w:pPr>
                        <w:jc w:val="center"/>
                      </w:pPr>
                      <w:r>
                        <w:t>Zadejte název projektu a typ podkladové mapy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1F6D412D" wp14:editId="683B83D2">
            <wp:extent cx="5972810" cy="2834640"/>
            <wp:effectExtent l="0" t="0" r="8890" b="3810"/>
            <wp:docPr id="1363157409" name="Obrázek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3157409" name="Obrázek 1363157409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2834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F068AB" w14:textId="25AC1849" w:rsidR="008E42FB" w:rsidRDefault="008E42FB" w:rsidP="008E42FB">
      <w:pPr>
        <w:keepNext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05184" behindDoc="0" locked="0" layoutInCell="1" allowOverlap="1" wp14:anchorId="562C7399" wp14:editId="06CE73EF">
                <wp:simplePos x="0" y="0"/>
                <wp:positionH relativeFrom="column">
                  <wp:posOffset>3356386</wp:posOffset>
                </wp:positionH>
                <wp:positionV relativeFrom="paragraph">
                  <wp:posOffset>405854</wp:posOffset>
                </wp:positionV>
                <wp:extent cx="2537139" cy="540913"/>
                <wp:effectExtent l="19050" t="114300" r="34925" b="12065"/>
                <wp:wrapNone/>
                <wp:docPr id="1805881365" name="Šipka: doleva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42274">
                          <a:off x="0" y="0"/>
                          <a:ext cx="2537139" cy="540913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19EBF8" w14:textId="4E1D5967" w:rsidR="008E42FB" w:rsidRDefault="008E42FB" w:rsidP="008E42FB">
                            <w:pPr>
                              <w:jc w:val="center"/>
                            </w:pPr>
                            <w:r>
                              <w:t>Nástroj pro vytyčení mapy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2C7399" id="Šipka: doleva 202" o:spid="_x0000_s1061" type="#_x0000_t66" style="position:absolute;left:0;text-align:left;margin-left:264.3pt;margin-top:31.95pt;width:199.75pt;height:42.6pt;rotation:373854fd;z-index:25180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" adj="2303" fillcolor="white [3201]" strokecolor="#f79646 [3209]" strokeweight="2pt">
                <v:textbox>
                  <w:txbxContent>
                    <w:p w14:paraId="7D19EBF8" w14:textId="4E1D5967" w:rsidR="008E42FB" w:rsidRDefault="008E42FB" w:rsidP="008E42FB">
                      <w:pPr>
                        <w:jc w:val="center"/>
                      </w:pPr>
                      <w:r>
                        <w:t>Nástroj pro vytyčení mapy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0D7D5BBB" wp14:editId="48D6F81F">
            <wp:extent cx="5924804" cy="1339402"/>
            <wp:effectExtent l="0" t="0" r="0" b="0"/>
            <wp:docPr id="1602054641" name="Obrázek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2054641" name="Obrázek 1602054641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930927" cy="1340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E882E9" w14:textId="3ED870F7" w:rsidR="008E42FB" w:rsidRDefault="008E42FB" w:rsidP="008E42FB">
      <w:pPr>
        <w:pStyle w:val="Titulek"/>
      </w:pPr>
      <w:r>
        <w:t xml:space="preserve">Obrázek </w:t>
      </w:r>
      <w:r>
        <w:fldChar w:fldCharType="begin"/>
      </w:r>
      <w:r>
        <w:instrText xml:space="preserve"> SEQ Obrázek \* ARABIC </w:instrText>
      </w:r>
      <w:r>
        <w:fldChar w:fldCharType="separate"/>
      </w:r>
      <w:r w:rsidR="00CB3137">
        <w:rPr>
          <w:noProof/>
        </w:rPr>
        <w:t>43</w:t>
      </w:r>
      <w:r>
        <w:fldChar w:fldCharType="end"/>
      </w:r>
      <w:r>
        <w:t xml:space="preserve"> Ukázka založeného projektu Zámecký park Sychrov</w:t>
      </w:r>
    </w:p>
    <w:p w14:paraId="03687F48" w14:textId="77777777" w:rsidR="00B37605" w:rsidRDefault="00B37605" w:rsidP="00B37605">
      <w:pPr>
        <w:keepNext/>
      </w:pPr>
      <w:r>
        <w:rPr>
          <w:noProof/>
          <w:lang w:eastAsia="cs-CZ"/>
        </w:rPr>
        <w:drawing>
          <wp:inline distT="0" distB="0" distL="0" distR="0" wp14:anchorId="1DF771CF" wp14:editId="088EF72C">
            <wp:extent cx="5972810" cy="2910205"/>
            <wp:effectExtent l="0" t="0" r="8890" b="4445"/>
            <wp:docPr id="2112413185" name="Obrázek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2413185" name="Obrázek 2112413185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2910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EB2AAE" w14:textId="1216E61C" w:rsidR="00B37605" w:rsidRDefault="00B37605" w:rsidP="00B37605">
      <w:pPr>
        <w:pStyle w:val="Titulek"/>
      </w:pPr>
      <w:r>
        <w:t xml:space="preserve">Obrázek </w:t>
      </w:r>
      <w:r>
        <w:fldChar w:fldCharType="begin"/>
      </w:r>
      <w:r>
        <w:instrText xml:space="preserve"> SEQ Obrázek \* ARABIC </w:instrText>
      </w:r>
      <w:r>
        <w:fldChar w:fldCharType="separate"/>
      </w:r>
      <w:r w:rsidR="00CB3137">
        <w:rPr>
          <w:noProof/>
        </w:rPr>
        <w:t>44</w:t>
      </w:r>
      <w:r>
        <w:fldChar w:fldCharType="end"/>
      </w:r>
      <w:r>
        <w:t xml:space="preserve"> Vytyčení prostoru vaší </w:t>
      </w:r>
      <w:proofErr w:type="gramStart"/>
      <w:r>
        <w:t>mapy - ukázka</w:t>
      </w:r>
      <w:proofErr w:type="gramEnd"/>
      <w:r>
        <w:t xml:space="preserve"> projekt Zámecký park</w:t>
      </w:r>
    </w:p>
    <w:p w14:paraId="44FC7756" w14:textId="0526F1AF" w:rsidR="00B37605" w:rsidRDefault="00B37605" w:rsidP="00B37605">
      <w:pPr>
        <w:pStyle w:val="Nadpis4"/>
      </w:pPr>
      <w:bookmarkStart w:id="37" w:name="_Toc223113870"/>
      <w:r>
        <w:t>Přidávání prvků do vlastní mapy: body, trasy, oblasti</w:t>
      </w:r>
      <w:bookmarkEnd w:id="37"/>
    </w:p>
    <w:p w14:paraId="11667836" w14:textId="77777777" w:rsidR="00B37605" w:rsidRDefault="00B37605" w:rsidP="00B37605">
      <w:pPr>
        <w:pStyle w:val="Normlnweb"/>
        <w:spacing w:before="120" w:after="0"/>
        <w:rPr>
          <w:rStyle w:val="Siln"/>
        </w:rPr>
      </w:pPr>
      <w:r>
        <w:rPr>
          <w:rStyle w:val="Siln"/>
        </w:rPr>
        <w:t>Body (značky)</w:t>
      </w:r>
    </w:p>
    <w:p w14:paraId="247AF263" w14:textId="08BAE3C6" w:rsidR="00B37605" w:rsidRDefault="00B37605" w:rsidP="00B37605">
      <w:r>
        <w:t xml:space="preserve">Klikněte do mapy a vložte bod. Zadejte název (např. lokalita + datum) a </w:t>
      </w:r>
      <w:r>
        <w:rPr>
          <w:rStyle w:val="Siln"/>
        </w:rPr>
        <w:t>stru</w:t>
      </w:r>
      <w:r w:rsidR="00AD11C0">
        <w:rPr>
          <w:rStyle w:val="Siln"/>
        </w:rPr>
        <w:t>čn</w:t>
      </w:r>
      <w:r>
        <w:rPr>
          <w:rStyle w:val="Siln"/>
        </w:rPr>
        <w:t>ý popis</w:t>
      </w:r>
      <w:r>
        <w:t xml:space="preserve"> (co zde sledujeme). Ikonu a barvu lze přizpůsobit.</w:t>
      </w:r>
    </w:p>
    <w:p w14:paraId="01BA85ED" w14:textId="77777777" w:rsidR="00B37605" w:rsidRDefault="00B37605" w:rsidP="00B37605">
      <w:pPr>
        <w:pStyle w:val="Normlnweb"/>
        <w:spacing w:before="120" w:after="0"/>
        <w:rPr>
          <w:rStyle w:val="Siln"/>
        </w:rPr>
      </w:pPr>
      <w:r>
        <w:rPr>
          <w:rStyle w:val="Siln"/>
        </w:rPr>
        <w:t>Trasy (linie)</w:t>
      </w:r>
    </w:p>
    <w:p w14:paraId="1BB19922" w14:textId="7FFEE388" w:rsidR="00B37605" w:rsidRDefault="00B37605" w:rsidP="00B37605">
      <w:r>
        <w:t>Vykreslete trasu procházky či přístupovou cestu. Můžete ji pojmenovat (datum, směr), přidejte stručnou poznámku (terén, povrch).</w:t>
      </w:r>
    </w:p>
    <w:p w14:paraId="5220165D" w14:textId="7B7455A1" w:rsidR="00B37605" w:rsidRDefault="00B37605" w:rsidP="00B37605">
      <w:pPr>
        <w:pStyle w:val="Normlnweb"/>
        <w:spacing w:before="120" w:after="0"/>
        <w:rPr>
          <w:rStyle w:val="Siln"/>
        </w:rPr>
      </w:pPr>
      <w:r>
        <w:rPr>
          <w:rStyle w:val="Siln"/>
        </w:rPr>
        <w:t>Oblasti (plochy)</w:t>
      </w:r>
    </w:p>
    <w:p w14:paraId="074C66AD" w14:textId="74112E09" w:rsidR="00B37605" w:rsidRDefault="00B37605" w:rsidP="00B37605">
      <w:r>
        <w:t>Vymezte zájmové území (část parku, remízek). Nastavte barvu výplně a obrys. Hodí se pro veřejnou vrstvu, kde nechceme zobrazit přesné body.</w:t>
      </w:r>
    </w:p>
    <w:p w14:paraId="6BD228AD" w14:textId="77777777" w:rsidR="00B37605" w:rsidRDefault="00B37605" w:rsidP="00B37605">
      <w:pPr>
        <w:pStyle w:val="Normlnweb"/>
        <w:spacing w:before="120" w:after="0"/>
        <w:rPr>
          <w:rStyle w:val="Siln"/>
        </w:rPr>
      </w:pPr>
      <w:r>
        <w:rPr>
          <w:rStyle w:val="Siln"/>
        </w:rPr>
        <w:t>Úpravy</w:t>
      </w:r>
    </w:p>
    <w:p w14:paraId="190BAC9A" w14:textId="42665B87" w:rsidR="00B37605" w:rsidRDefault="00B37605" w:rsidP="00B37605">
      <w:r>
        <w:t>Prvky lze kdykoli přesouvat, upravovat jejich popisek či styl, případně je mazat nebo duplikovat.</w:t>
      </w:r>
    </w:p>
    <w:p w14:paraId="50874A9B" w14:textId="77777777" w:rsidR="00B37605" w:rsidRDefault="00B37605" w:rsidP="00B37605">
      <w:pPr>
        <w:keepNext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06208" behindDoc="0" locked="0" layoutInCell="1" allowOverlap="1" wp14:anchorId="788BF9AF" wp14:editId="35C12D78">
                <wp:simplePos x="0" y="0"/>
                <wp:positionH relativeFrom="column">
                  <wp:posOffset>1495425</wp:posOffset>
                </wp:positionH>
                <wp:positionV relativeFrom="paragraph">
                  <wp:posOffset>476894</wp:posOffset>
                </wp:positionV>
                <wp:extent cx="2382592" cy="643944"/>
                <wp:effectExtent l="0" t="361950" r="0" b="346710"/>
                <wp:wrapNone/>
                <wp:docPr id="395799373" name="Šipka: doleva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75434">
                          <a:off x="0" y="0"/>
                          <a:ext cx="2382592" cy="643944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1723B1" w14:textId="0D9900B4" w:rsidR="00B37605" w:rsidRDefault="00B37605" w:rsidP="00B37605">
                            <w:pPr>
                              <w:jc w:val="center"/>
                            </w:pPr>
                            <w:r>
                              <w:t>Přidáváme bod do své mapy</w:t>
                            </w:r>
                          </w:p>
                          <w:p w14:paraId="7CCDC300" w14:textId="77777777" w:rsidR="00B37605" w:rsidRDefault="00B37605" w:rsidP="00B3760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8BF9AF" id="Šipka: doleva 205" o:spid="_x0000_s1062" type="#_x0000_t66" style="position:absolute;left:0;text-align:left;margin-left:117.75pt;margin-top:37.55pt;width:187.6pt;height:50.7pt;rotation:1611567fd;z-index:25180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" adj="2919" fillcolor="white [3201]" strokecolor="#f79646 [3209]" strokeweight="2pt">
                <v:textbox>
                  <w:txbxContent>
                    <w:p w14:paraId="7F1723B1" w14:textId="0D9900B4" w:rsidR="00B37605" w:rsidRDefault="00B37605" w:rsidP="00B37605">
                      <w:pPr>
                        <w:jc w:val="center"/>
                      </w:pPr>
                      <w:r>
                        <w:t>Přidáváme bod do své mapy</w:t>
                      </w:r>
                    </w:p>
                    <w:p w14:paraId="7CCDC300" w14:textId="77777777" w:rsidR="00B37605" w:rsidRDefault="00B37605" w:rsidP="00B3760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22618140" wp14:editId="3CBAE590">
            <wp:extent cx="5972810" cy="2118995"/>
            <wp:effectExtent l="0" t="0" r="8890" b="0"/>
            <wp:docPr id="799926498" name="Obrázek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9926498" name="Obrázek 799926498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2118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E45301" w14:textId="14AAB933" w:rsidR="00B37605" w:rsidRPr="008E42FB" w:rsidRDefault="00B37605" w:rsidP="00B37605">
      <w:pPr>
        <w:pStyle w:val="Titulek"/>
        <w:rPr>
          <w:lang w:eastAsia="cs-CZ"/>
        </w:rPr>
      </w:pPr>
      <w:r>
        <w:t xml:space="preserve">Obrázek </w:t>
      </w:r>
      <w:r>
        <w:fldChar w:fldCharType="begin"/>
      </w:r>
      <w:r>
        <w:instrText xml:space="preserve"> SEQ Obrázek \* ARABIC </w:instrText>
      </w:r>
      <w:r>
        <w:fldChar w:fldCharType="separate"/>
      </w:r>
      <w:r w:rsidR="00CB3137">
        <w:rPr>
          <w:noProof/>
        </w:rPr>
        <w:t>45</w:t>
      </w:r>
      <w:r>
        <w:fldChar w:fldCharType="end"/>
      </w:r>
      <w:r>
        <w:t xml:space="preserve"> Ukázka editace </w:t>
      </w:r>
      <w:proofErr w:type="gramStart"/>
      <w:r>
        <w:t>mapy - přidání</w:t>
      </w:r>
      <w:proofErr w:type="gramEnd"/>
      <w:r>
        <w:t xml:space="preserve"> bodu v mapě</w:t>
      </w:r>
    </w:p>
    <w:p w14:paraId="0C739E09" w14:textId="56AF915C" w:rsidR="008E42FB" w:rsidRDefault="00B37605" w:rsidP="00B37605">
      <w:pPr>
        <w:pStyle w:val="Nadpis4"/>
      </w:pPr>
      <w:bookmarkStart w:id="38" w:name="_Toc223113871"/>
      <w:r>
        <w:t>Export a sdílení mapy</w:t>
      </w:r>
      <w:bookmarkEnd w:id="38"/>
    </w:p>
    <w:p w14:paraId="6AEFE298" w14:textId="3D123C93" w:rsidR="00B3242D" w:rsidRDefault="00B3242D" w:rsidP="00B3242D">
      <w:pPr>
        <w:rPr>
          <w:lang w:eastAsia="cs-CZ"/>
        </w:rPr>
      </w:pPr>
      <w:r>
        <w:rPr>
          <w:lang w:eastAsia="cs-CZ"/>
        </w:rPr>
        <w:t>V našem kurzu se učíme vytvořit svojí vlastní mapu především proto, že ji následně využijeme jako základ vytvoření vlastního projektu v </w:t>
      </w:r>
      <w:proofErr w:type="spellStart"/>
      <w:r>
        <w:rPr>
          <w:lang w:eastAsia="cs-CZ"/>
        </w:rPr>
        <w:t>iNaturalist</w:t>
      </w:r>
      <w:proofErr w:type="spellEnd"/>
      <w:r>
        <w:rPr>
          <w:lang w:eastAsia="cs-CZ"/>
        </w:rPr>
        <w:t xml:space="preserve">. Takto vytvořená mapa nám umožní získat hranice a body pro území, na </w:t>
      </w:r>
      <w:proofErr w:type="gramStart"/>
      <w:r>
        <w:rPr>
          <w:lang w:eastAsia="cs-CZ"/>
        </w:rPr>
        <w:t>základě</w:t>
      </w:r>
      <w:proofErr w:type="gramEnd"/>
      <w:r>
        <w:rPr>
          <w:lang w:eastAsia="cs-CZ"/>
        </w:rPr>
        <w:t xml:space="preserve"> kterého založíme náš projekt.</w:t>
      </w:r>
    </w:p>
    <w:p w14:paraId="23ECAED0" w14:textId="76A031EC" w:rsidR="00B3242D" w:rsidRDefault="00B3242D" w:rsidP="00B3242D">
      <w:pPr>
        <w:rPr>
          <w:lang w:eastAsia="cs-CZ"/>
        </w:rPr>
      </w:pPr>
      <w:r>
        <w:rPr>
          <w:lang w:eastAsia="cs-CZ"/>
        </w:rPr>
        <w:t xml:space="preserve">Nicméně to, že nyní umíte vytvořit vlastní mapu a zadat do ní místa, která vás zajímají, má i další využití – buď takto jednoduše můžete sdílet například itinerář své cesty s rodinou a přáteli anebo si dokonce můžete takový itinerář předem připravit a na svých cestách se jím řídit (mapu vytvořenou v My </w:t>
      </w:r>
      <w:proofErr w:type="spellStart"/>
      <w:r>
        <w:rPr>
          <w:lang w:eastAsia="cs-CZ"/>
        </w:rPr>
        <w:t>Maps</w:t>
      </w:r>
      <w:proofErr w:type="spellEnd"/>
      <w:r>
        <w:rPr>
          <w:lang w:eastAsia="cs-CZ"/>
        </w:rPr>
        <w:t xml:space="preserve"> lze propojit se standardní mapovou navigací v telefonu</w:t>
      </w:r>
      <w:r w:rsidR="00AD11C0">
        <w:rPr>
          <w:lang w:eastAsia="cs-CZ"/>
        </w:rPr>
        <w:t>).</w:t>
      </w:r>
    </w:p>
    <w:p w14:paraId="46ACBFD2" w14:textId="72953C1E" w:rsidR="00B3242D" w:rsidRDefault="00B3242D" w:rsidP="00B3242D">
      <w:pPr>
        <w:rPr>
          <w:lang w:eastAsia="cs-CZ"/>
        </w:rPr>
      </w:pPr>
      <w:r>
        <w:rPr>
          <w:lang w:eastAsia="cs-CZ"/>
        </w:rPr>
        <w:t>V této kapitole si ukážeme, jak exportovat mapu, abychom ji mohli využít v </w:t>
      </w:r>
      <w:proofErr w:type="spellStart"/>
      <w:r>
        <w:rPr>
          <w:lang w:eastAsia="cs-CZ"/>
        </w:rPr>
        <w:t>iNaturalist</w:t>
      </w:r>
      <w:proofErr w:type="spellEnd"/>
      <w:r>
        <w:rPr>
          <w:lang w:eastAsia="cs-CZ"/>
        </w:rPr>
        <w:t xml:space="preserve"> a jak sdílet vytvořenou mapu s dalšími lidmi. Téma, jak propojit vlastní mapu s navigací v telefonu si vysvětlíme v další kapitole,</w:t>
      </w:r>
    </w:p>
    <w:p w14:paraId="50B8850E" w14:textId="77777777" w:rsidR="00B3242D" w:rsidRPr="00B3242D" w:rsidRDefault="00B3242D" w:rsidP="00B3242D">
      <w:pPr>
        <w:spacing w:before="120" w:after="0"/>
        <w:rPr>
          <w:b/>
          <w:bCs/>
          <w:lang w:eastAsia="cs-CZ"/>
        </w:rPr>
      </w:pPr>
      <w:r w:rsidRPr="00B3242D">
        <w:rPr>
          <w:b/>
          <w:bCs/>
          <w:lang w:eastAsia="cs-CZ"/>
        </w:rPr>
        <w:t>Proč exportovat a jaký formát zvolit</w:t>
      </w:r>
    </w:p>
    <w:p w14:paraId="51D5438D" w14:textId="6BCE406A" w:rsidR="00B3242D" w:rsidRPr="00B3242D" w:rsidRDefault="00B3242D" w:rsidP="00B3242D">
      <w:pPr>
        <w:rPr>
          <w:lang w:eastAsia="cs-CZ"/>
        </w:rPr>
      </w:pPr>
      <w:r w:rsidRPr="00B3242D">
        <w:rPr>
          <w:lang w:eastAsia="cs-CZ"/>
        </w:rPr>
        <w:t xml:space="preserve">V My </w:t>
      </w:r>
      <w:proofErr w:type="spellStart"/>
      <w:r w:rsidRPr="00B3242D">
        <w:rPr>
          <w:lang w:eastAsia="cs-CZ"/>
        </w:rPr>
        <w:t>Maps</w:t>
      </w:r>
      <w:proofErr w:type="spellEnd"/>
      <w:r w:rsidRPr="00B3242D">
        <w:rPr>
          <w:lang w:eastAsia="cs-CZ"/>
        </w:rPr>
        <w:t xml:space="preserve"> exportujeme především kvůli </w:t>
      </w:r>
      <w:r w:rsidRPr="00B3242D">
        <w:rPr>
          <w:b/>
          <w:bCs/>
          <w:lang w:eastAsia="cs-CZ"/>
        </w:rPr>
        <w:t>dalšímu zpracování</w:t>
      </w:r>
      <w:r w:rsidRPr="00B3242D">
        <w:rPr>
          <w:lang w:eastAsia="cs-CZ"/>
        </w:rPr>
        <w:t xml:space="preserve"> v jiných nástrojích nebo pro </w:t>
      </w:r>
      <w:r w:rsidRPr="00B3242D">
        <w:rPr>
          <w:b/>
          <w:bCs/>
          <w:lang w:eastAsia="cs-CZ"/>
        </w:rPr>
        <w:t>zálohu</w:t>
      </w:r>
      <w:r w:rsidRPr="00B3242D">
        <w:rPr>
          <w:lang w:eastAsia="cs-CZ"/>
        </w:rPr>
        <w:t>.</w:t>
      </w:r>
      <w:r>
        <w:rPr>
          <w:lang w:eastAsia="cs-CZ"/>
        </w:rPr>
        <w:t xml:space="preserve"> Formátů exportu je víc, ale pro nás je zajímavý formát KML, protože ten následně vložíme do projektu </w:t>
      </w:r>
      <w:proofErr w:type="spellStart"/>
      <w:r>
        <w:rPr>
          <w:lang w:eastAsia="cs-CZ"/>
        </w:rPr>
        <w:t>iNaturalist</w:t>
      </w:r>
      <w:proofErr w:type="spellEnd"/>
      <w:r>
        <w:rPr>
          <w:lang w:eastAsia="cs-CZ"/>
        </w:rPr>
        <w:t>.</w:t>
      </w:r>
    </w:p>
    <w:p w14:paraId="7D8D4D6A" w14:textId="60ED0E7C" w:rsidR="00B3242D" w:rsidRPr="00B3242D" w:rsidRDefault="00B3242D" w:rsidP="00B3242D">
      <w:pPr>
        <w:ind w:left="360"/>
        <w:rPr>
          <w:lang w:eastAsia="cs-CZ"/>
        </w:rPr>
      </w:pPr>
      <w:r w:rsidRPr="00B3242D">
        <w:rPr>
          <w:b/>
          <w:bCs/>
          <w:lang w:eastAsia="cs-CZ"/>
        </w:rPr>
        <w:t>KML (</w:t>
      </w:r>
      <w:proofErr w:type="spellStart"/>
      <w:r w:rsidRPr="00B3242D">
        <w:rPr>
          <w:b/>
          <w:bCs/>
          <w:lang w:eastAsia="cs-CZ"/>
        </w:rPr>
        <w:t>Keyhole</w:t>
      </w:r>
      <w:proofErr w:type="spellEnd"/>
      <w:r w:rsidRPr="00B3242D">
        <w:rPr>
          <w:b/>
          <w:bCs/>
          <w:lang w:eastAsia="cs-CZ"/>
        </w:rPr>
        <w:t xml:space="preserve"> </w:t>
      </w:r>
      <w:proofErr w:type="spellStart"/>
      <w:r w:rsidRPr="00B3242D">
        <w:rPr>
          <w:b/>
          <w:bCs/>
          <w:lang w:eastAsia="cs-CZ"/>
        </w:rPr>
        <w:t>Markup</w:t>
      </w:r>
      <w:proofErr w:type="spellEnd"/>
      <w:r w:rsidRPr="00B3242D">
        <w:rPr>
          <w:b/>
          <w:bCs/>
          <w:lang w:eastAsia="cs-CZ"/>
        </w:rPr>
        <w:t xml:space="preserve"> </w:t>
      </w:r>
      <w:proofErr w:type="spellStart"/>
      <w:r w:rsidRPr="00B3242D">
        <w:rPr>
          <w:b/>
          <w:bCs/>
          <w:lang w:eastAsia="cs-CZ"/>
        </w:rPr>
        <w:t>Language</w:t>
      </w:r>
      <w:proofErr w:type="spellEnd"/>
      <w:r w:rsidRPr="00B3242D">
        <w:rPr>
          <w:b/>
          <w:bCs/>
          <w:lang w:eastAsia="cs-CZ"/>
        </w:rPr>
        <w:t>)</w:t>
      </w:r>
      <w:r w:rsidRPr="00B3242D">
        <w:rPr>
          <w:lang w:eastAsia="cs-CZ"/>
        </w:rPr>
        <w:t xml:space="preserve"> – </w:t>
      </w:r>
      <w:r>
        <w:rPr>
          <w:lang w:eastAsia="cs-CZ"/>
        </w:rPr>
        <w:t xml:space="preserve">je formát </w:t>
      </w:r>
      <w:r w:rsidRPr="00B3242D">
        <w:rPr>
          <w:lang w:eastAsia="cs-CZ"/>
        </w:rPr>
        <w:t>vhodn</w:t>
      </w:r>
      <w:r>
        <w:rPr>
          <w:lang w:eastAsia="cs-CZ"/>
        </w:rPr>
        <w:t>ý</w:t>
      </w:r>
      <w:r w:rsidRPr="00B3242D">
        <w:rPr>
          <w:lang w:eastAsia="cs-CZ"/>
        </w:rPr>
        <w:t xml:space="preserve"> pro přenos </w:t>
      </w:r>
      <w:r w:rsidRPr="00B3242D">
        <w:rPr>
          <w:b/>
          <w:bCs/>
          <w:lang w:eastAsia="cs-CZ"/>
        </w:rPr>
        <w:t>geometrií</w:t>
      </w:r>
      <w:r w:rsidRPr="00B3242D">
        <w:rPr>
          <w:lang w:eastAsia="cs-CZ"/>
        </w:rPr>
        <w:t xml:space="preserve"> (hranice oblasti, linie tras, body) do jiných </w:t>
      </w:r>
      <w:r w:rsidRPr="00B3242D">
        <w:t>mapových</w:t>
      </w:r>
      <w:r w:rsidRPr="00B3242D">
        <w:rPr>
          <w:lang w:eastAsia="cs-CZ"/>
        </w:rPr>
        <w:t xml:space="preserve"> aplikací (např. </w:t>
      </w:r>
      <w:r w:rsidRPr="00B3242D">
        <w:rPr>
          <w:b/>
          <w:bCs/>
          <w:lang w:eastAsia="cs-CZ"/>
        </w:rPr>
        <w:t xml:space="preserve">Google </w:t>
      </w:r>
      <w:proofErr w:type="spellStart"/>
      <w:r w:rsidRPr="00B3242D">
        <w:rPr>
          <w:b/>
          <w:bCs/>
          <w:lang w:eastAsia="cs-CZ"/>
        </w:rPr>
        <w:t>Earth</w:t>
      </w:r>
      <w:proofErr w:type="spellEnd"/>
      <w:r w:rsidRPr="00B3242D">
        <w:rPr>
          <w:lang w:eastAsia="cs-CZ"/>
        </w:rPr>
        <w:t xml:space="preserve">) a pro vymezení </w:t>
      </w:r>
      <w:r>
        <w:rPr>
          <w:b/>
          <w:bCs/>
          <w:lang w:eastAsia="cs-CZ"/>
        </w:rPr>
        <w:t xml:space="preserve">vlastní lokality </w:t>
      </w:r>
      <w:r w:rsidRPr="00B3242D">
        <w:rPr>
          <w:lang w:eastAsia="cs-CZ"/>
        </w:rPr>
        <w:t xml:space="preserve">v </w:t>
      </w:r>
      <w:proofErr w:type="spellStart"/>
      <w:r w:rsidRPr="00B3242D">
        <w:rPr>
          <w:b/>
          <w:bCs/>
          <w:lang w:eastAsia="cs-CZ"/>
        </w:rPr>
        <w:t>iNaturalist</w:t>
      </w:r>
      <w:proofErr w:type="spellEnd"/>
      <w:r w:rsidRPr="00B3242D">
        <w:rPr>
          <w:lang w:eastAsia="cs-CZ"/>
        </w:rPr>
        <w:t xml:space="preserve"> (v kap. 6 si ukážeme, jak hranici lokality použít při zakládání projektu/filtru nad pozorováními).</w:t>
      </w:r>
    </w:p>
    <w:p w14:paraId="4D9B70CB" w14:textId="5F42F9F8" w:rsidR="00B3242D" w:rsidRDefault="00B3242D" w:rsidP="00B3242D">
      <w:pPr>
        <w:spacing w:before="120" w:after="0"/>
        <w:rPr>
          <w:b/>
          <w:bCs/>
          <w:lang w:eastAsia="cs-CZ"/>
        </w:rPr>
      </w:pPr>
      <w:r w:rsidRPr="00B3242D">
        <w:rPr>
          <w:b/>
          <w:bCs/>
          <w:lang w:eastAsia="cs-CZ"/>
        </w:rPr>
        <w:t xml:space="preserve">Jak na export v My </w:t>
      </w:r>
      <w:proofErr w:type="spellStart"/>
      <w:r w:rsidRPr="00B3242D">
        <w:rPr>
          <w:b/>
          <w:bCs/>
          <w:lang w:eastAsia="cs-CZ"/>
        </w:rPr>
        <w:t>Maps</w:t>
      </w:r>
      <w:proofErr w:type="spellEnd"/>
      <w:r w:rsidRPr="00B3242D">
        <w:rPr>
          <w:b/>
          <w:bCs/>
          <w:lang w:eastAsia="cs-CZ"/>
        </w:rPr>
        <w:t xml:space="preserve"> </w:t>
      </w:r>
    </w:p>
    <w:p w14:paraId="14422638" w14:textId="277C7590" w:rsidR="00B3242D" w:rsidRPr="00B3242D" w:rsidRDefault="00B3242D" w:rsidP="00B3242D">
      <w:pPr>
        <w:rPr>
          <w:lang w:eastAsia="cs-CZ"/>
        </w:rPr>
      </w:pPr>
      <w:r w:rsidRPr="00B3242D">
        <w:rPr>
          <w:lang w:eastAsia="cs-CZ"/>
        </w:rPr>
        <w:t xml:space="preserve">Otevřete mapu → u názvu vrstvy (nebo celé mapy) klikněte na </w:t>
      </w:r>
      <w:r w:rsidRPr="00B3242D">
        <w:rPr>
          <w:b/>
          <w:bCs/>
          <w:lang w:eastAsia="cs-CZ"/>
        </w:rPr>
        <w:t>tři tečky</w:t>
      </w:r>
      <w:r w:rsidRPr="00B3242D">
        <w:rPr>
          <w:lang w:eastAsia="cs-CZ"/>
        </w:rPr>
        <w:t xml:space="preserve"> → </w:t>
      </w:r>
      <w:r w:rsidRPr="00B3242D">
        <w:rPr>
          <w:b/>
          <w:bCs/>
          <w:lang w:eastAsia="cs-CZ"/>
        </w:rPr>
        <w:t>Exportovat do KML/KMZ</w:t>
      </w:r>
      <w:r w:rsidRPr="00B3242D">
        <w:rPr>
          <w:lang w:eastAsia="cs-CZ"/>
        </w:rPr>
        <w:t xml:space="preserve"> Zvolte, zda exportujete </w:t>
      </w:r>
      <w:r w:rsidRPr="00B3242D">
        <w:rPr>
          <w:b/>
          <w:bCs/>
          <w:lang w:eastAsia="cs-CZ"/>
        </w:rPr>
        <w:t>celou mapu</w:t>
      </w:r>
      <w:r w:rsidRPr="00B3242D">
        <w:rPr>
          <w:lang w:eastAsia="cs-CZ"/>
        </w:rPr>
        <w:t xml:space="preserve">, </w:t>
      </w:r>
      <w:r w:rsidRPr="00B3242D">
        <w:rPr>
          <w:b/>
          <w:bCs/>
          <w:lang w:eastAsia="cs-CZ"/>
        </w:rPr>
        <w:t>konkrétní vrstvu</w:t>
      </w:r>
      <w:r w:rsidRPr="00B3242D">
        <w:rPr>
          <w:lang w:eastAsia="cs-CZ"/>
        </w:rPr>
        <w:t xml:space="preserve">, nebo </w:t>
      </w:r>
      <w:r w:rsidRPr="00B3242D">
        <w:rPr>
          <w:b/>
          <w:bCs/>
          <w:lang w:eastAsia="cs-CZ"/>
        </w:rPr>
        <w:t>vybrané prvky</w:t>
      </w:r>
      <w:r w:rsidRPr="00B3242D">
        <w:rPr>
          <w:lang w:eastAsia="cs-CZ"/>
        </w:rPr>
        <w:t>.</w:t>
      </w:r>
    </w:p>
    <w:p w14:paraId="2B187503" w14:textId="77777777" w:rsidR="00B3242D" w:rsidRDefault="00B3242D" w:rsidP="00B3242D">
      <w:pPr>
        <w:rPr>
          <w:lang w:eastAsia="cs-CZ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07232" behindDoc="0" locked="0" layoutInCell="1" allowOverlap="1" wp14:anchorId="5B9D49A2" wp14:editId="4108E66D">
                <wp:simplePos x="0" y="0"/>
                <wp:positionH relativeFrom="column">
                  <wp:posOffset>3021822</wp:posOffset>
                </wp:positionH>
                <wp:positionV relativeFrom="paragraph">
                  <wp:posOffset>2428365</wp:posOffset>
                </wp:positionV>
                <wp:extent cx="2511380" cy="618186"/>
                <wp:effectExtent l="0" t="0" r="22860" b="10795"/>
                <wp:wrapNone/>
                <wp:docPr id="1119433981" name="Šipka: doleva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1380" cy="618186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099794" w14:textId="5526A394" w:rsidR="00B3242D" w:rsidRDefault="00B3242D" w:rsidP="00B3242D">
                            <w:pPr>
                              <w:jc w:val="center"/>
                            </w:pPr>
                            <w:r>
                              <w:t>Exportujeme mapu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9D49A2" id="Šipka: doleva 207" o:spid="_x0000_s1063" type="#_x0000_t66" style="position:absolute;left:0;text-align:left;margin-left:237.95pt;margin-top:191.2pt;width:197.75pt;height:48.7pt;z-index:25180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" adj="2658" fillcolor="white [3201]" strokecolor="#f79646 [3209]" strokeweight="2pt">
                <v:textbox>
                  <w:txbxContent>
                    <w:p w14:paraId="2E099794" w14:textId="5526A394" w:rsidR="00B3242D" w:rsidRDefault="00B3242D" w:rsidP="00B3242D">
                      <w:pPr>
                        <w:jc w:val="center"/>
                      </w:pPr>
                      <w:r>
                        <w:t>Exportujeme mapu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70D981AD" wp14:editId="6811D7F7">
            <wp:extent cx="5972810" cy="3651250"/>
            <wp:effectExtent l="0" t="0" r="8890" b="6350"/>
            <wp:docPr id="1754241561" name="Obrázek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4241561" name="Obrázek 1754241561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65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49EB8A" w14:textId="77777777" w:rsidR="00B3242D" w:rsidRDefault="00B3242D" w:rsidP="00B3242D">
      <w:pPr>
        <w:keepNext/>
      </w:pPr>
      <w:r>
        <w:rPr>
          <w:noProof/>
          <w:lang w:eastAsia="cs-CZ"/>
        </w:rPr>
        <w:drawing>
          <wp:inline distT="0" distB="0" distL="0" distR="0" wp14:anchorId="5A943821" wp14:editId="7493264B">
            <wp:extent cx="5924282" cy="2191077"/>
            <wp:effectExtent l="0" t="0" r="635" b="0"/>
            <wp:docPr id="2005728991" name="Obrázek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5728991" name="Obrázek 2005728991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932489" cy="2194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74BA0D" w14:textId="461B7775" w:rsidR="00B3242D" w:rsidRDefault="00D5445A" w:rsidP="00B3242D">
      <w:pPr>
        <w:pStyle w:val="Titulek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8256" behindDoc="0" locked="0" layoutInCell="1" allowOverlap="1" wp14:anchorId="73EE59B5" wp14:editId="183E56ED">
                <wp:simplePos x="0" y="0"/>
                <wp:positionH relativeFrom="column">
                  <wp:posOffset>3783259</wp:posOffset>
                </wp:positionH>
                <wp:positionV relativeFrom="paragraph">
                  <wp:posOffset>212019</wp:posOffset>
                </wp:positionV>
                <wp:extent cx="1233907" cy="380161"/>
                <wp:effectExtent l="19050" t="95250" r="4445" b="191770"/>
                <wp:wrapNone/>
                <wp:docPr id="798793843" name="Šipka: doleva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426576">
                          <a:off x="0" y="0"/>
                          <a:ext cx="1233907" cy="380161"/>
                        </a:xfrm>
                        <a:prstGeom prst="leftArrow">
                          <a:avLst>
                            <a:gd name="adj1" fmla="val 21814"/>
                            <a:gd name="adj2" fmla="val 67182"/>
                          </a:avLst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18E7B8" id="Šipka: doleva 210" o:spid="_x0000_s1026" type="#_x0000_t66" style="position:absolute;margin-left:297.9pt;margin-top:16.7pt;width:97.15pt;height:29.95pt;rotation:-1281692fd;z-index:25180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" adj="4471,8444" fillcolor="#f79646 [3209]" strokecolor="#f68c36 [3049]">
                <v:fill color2="#fbcaa2 [1625]" rotate="t" angle="180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 w:rsidR="00B3242D">
        <w:t xml:space="preserve">Obrázek </w:t>
      </w:r>
      <w:r w:rsidR="00B3242D">
        <w:fldChar w:fldCharType="begin"/>
      </w:r>
      <w:r w:rsidR="00B3242D">
        <w:instrText xml:space="preserve"> SEQ Obrázek \* ARABIC </w:instrText>
      </w:r>
      <w:r w:rsidR="00B3242D">
        <w:fldChar w:fldCharType="separate"/>
      </w:r>
      <w:r w:rsidR="00CB3137">
        <w:rPr>
          <w:noProof/>
        </w:rPr>
        <w:t>46</w:t>
      </w:r>
      <w:r w:rsidR="00B3242D">
        <w:fldChar w:fldCharType="end"/>
      </w:r>
      <w:r w:rsidR="00B3242D">
        <w:t xml:space="preserve"> Dialogové okno exportu mapy, exportovaný soubor se automaticky uloží do složky STAŽENÉ SOUBORY</w:t>
      </w:r>
    </w:p>
    <w:p w14:paraId="5CB45168" w14:textId="07C34425" w:rsidR="00B3242D" w:rsidRPr="00B3242D" w:rsidRDefault="00B3242D" w:rsidP="00B3242D">
      <w:r>
        <w:rPr>
          <w:noProof/>
        </w:rPr>
        <w:drawing>
          <wp:inline distT="0" distB="0" distL="0" distR="0" wp14:anchorId="7BA0BA23" wp14:editId="4018E651">
            <wp:extent cx="5899453" cy="1270065"/>
            <wp:effectExtent l="0" t="0" r="6350" b="6350"/>
            <wp:docPr id="1737867815" name="Obrázek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7867815" name="Obrázek 1737867815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899453" cy="127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C0E957" w14:textId="011A13DC" w:rsidR="00B3242D" w:rsidRPr="00B3242D" w:rsidRDefault="00B3242D" w:rsidP="00B3242D">
      <w:pPr>
        <w:rPr>
          <w:lang w:eastAsia="cs-CZ"/>
        </w:rPr>
      </w:pPr>
      <w:r w:rsidRPr="00B3242D">
        <w:rPr>
          <w:lang w:eastAsia="cs-CZ"/>
        </w:rPr>
        <w:t xml:space="preserve">Poznámka k </w:t>
      </w:r>
      <w:proofErr w:type="spellStart"/>
      <w:r w:rsidRPr="00B3242D">
        <w:rPr>
          <w:lang w:eastAsia="cs-CZ"/>
        </w:rPr>
        <w:t>iNaturalist</w:t>
      </w:r>
      <w:proofErr w:type="spellEnd"/>
      <w:r w:rsidRPr="00B3242D">
        <w:rPr>
          <w:lang w:eastAsia="cs-CZ"/>
        </w:rPr>
        <w:t xml:space="preserve">: pro vymezení </w:t>
      </w:r>
      <w:r w:rsidRPr="00B3242D">
        <w:rPr>
          <w:b/>
          <w:bCs/>
          <w:lang w:eastAsia="cs-CZ"/>
        </w:rPr>
        <w:t>hranice projektu</w:t>
      </w:r>
      <w:r w:rsidRPr="00B3242D">
        <w:rPr>
          <w:lang w:eastAsia="cs-CZ"/>
        </w:rPr>
        <w:t xml:space="preserve"> se hodí </w:t>
      </w:r>
      <w:r w:rsidRPr="00B3242D">
        <w:rPr>
          <w:b/>
          <w:bCs/>
          <w:lang w:eastAsia="cs-CZ"/>
        </w:rPr>
        <w:t>KML s polygonem</w:t>
      </w:r>
      <w:r w:rsidRPr="00B3242D">
        <w:rPr>
          <w:lang w:eastAsia="cs-CZ"/>
        </w:rPr>
        <w:t xml:space="preserve"> (oblast). V kap. 6 ukážeme, jak z KML vytvořit „place“ (místo) a jak ho přiřadit projektu/filtru. Pro běžný přenos jednotlivých pozorování mezi nástroji je praktičtější </w:t>
      </w:r>
      <w:r w:rsidRPr="00B3242D">
        <w:rPr>
          <w:b/>
          <w:bCs/>
          <w:lang w:eastAsia="cs-CZ"/>
        </w:rPr>
        <w:t>CSV</w:t>
      </w:r>
      <w:r w:rsidRPr="00B3242D">
        <w:rPr>
          <w:lang w:eastAsia="cs-CZ"/>
        </w:rPr>
        <w:t>.</w:t>
      </w:r>
    </w:p>
    <w:p w14:paraId="2BC494E2" w14:textId="6F3F7891" w:rsidR="00B3242D" w:rsidRPr="00B3242D" w:rsidRDefault="00B3242D" w:rsidP="00D5445A">
      <w:pPr>
        <w:tabs>
          <w:tab w:val="num" w:pos="360"/>
        </w:tabs>
        <w:spacing w:before="120" w:after="0"/>
        <w:rPr>
          <w:b/>
          <w:bCs/>
          <w:lang w:eastAsia="cs-CZ"/>
        </w:rPr>
      </w:pPr>
      <w:r w:rsidRPr="00B3242D">
        <w:rPr>
          <w:b/>
          <w:bCs/>
          <w:lang w:eastAsia="cs-CZ"/>
        </w:rPr>
        <w:t xml:space="preserve">Sdílení mapy s ostatními </w:t>
      </w:r>
    </w:p>
    <w:p w14:paraId="2F90799E" w14:textId="17B271E0" w:rsidR="00B3242D" w:rsidRPr="00B3242D" w:rsidRDefault="00B3242D" w:rsidP="00B3242D">
      <w:pPr>
        <w:rPr>
          <w:lang w:eastAsia="cs-CZ"/>
        </w:rPr>
      </w:pPr>
      <w:r w:rsidRPr="00B3242D">
        <w:rPr>
          <w:lang w:eastAsia="cs-CZ"/>
        </w:rPr>
        <w:t xml:space="preserve">Chcete-li, aby mapu viděli </w:t>
      </w:r>
      <w:r w:rsidR="00D5445A">
        <w:rPr>
          <w:lang w:eastAsia="cs-CZ"/>
        </w:rPr>
        <w:t>další uživatelé</w:t>
      </w:r>
      <w:r w:rsidRPr="00B3242D">
        <w:rPr>
          <w:lang w:eastAsia="cs-CZ"/>
        </w:rPr>
        <w:t xml:space="preserve">, použijte </w:t>
      </w:r>
      <w:r w:rsidRPr="00B3242D">
        <w:rPr>
          <w:b/>
          <w:bCs/>
          <w:lang w:eastAsia="cs-CZ"/>
        </w:rPr>
        <w:t>sdílení odkazem</w:t>
      </w:r>
      <w:r w:rsidRPr="00B3242D">
        <w:rPr>
          <w:lang w:eastAsia="cs-CZ"/>
        </w:rPr>
        <w:t>:</w:t>
      </w:r>
    </w:p>
    <w:p w14:paraId="5496823B" w14:textId="60033EE0" w:rsidR="00B3242D" w:rsidRPr="00B3242D" w:rsidRDefault="00B3242D" w:rsidP="00D5445A">
      <w:pPr>
        <w:pStyle w:val="OdrkyMSWORD"/>
        <w:rPr>
          <w:lang w:eastAsia="cs-CZ"/>
        </w:rPr>
      </w:pPr>
      <w:r w:rsidRPr="00B3242D">
        <w:rPr>
          <w:lang w:eastAsia="cs-CZ"/>
        </w:rPr>
        <w:t xml:space="preserve">V pravém panelu My </w:t>
      </w:r>
      <w:proofErr w:type="spellStart"/>
      <w:r w:rsidRPr="00B3242D">
        <w:rPr>
          <w:lang w:eastAsia="cs-CZ"/>
        </w:rPr>
        <w:t>Maps</w:t>
      </w:r>
      <w:proofErr w:type="spellEnd"/>
      <w:r w:rsidRPr="00B3242D">
        <w:rPr>
          <w:lang w:eastAsia="cs-CZ"/>
        </w:rPr>
        <w:t xml:space="preserve"> klikněte na </w:t>
      </w:r>
      <w:r w:rsidRPr="00B3242D">
        <w:rPr>
          <w:b/>
          <w:bCs/>
          <w:lang w:eastAsia="cs-CZ"/>
        </w:rPr>
        <w:t>Sdílet</w:t>
      </w:r>
      <w:r w:rsidRPr="00B3242D">
        <w:rPr>
          <w:lang w:eastAsia="cs-CZ"/>
        </w:rPr>
        <w:t>.</w:t>
      </w:r>
    </w:p>
    <w:p w14:paraId="2D0EF77D" w14:textId="25106B2A" w:rsidR="00B3242D" w:rsidRPr="00B3242D" w:rsidRDefault="00B3242D" w:rsidP="00D5445A">
      <w:pPr>
        <w:pStyle w:val="OdrkyMSWORD"/>
        <w:rPr>
          <w:lang w:eastAsia="cs-CZ"/>
        </w:rPr>
      </w:pPr>
      <w:proofErr w:type="gramStart"/>
      <w:r w:rsidRPr="00B3242D">
        <w:rPr>
          <w:lang w:eastAsia="cs-CZ"/>
        </w:rPr>
        <w:t>Zvolte</w:t>
      </w:r>
      <w:proofErr w:type="gramEnd"/>
      <w:r w:rsidRPr="00B3242D">
        <w:rPr>
          <w:lang w:eastAsia="cs-CZ"/>
        </w:rPr>
        <w:t xml:space="preserve"> </w:t>
      </w:r>
      <w:r w:rsidRPr="00B3242D">
        <w:rPr>
          <w:b/>
          <w:bCs/>
          <w:lang w:eastAsia="cs-CZ"/>
        </w:rPr>
        <w:t>Kdo může mapu vidět</w:t>
      </w:r>
      <w:r w:rsidRPr="00B3242D">
        <w:rPr>
          <w:lang w:eastAsia="cs-CZ"/>
        </w:rPr>
        <w:t>: „Pouze pro zobrazení“ doporučujeme pro širší okruh; „Může upravovat“ jen pro užší tým.</w:t>
      </w:r>
    </w:p>
    <w:p w14:paraId="32393906" w14:textId="6CA242C4" w:rsidR="00B3242D" w:rsidRPr="00B3242D" w:rsidRDefault="00B3242D" w:rsidP="00D5445A">
      <w:pPr>
        <w:pStyle w:val="OdrkyMSWORD"/>
        <w:rPr>
          <w:lang w:eastAsia="cs-CZ"/>
        </w:rPr>
      </w:pPr>
      <w:r w:rsidRPr="00B3242D">
        <w:rPr>
          <w:lang w:eastAsia="cs-CZ"/>
        </w:rPr>
        <w:t>Odkaz zkopírujte a pošlete e-mailem či zprávou.</w:t>
      </w:r>
    </w:p>
    <w:p w14:paraId="51A3C68F" w14:textId="1B9DB2A1" w:rsidR="00B3242D" w:rsidRPr="00B3242D" w:rsidRDefault="00B3242D" w:rsidP="00D5445A">
      <w:pPr>
        <w:pStyle w:val="Nadpis3"/>
      </w:pPr>
      <w:bookmarkStart w:id="39" w:name="_Toc223113872"/>
      <w:r w:rsidRPr="00B3242D">
        <w:t xml:space="preserve">My </w:t>
      </w:r>
      <w:proofErr w:type="spellStart"/>
      <w:r w:rsidRPr="00B3242D">
        <w:t>Maps</w:t>
      </w:r>
      <w:proofErr w:type="spellEnd"/>
      <w:r w:rsidRPr="00B3242D">
        <w:t xml:space="preserve"> a Google Mapy: </w:t>
      </w:r>
      <w:r w:rsidR="00D5445A">
        <w:t>propojení v</w:t>
      </w:r>
      <w:r w:rsidRPr="00B3242D">
        <w:t xml:space="preserve"> navigaci</w:t>
      </w:r>
      <w:bookmarkEnd w:id="39"/>
    </w:p>
    <w:p w14:paraId="35D830C5" w14:textId="12E5168B" w:rsidR="00D5445A" w:rsidRDefault="00B3242D" w:rsidP="00B3242D">
      <w:pPr>
        <w:rPr>
          <w:lang w:eastAsia="cs-CZ"/>
        </w:rPr>
      </w:pPr>
      <w:r w:rsidRPr="00B3242D">
        <w:rPr>
          <w:lang w:eastAsia="cs-CZ"/>
        </w:rPr>
        <w:t>Dobrá zpráva</w:t>
      </w:r>
      <w:r w:rsidR="00D5445A" w:rsidRPr="00D5445A">
        <w:rPr>
          <w:lang w:eastAsia="cs-CZ"/>
        </w:rPr>
        <w:t xml:space="preserve"> je, že </w:t>
      </w:r>
      <w:r w:rsidRPr="00B3242D">
        <w:rPr>
          <w:lang w:eastAsia="cs-CZ"/>
        </w:rPr>
        <w:t xml:space="preserve">vlastní mapu z </w:t>
      </w:r>
      <w:r w:rsidRPr="00B3242D">
        <w:rPr>
          <w:b/>
          <w:bCs/>
          <w:lang w:eastAsia="cs-CZ"/>
        </w:rPr>
        <w:t xml:space="preserve">My </w:t>
      </w:r>
      <w:proofErr w:type="spellStart"/>
      <w:r w:rsidRPr="00B3242D">
        <w:rPr>
          <w:b/>
          <w:bCs/>
          <w:lang w:eastAsia="cs-CZ"/>
        </w:rPr>
        <w:t>Maps</w:t>
      </w:r>
      <w:proofErr w:type="spellEnd"/>
      <w:r w:rsidRPr="00B3242D">
        <w:rPr>
          <w:lang w:eastAsia="cs-CZ"/>
        </w:rPr>
        <w:t xml:space="preserve"> lze </w:t>
      </w:r>
      <w:r w:rsidRPr="00B3242D">
        <w:rPr>
          <w:b/>
          <w:bCs/>
          <w:lang w:eastAsia="cs-CZ"/>
        </w:rPr>
        <w:t>otevřít v aplikaci Google Mapy</w:t>
      </w:r>
      <w:r w:rsidRPr="00B3242D">
        <w:rPr>
          <w:lang w:eastAsia="cs-CZ"/>
        </w:rPr>
        <w:t xml:space="preserve"> v mobilu a z</w:t>
      </w:r>
      <w:r w:rsidR="00D5445A">
        <w:rPr>
          <w:lang w:eastAsia="cs-CZ"/>
        </w:rPr>
        <w:t> </w:t>
      </w:r>
      <w:r w:rsidRPr="00B3242D">
        <w:rPr>
          <w:lang w:eastAsia="cs-CZ"/>
        </w:rPr>
        <w:t xml:space="preserve">jednotlivých bodů pak spustit </w:t>
      </w:r>
      <w:r w:rsidRPr="00B3242D">
        <w:rPr>
          <w:b/>
          <w:bCs/>
          <w:lang w:eastAsia="cs-CZ"/>
        </w:rPr>
        <w:t>navigaci</w:t>
      </w:r>
      <w:r w:rsidRPr="00B3242D">
        <w:rPr>
          <w:lang w:eastAsia="cs-CZ"/>
        </w:rPr>
        <w:t>.</w:t>
      </w:r>
    </w:p>
    <w:p w14:paraId="13053B43" w14:textId="4CB67B71" w:rsidR="00B3242D" w:rsidRPr="00B3242D" w:rsidRDefault="00B3242D" w:rsidP="00B3242D">
      <w:pPr>
        <w:rPr>
          <w:lang w:eastAsia="cs-CZ"/>
        </w:rPr>
      </w:pPr>
      <w:r w:rsidRPr="00B3242D">
        <w:rPr>
          <w:b/>
          <w:bCs/>
          <w:lang w:eastAsia="cs-CZ"/>
        </w:rPr>
        <w:t>Důležité omezení:</w:t>
      </w:r>
      <w:r w:rsidRPr="00B3242D">
        <w:rPr>
          <w:lang w:eastAsia="cs-CZ"/>
        </w:rPr>
        <w:t xml:space="preserve"> My </w:t>
      </w:r>
      <w:proofErr w:type="spellStart"/>
      <w:r w:rsidRPr="00B3242D">
        <w:rPr>
          <w:lang w:eastAsia="cs-CZ"/>
        </w:rPr>
        <w:t>Maps</w:t>
      </w:r>
      <w:proofErr w:type="spellEnd"/>
      <w:r w:rsidRPr="00B3242D">
        <w:rPr>
          <w:lang w:eastAsia="cs-CZ"/>
        </w:rPr>
        <w:t xml:space="preserve"> </w:t>
      </w:r>
      <w:r w:rsidRPr="00B3242D">
        <w:rPr>
          <w:b/>
          <w:bCs/>
          <w:lang w:eastAsia="cs-CZ"/>
        </w:rPr>
        <w:t>není</w:t>
      </w:r>
      <w:r w:rsidRPr="00B3242D">
        <w:rPr>
          <w:lang w:eastAsia="cs-CZ"/>
        </w:rPr>
        <w:t xml:space="preserve"> „živá vrstva“ v navigaci a </w:t>
      </w:r>
      <w:r w:rsidRPr="00B3242D">
        <w:rPr>
          <w:b/>
          <w:bCs/>
          <w:lang w:eastAsia="cs-CZ"/>
        </w:rPr>
        <w:t xml:space="preserve">nelze ji stáhnout jako </w:t>
      </w:r>
      <w:proofErr w:type="spellStart"/>
      <w:r w:rsidRPr="00B3242D">
        <w:rPr>
          <w:b/>
          <w:bCs/>
          <w:lang w:eastAsia="cs-CZ"/>
        </w:rPr>
        <w:t>offline</w:t>
      </w:r>
      <w:proofErr w:type="spellEnd"/>
      <w:r w:rsidRPr="00B3242D">
        <w:rPr>
          <w:b/>
          <w:bCs/>
          <w:lang w:eastAsia="cs-CZ"/>
        </w:rPr>
        <w:t xml:space="preserve"> navigační mapu</w:t>
      </w:r>
      <w:r w:rsidRPr="00B3242D">
        <w:rPr>
          <w:lang w:eastAsia="cs-CZ"/>
        </w:rPr>
        <w:t xml:space="preserve">. </w:t>
      </w:r>
    </w:p>
    <w:p w14:paraId="4ABF2E9D" w14:textId="20888D64" w:rsidR="00B3242D" w:rsidRPr="00B3242D" w:rsidRDefault="00B3242D" w:rsidP="00B3242D">
      <w:pPr>
        <w:rPr>
          <w:lang w:eastAsia="cs-CZ"/>
        </w:rPr>
      </w:pPr>
      <w:r w:rsidRPr="00B3242D">
        <w:rPr>
          <w:b/>
          <w:bCs/>
          <w:lang w:eastAsia="cs-CZ"/>
        </w:rPr>
        <w:t>Postup v</w:t>
      </w:r>
      <w:r w:rsidR="00D5445A">
        <w:rPr>
          <w:b/>
          <w:bCs/>
          <w:lang w:eastAsia="cs-CZ"/>
        </w:rPr>
        <w:t xml:space="preserve"> propojení vlastní mapy s Google </w:t>
      </w:r>
      <w:proofErr w:type="spellStart"/>
      <w:r w:rsidR="00D5445A">
        <w:rPr>
          <w:b/>
          <w:bCs/>
          <w:lang w:eastAsia="cs-CZ"/>
        </w:rPr>
        <w:t>maps</w:t>
      </w:r>
      <w:proofErr w:type="spellEnd"/>
      <w:r w:rsidR="00D5445A">
        <w:rPr>
          <w:b/>
          <w:bCs/>
          <w:lang w:eastAsia="cs-CZ"/>
        </w:rPr>
        <w:t xml:space="preserve"> v</w:t>
      </w:r>
      <w:r w:rsidRPr="00B3242D">
        <w:rPr>
          <w:b/>
          <w:bCs/>
          <w:lang w:eastAsia="cs-CZ"/>
        </w:rPr>
        <w:t xml:space="preserve"> mobilu (Android/iOS):</w:t>
      </w:r>
    </w:p>
    <w:p w14:paraId="236C1C7F" w14:textId="0836F27C" w:rsidR="00B3242D" w:rsidRPr="00B3242D" w:rsidRDefault="00D5445A" w:rsidP="00D5445A">
      <w:pPr>
        <w:pStyle w:val="OdrkyMSWORD"/>
        <w:rPr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809280" behindDoc="0" locked="0" layoutInCell="1" allowOverlap="1" wp14:anchorId="0E5FE52E" wp14:editId="6A2DA569">
            <wp:simplePos x="0" y="0"/>
            <wp:positionH relativeFrom="column">
              <wp:posOffset>4547504</wp:posOffset>
            </wp:positionH>
            <wp:positionV relativeFrom="paragraph">
              <wp:posOffset>56721</wp:posOffset>
            </wp:positionV>
            <wp:extent cx="1694180" cy="3354705"/>
            <wp:effectExtent l="0" t="0" r="1270" b="0"/>
            <wp:wrapSquare wrapText="bothSides"/>
            <wp:docPr id="1429836860" name="Obrázek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9836860" name="Obrázek 1429836860"/>
                    <pic:cNvPicPr/>
                  </pic:nvPicPr>
                  <pic:blipFill rotWithShape="1">
                    <a:blip r:embed="rId77"/>
                    <a:srcRect t="36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4180" cy="3354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242D" w:rsidRPr="00B3242D">
        <w:rPr>
          <w:lang w:eastAsia="cs-CZ"/>
        </w:rPr>
        <w:t xml:space="preserve">Otevřete aplikaci </w:t>
      </w:r>
      <w:r w:rsidR="00B3242D" w:rsidRPr="00B3242D">
        <w:rPr>
          <w:b/>
          <w:bCs/>
          <w:lang w:eastAsia="cs-CZ"/>
        </w:rPr>
        <w:t>Google Mapy</w:t>
      </w:r>
      <w:r w:rsidR="00B3242D" w:rsidRPr="00B3242D">
        <w:rPr>
          <w:lang w:eastAsia="cs-CZ"/>
        </w:rPr>
        <w:t xml:space="preserve"> → panel </w:t>
      </w:r>
      <w:r w:rsidR="00B3242D" w:rsidRPr="00B3242D">
        <w:rPr>
          <w:b/>
          <w:bCs/>
          <w:lang w:eastAsia="cs-CZ"/>
        </w:rPr>
        <w:t>Uloženo</w:t>
      </w:r>
      <w:r w:rsidR="00B3242D" w:rsidRPr="00B3242D">
        <w:rPr>
          <w:lang w:eastAsia="cs-CZ"/>
        </w:rPr>
        <w:t xml:space="preserve"> (nebo „Vaše místa“) → záložka </w:t>
      </w:r>
      <w:r w:rsidR="00B3242D" w:rsidRPr="00B3242D">
        <w:rPr>
          <w:b/>
          <w:bCs/>
          <w:lang w:eastAsia="cs-CZ"/>
        </w:rPr>
        <w:t>Mapy</w:t>
      </w:r>
      <w:r w:rsidR="00B3242D" w:rsidRPr="00B3242D">
        <w:rPr>
          <w:lang w:eastAsia="cs-CZ"/>
        </w:rPr>
        <w:t>.</w:t>
      </w:r>
    </w:p>
    <w:p w14:paraId="058DF75A" w14:textId="383945C9" w:rsidR="00B3242D" w:rsidRPr="00B3242D" w:rsidRDefault="00B3242D" w:rsidP="00D5445A">
      <w:pPr>
        <w:pStyle w:val="OdrkyMSWORD"/>
        <w:rPr>
          <w:lang w:eastAsia="cs-CZ"/>
        </w:rPr>
      </w:pPr>
      <w:r w:rsidRPr="00B3242D">
        <w:rPr>
          <w:lang w:eastAsia="cs-CZ"/>
        </w:rPr>
        <w:t xml:space="preserve">Zobrazí se vaše mapy z My </w:t>
      </w:r>
      <w:proofErr w:type="spellStart"/>
      <w:r w:rsidRPr="00B3242D">
        <w:rPr>
          <w:lang w:eastAsia="cs-CZ"/>
        </w:rPr>
        <w:t>Maps</w:t>
      </w:r>
      <w:proofErr w:type="spellEnd"/>
      <w:r w:rsidRPr="00B3242D">
        <w:rPr>
          <w:lang w:eastAsia="cs-CZ"/>
        </w:rPr>
        <w:t xml:space="preserve">. Vyberte mapu → klepněte na </w:t>
      </w:r>
      <w:r w:rsidRPr="00B3242D">
        <w:rPr>
          <w:b/>
          <w:bCs/>
          <w:lang w:eastAsia="cs-CZ"/>
        </w:rPr>
        <w:t>konkrétní bod</w:t>
      </w:r>
      <w:r w:rsidRPr="00B3242D">
        <w:rPr>
          <w:lang w:eastAsia="cs-CZ"/>
        </w:rPr>
        <w:t xml:space="preserve"> → </w:t>
      </w:r>
      <w:r w:rsidRPr="00B3242D">
        <w:rPr>
          <w:b/>
          <w:bCs/>
          <w:lang w:eastAsia="cs-CZ"/>
        </w:rPr>
        <w:t>Trasa</w:t>
      </w:r>
      <w:r w:rsidRPr="00B3242D">
        <w:rPr>
          <w:lang w:eastAsia="cs-CZ"/>
        </w:rPr>
        <w:t xml:space="preserve"> (spustí se běžná navigace Google Map).</w:t>
      </w:r>
    </w:p>
    <w:p w14:paraId="3256E88D" w14:textId="77777777" w:rsidR="00B3242D" w:rsidRDefault="00B3242D" w:rsidP="00290105">
      <w:pPr>
        <w:numPr>
          <w:ilvl w:val="0"/>
          <w:numId w:val="61"/>
        </w:numPr>
        <w:rPr>
          <w:lang w:eastAsia="cs-CZ"/>
        </w:rPr>
      </w:pPr>
      <w:r w:rsidRPr="00B3242D">
        <w:rPr>
          <w:lang w:eastAsia="cs-CZ"/>
        </w:rPr>
        <w:t xml:space="preserve">Chcete-li navigovat </w:t>
      </w:r>
      <w:r w:rsidRPr="00B3242D">
        <w:rPr>
          <w:b/>
          <w:bCs/>
          <w:lang w:eastAsia="cs-CZ"/>
        </w:rPr>
        <w:t>bez internetu</w:t>
      </w:r>
      <w:r w:rsidRPr="00B3242D">
        <w:rPr>
          <w:lang w:eastAsia="cs-CZ"/>
        </w:rPr>
        <w:t xml:space="preserve">, v Google Mapách si předem stáhněte </w:t>
      </w:r>
      <w:proofErr w:type="spellStart"/>
      <w:r w:rsidRPr="00B3242D">
        <w:rPr>
          <w:b/>
          <w:bCs/>
          <w:lang w:eastAsia="cs-CZ"/>
        </w:rPr>
        <w:t>offline</w:t>
      </w:r>
      <w:proofErr w:type="spellEnd"/>
      <w:r w:rsidRPr="00B3242D">
        <w:rPr>
          <w:b/>
          <w:bCs/>
          <w:lang w:eastAsia="cs-CZ"/>
        </w:rPr>
        <w:t xml:space="preserve"> oblast</w:t>
      </w:r>
      <w:r w:rsidRPr="00B3242D">
        <w:rPr>
          <w:lang w:eastAsia="cs-CZ"/>
        </w:rPr>
        <w:t xml:space="preserve">: profilová ikona → </w:t>
      </w:r>
      <w:proofErr w:type="spellStart"/>
      <w:r w:rsidRPr="00B3242D">
        <w:rPr>
          <w:b/>
          <w:bCs/>
          <w:lang w:eastAsia="cs-CZ"/>
        </w:rPr>
        <w:t>Offline</w:t>
      </w:r>
      <w:proofErr w:type="spellEnd"/>
      <w:r w:rsidRPr="00B3242D">
        <w:rPr>
          <w:b/>
          <w:bCs/>
          <w:lang w:eastAsia="cs-CZ"/>
        </w:rPr>
        <w:t xml:space="preserve"> mapy</w:t>
      </w:r>
      <w:r w:rsidRPr="00B3242D">
        <w:rPr>
          <w:lang w:eastAsia="cs-CZ"/>
        </w:rPr>
        <w:t xml:space="preserve"> → </w:t>
      </w:r>
      <w:r w:rsidRPr="00B3242D">
        <w:rPr>
          <w:b/>
          <w:bCs/>
          <w:lang w:eastAsia="cs-CZ"/>
        </w:rPr>
        <w:t>Vybrat vlastní mapu</w:t>
      </w:r>
      <w:r w:rsidRPr="00B3242D">
        <w:rPr>
          <w:lang w:eastAsia="cs-CZ"/>
        </w:rPr>
        <w:t xml:space="preserve">. (Značky z My </w:t>
      </w:r>
      <w:proofErr w:type="spellStart"/>
      <w:r w:rsidRPr="00B3242D">
        <w:rPr>
          <w:lang w:eastAsia="cs-CZ"/>
        </w:rPr>
        <w:t>Maps</w:t>
      </w:r>
      <w:proofErr w:type="spellEnd"/>
      <w:r w:rsidRPr="00B3242D">
        <w:rPr>
          <w:lang w:eastAsia="cs-CZ"/>
        </w:rPr>
        <w:t xml:space="preserve"> se v </w:t>
      </w:r>
      <w:proofErr w:type="spellStart"/>
      <w:r w:rsidRPr="00B3242D">
        <w:rPr>
          <w:lang w:eastAsia="cs-CZ"/>
        </w:rPr>
        <w:t>offline</w:t>
      </w:r>
      <w:proofErr w:type="spellEnd"/>
      <w:r w:rsidRPr="00B3242D">
        <w:rPr>
          <w:lang w:eastAsia="cs-CZ"/>
        </w:rPr>
        <w:t xml:space="preserve"> režimu nezobrazí, ale trasu do známého cíle lze spustit, pokud je bod uložen/známý.)</w:t>
      </w:r>
    </w:p>
    <w:p w14:paraId="4B242D2F" w14:textId="2F1CBC18" w:rsidR="00B3242D" w:rsidRPr="00B3242D" w:rsidRDefault="00B3242D" w:rsidP="00B3242D">
      <w:pPr>
        <w:rPr>
          <w:lang w:eastAsia="cs-CZ"/>
        </w:rPr>
      </w:pPr>
      <w:r w:rsidRPr="00B3242D">
        <w:rPr>
          <w:b/>
          <w:bCs/>
          <w:lang w:eastAsia="cs-CZ"/>
        </w:rPr>
        <w:t xml:space="preserve">Doporučený </w:t>
      </w:r>
      <w:r w:rsidR="00D5445A">
        <w:rPr>
          <w:b/>
          <w:bCs/>
          <w:lang w:eastAsia="cs-CZ"/>
        </w:rPr>
        <w:t>postup práce s mapami</w:t>
      </w:r>
      <w:r w:rsidRPr="00B3242D">
        <w:rPr>
          <w:b/>
          <w:bCs/>
          <w:lang w:eastAsia="cs-CZ"/>
        </w:rPr>
        <w:t xml:space="preserve"> pro výlety:</w:t>
      </w:r>
    </w:p>
    <w:p w14:paraId="45E6343F" w14:textId="77777777" w:rsidR="00B3242D" w:rsidRPr="00B3242D" w:rsidRDefault="00B3242D" w:rsidP="00D5445A">
      <w:pPr>
        <w:pStyle w:val="OdrkyMSWORD"/>
        <w:rPr>
          <w:lang w:eastAsia="cs-CZ"/>
        </w:rPr>
      </w:pPr>
      <w:r w:rsidRPr="00B3242D">
        <w:rPr>
          <w:lang w:eastAsia="cs-CZ"/>
        </w:rPr>
        <w:t xml:space="preserve">V </w:t>
      </w:r>
      <w:r w:rsidRPr="00B3242D">
        <w:rPr>
          <w:b/>
          <w:bCs/>
          <w:lang w:eastAsia="cs-CZ"/>
        </w:rPr>
        <w:t xml:space="preserve">My </w:t>
      </w:r>
      <w:proofErr w:type="spellStart"/>
      <w:r w:rsidRPr="00B3242D">
        <w:rPr>
          <w:b/>
          <w:bCs/>
          <w:lang w:eastAsia="cs-CZ"/>
        </w:rPr>
        <w:t>Maps</w:t>
      </w:r>
      <w:proofErr w:type="spellEnd"/>
      <w:r w:rsidRPr="00B3242D">
        <w:rPr>
          <w:lang w:eastAsia="cs-CZ"/>
        </w:rPr>
        <w:t xml:space="preserve"> připravíte </w:t>
      </w:r>
      <w:r w:rsidRPr="00B3242D">
        <w:rPr>
          <w:b/>
          <w:bCs/>
          <w:lang w:eastAsia="cs-CZ"/>
        </w:rPr>
        <w:t>seznam bodů</w:t>
      </w:r>
      <w:r w:rsidRPr="00B3242D">
        <w:rPr>
          <w:lang w:eastAsia="cs-CZ"/>
        </w:rPr>
        <w:t xml:space="preserve"> (místa, která chcete navštívit).</w:t>
      </w:r>
    </w:p>
    <w:p w14:paraId="2B6F3C5D" w14:textId="77777777" w:rsidR="00B3242D" w:rsidRPr="00B3242D" w:rsidRDefault="00B3242D" w:rsidP="00D5445A">
      <w:pPr>
        <w:pStyle w:val="OdrkyMSWORD"/>
        <w:rPr>
          <w:lang w:eastAsia="cs-CZ"/>
        </w:rPr>
      </w:pPr>
      <w:r w:rsidRPr="00B3242D">
        <w:rPr>
          <w:lang w:eastAsia="cs-CZ"/>
        </w:rPr>
        <w:t xml:space="preserve">V mobilu otevřete mapu v </w:t>
      </w:r>
      <w:r w:rsidRPr="00B3242D">
        <w:rPr>
          <w:b/>
          <w:bCs/>
          <w:lang w:eastAsia="cs-CZ"/>
        </w:rPr>
        <w:t>Google Mapách</w:t>
      </w:r>
      <w:r w:rsidRPr="00B3242D">
        <w:rPr>
          <w:lang w:eastAsia="cs-CZ"/>
        </w:rPr>
        <w:t xml:space="preserve">, vyberete bod a spustíte </w:t>
      </w:r>
      <w:r w:rsidRPr="00B3242D">
        <w:rPr>
          <w:b/>
          <w:bCs/>
          <w:lang w:eastAsia="cs-CZ"/>
        </w:rPr>
        <w:t>navigaci</w:t>
      </w:r>
      <w:r w:rsidRPr="00B3242D">
        <w:rPr>
          <w:lang w:eastAsia="cs-CZ"/>
        </w:rPr>
        <w:t>.</w:t>
      </w:r>
    </w:p>
    <w:p w14:paraId="656B8FB4" w14:textId="38A929F2" w:rsidR="00B3242D" w:rsidRPr="00B3242D" w:rsidRDefault="00D5445A" w:rsidP="00D5445A">
      <w:pPr>
        <w:pStyle w:val="OdrkyMSWORD"/>
        <w:rPr>
          <w:lang w:eastAsia="cs-CZ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10304" behindDoc="0" locked="0" layoutInCell="1" allowOverlap="1" wp14:anchorId="4CBAFE55" wp14:editId="21BAD23B">
                <wp:simplePos x="0" y="0"/>
                <wp:positionH relativeFrom="margin">
                  <wp:posOffset>5126802</wp:posOffset>
                </wp:positionH>
                <wp:positionV relativeFrom="paragraph">
                  <wp:posOffset>84911</wp:posOffset>
                </wp:positionV>
                <wp:extent cx="560499" cy="715046"/>
                <wp:effectExtent l="19050" t="19050" r="30480" b="46990"/>
                <wp:wrapNone/>
                <wp:docPr id="165358609" name="Obdélník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0499" cy="715046"/>
                        </a:xfrm>
                        <a:prstGeom prst="rect">
                          <a:avLst/>
                        </a:prstGeom>
                        <a:noFill/>
                        <a:ln w="57150" cap="flat" cmpd="sng" algn="ctr">
                          <a:solidFill>
                            <a:schemeClr val="accent6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6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B406ED" id="Obdélník 212" o:spid="_x0000_s1026" style="position:absolute;margin-left:403.7pt;margin-top:6.7pt;width:44.15pt;height:56.3pt;z-index:251810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" filled="f" strokecolor="#f79646 [3209]" strokeweight="4.5pt">
                <v:stroke joinstyle="round"/>
                <w10:wrap anchorx="margin"/>
              </v:rect>
            </w:pict>
          </mc:Fallback>
        </mc:AlternateContent>
      </w:r>
      <w:r w:rsidR="00B3242D" w:rsidRPr="00B3242D">
        <w:rPr>
          <w:lang w:eastAsia="cs-CZ"/>
        </w:rPr>
        <w:t xml:space="preserve">Pokud jedete mimo signál, v Google Mapách si stáhněte </w:t>
      </w:r>
      <w:proofErr w:type="spellStart"/>
      <w:r w:rsidR="00B3242D" w:rsidRPr="00B3242D">
        <w:rPr>
          <w:b/>
          <w:bCs/>
          <w:lang w:eastAsia="cs-CZ"/>
        </w:rPr>
        <w:t>offline</w:t>
      </w:r>
      <w:proofErr w:type="spellEnd"/>
      <w:r w:rsidR="00B3242D" w:rsidRPr="00B3242D">
        <w:rPr>
          <w:b/>
          <w:bCs/>
          <w:lang w:eastAsia="cs-CZ"/>
        </w:rPr>
        <w:t xml:space="preserve"> oblast</w:t>
      </w:r>
      <w:r w:rsidR="00B3242D" w:rsidRPr="00B3242D">
        <w:rPr>
          <w:lang w:eastAsia="cs-CZ"/>
        </w:rPr>
        <w:t xml:space="preserve"> trasy a okolí.</w:t>
      </w:r>
    </w:p>
    <w:p w14:paraId="463A9C3C" w14:textId="77777777" w:rsidR="00B37605" w:rsidRPr="00B37605" w:rsidRDefault="00B37605" w:rsidP="00B37605">
      <w:pPr>
        <w:rPr>
          <w:lang w:eastAsia="cs-CZ"/>
        </w:rPr>
      </w:pPr>
    </w:p>
    <w:p w14:paraId="088A45CC" w14:textId="77777777" w:rsidR="008E42FB" w:rsidRPr="008E42FB" w:rsidRDefault="008E42FB" w:rsidP="008E42FB">
      <w:pPr>
        <w:rPr>
          <w:lang w:eastAsia="cs-CZ"/>
        </w:rPr>
      </w:pPr>
    </w:p>
    <w:p w14:paraId="18376BDA" w14:textId="10C61F32" w:rsidR="00D5445A" w:rsidRDefault="00D5445A">
      <w:pPr>
        <w:jc w:val="left"/>
        <w:rPr>
          <w:lang w:eastAsia="cs-CZ"/>
        </w:rPr>
      </w:pPr>
      <w:r>
        <w:rPr>
          <w:lang w:eastAsia="cs-CZ"/>
        </w:rPr>
        <w:br w:type="page"/>
      </w:r>
    </w:p>
    <w:p w14:paraId="1BA78E58" w14:textId="3A8C4F7E" w:rsidR="0084140B" w:rsidRDefault="00D5445A" w:rsidP="00D5445A">
      <w:pPr>
        <w:pStyle w:val="Nadpis2"/>
      </w:pPr>
      <w:bookmarkStart w:id="40" w:name="_Toc223113873"/>
      <w:r>
        <w:t>Shrnutí</w:t>
      </w:r>
      <w:bookmarkEnd w:id="40"/>
    </w:p>
    <w:p w14:paraId="68D9A7E4" w14:textId="1AE77D32" w:rsidR="007E50F4" w:rsidRDefault="007E50F4" w:rsidP="007E50F4">
      <w:pPr>
        <w:rPr>
          <w:lang w:eastAsia="cs-CZ"/>
        </w:rPr>
      </w:pPr>
      <w:r w:rsidRPr="007E50F4">
        <w:rPr>
          <w:lang w:eastAsia="cs-CZ"/>
        </w:rPr>
        <w:t xml:space="preserve">V této kapitole jste si vytvořili praktické „zázemí“, které </w:t>
      </w:r>
      <w:r>
        <w:rPr>
          <w:lang w:eastAsia="cs-CZ"/>
        </w:rPr>
        <w:t xml:space="preserve">usnadní </w:t>
      </w:r>
      <w:r w:rsidRPr="007E50F4">
        <w:rPr>
          <w:lang w:eastAsia="cs-CZ"/>
        </w:rPr>
        <w:t>vaši práci</w:t>
      </w:r>
      <w:r>
        <w:rPr>
          <w:lang w:eastAsia="cs-CZ"/>
        </w:rPr>
        <w:t>, nejen pokud se budete podílet na projektech občanské vědy, ale i v běžném životě. Ekosystém Google plně nahrazuje práci s produkty MS Office a zároveň nabízí výhody on-line prostředí a cloudových služeb (vše máte přístupné kdykoliv a z jakéhokoliv zařízení – včetně telefonu).</w:t>
      </w:r>
    </w:p>
    <w:p w14:paraId="25DB3E2F" w14:textId="6F9F1C24" w:rsidR="007E50F4" w:rsidRPr="007E50F4" w:rsidRDefault="007E50F4" w:rsidP="007E50F4">
      <w:pPr>
        <w:rPr>
          <w:lang w:eastAsia="cs-CZ"/>
        </w:rPr>
      </w:pPr>
      <w:r>
        <w:rPr>
          <w:lang w:eastAsia="cs-CZ"/>
        </w:rPr>
        <w:t>Co vše jsme si v kapitole představili</w:t>
      </w:r>
      <w:r w:rsidRPr="007E50F4">
        <w:rPr>
          <w:lang w:eastAsia="cs-CZ"/>
        </w:rPr>
        <w:t xml:space="preserve">: složky na Disku Google, deník v Dokumentech, přehled pozorování v Tabulkách a </w:t>
      </w:r>
      <w:r>
        <w:rPr>
          <w:lang w:eastAsia="cs-CZ"/>
        </w:rPr>
        <w:t>ukázali jsme si, jak vytvořit</w:t>
      </w:r>
      <w:r w:rsidRPr="007E50F4">
        <w:rPr>
          <w:lang w:eastAsia="cs-CZ"/>
        </w:rPr>
        <w:t xml:space="preserve"> mapu v My </w:t>
      </w:r>
      <w:proofErr w:type="spellStart"/>
      <w:r w:rsidRPr="007E50F4">
        <w:rPr>
          <w:lang w:eastAsia="cs-CZ"/>
        </w:rPr>
        <w:t>Maps</w:t>
      </w:r>
      <w:proofErr w:type="spellEnd"/>
      <w:r w:rsidRPr="007E50F4">
        <w:rPr>
          <w:lang w:eastAsia="cs-CZ"/>
        </w:rPr>
        <w:t xml:space="preserve">. Naučili jste se bezpečně sdílet soubory, přizvat spolupracovníky a rychle si pomoci Překladačem, když </w:t>
      </w:r>
      <w:r>
        <w:rPr>
          <w:lang w:eastAsia="cs-CZ"/>
        </w:rPr>
        <w:t>narazíte</w:t>
      </w:r>
      <w:r w:rsidRPr="007E50F4">
        <w:rPr>
          <w:lang w:eastAsia="cs-CZ"/>
        </w:rPr>
        <w:t xml:space="preserve"> na cizojazyčné návody. </w:t>
      </w:r>
    </w:p>
    <w:p w14:paraId="66ED6152" w14:textId="77777777" w:rsidR="007E50F4" w:rsidRPr="007E50F4" w:rsidRDefault="007E50F4" w:rsidP="007E50F4">
      <w:pPr>
        <w:rPr>
          <w:b/>
          <w:bCs/>
          <w:lang w:eastAsia="cs-CZ"/>
        </w:rPr>
      </w:pPr>
      <w:r w:rsidRPr="007E50F4">
        <w:rPr>
          <w:b/>
          <w:bCs/>
          <w:lang w:eastAsia="cs-CZ"/>
        </w:rPr>
        <w:t>Co si odnášíte – v kostce</w:t>
      </w:r>
    </w:p>
    <w:p w14:paraId="3BBB753C" w14:textId="77777777" w:rsidR="007E50F4" w:rsidRPr="007E50F4" w:rsidRDefault="007E50F4" w:rsidP="007E50F4">
      <w:pPr>
        <w:pStyle w:val="OdrkyMSWORD"/>
        <w:rPr>
          <w:lang w:eastAsia="cs-CZ"/>
        </w:rPr>
      </w:pPr>
      <w:r w:rsidRPr="007E50F4">
        <w:rPr>
          <w:b/>
          <w:bCs/>
          <w:lang w:eastAsia="cs-CZ"/>
        </w:rPr>
        <w:t>Disk Google</w:t>
      </w:r>
      <w:r w:rsidRPr="007E50F4">
        <w:rPr>
          <w:lang w:eastAsia="cs-CZ"/>
        </w:rPr>
        <w:t>: umíte založit přehlednou složkovou strukturu projektu (Fotky, Zvuk, Dokumenty, Tabulky, Mapy), pojmenovávat soubory jednotně (RRRR-MM-</w:t>
      </w:r>
      <w:proofErr w:type="spellStart"/>
      <w:r w:rsidRPr="007E50F4">
        <w:rPr>
          <w:lang w:eastAsia="cs-CZ"/>
        </w:rPr>
        <w:t>DD_místo_popis</w:t>
      </w:r>
      <w:proofErr w:type="spellEnd"/>
      <w:r w:rsidRPr="007E50F4">
        <w:rPr>
          <w:lang w:eastAsia="cs-CZ"/>
        </w:rPr>
        <w:t>) a sdílet bezpečně na konkrétní e-maily.</w:t>
      </w:r>
    </w:p>
    <w:p w14:paraId="218D4E99" w14:textId="77777777" w:rsidR="007E50F4" w:rsidRPr="007E50F4" w:rsidRDefault="007E50F4" w:rsidP="007E50F4">
      <w:pPr>
        <w:pStyle w:val="OdrkyMSWORD"/>
        <w:rPr>
          <w:lang w:eastAsia="cs-CZ"/>
        </w:rPr>
      </w:pPr>
      <w:r w:rsidRPr="007E50F4">
        <w:rPr>
          <w:b/>
          <w:bCs/>
          <w:lang w:eastAsia="cs-CZ"/>
        </w:rPr>
        <w:t>Dokumenty Google</w:t>
      </w:r>
      <w:r w:rsidRPr="007E50F4">
        <w:rPr>
          <w:lang w:eastAsia="cs-CZ"/>
        </w:rPr>
        <w:t>: vedete „deník projektu“, používáte komentáře, režim návrhů a historii verzí, umíte exportovat do DOCX/PDF.</w:t>
      </w:r>
    </w:p>
    <w:p w14:paraId="450D0837" w14:textId="77777777" w:rsidR="007E50F4" w:rsidRDefault="007E50F4" w:rsidP="007E50F4">
      <w:pPr>
        <w:pStyle w:val="OdrkyMSWORD"/>
        <w:rPr>
          <w:lang w:eastAsia="cs-CZ"/>
        </w:rPr>
      </w:pPr>
      <w:r w:rsidRPr="007E50F4">
        <w:rPr>
          <w:b/>
          <w:bCs/>
          <w:lang w:eastAsia="cs-CZ"/>
        </w:rPr>
        <w:t>Tabulky Google</w:t>
      </w:r>
      <w:r w:rsidRPr="007E50F4">
        <w:rPr>
          <w:lang w:eastAsia="cs-CZ"/>
        </w:rPr>
        <w:t>: máte základní list pozorování, zvládnete formátování, ukotvit příčky, filtrovat, třídit, vyhledávat, zadávat a kopírovat vzorce; víte, jak tisknout a exportovat (PDF, XLSX).</w:t>
      </w:r>
    </w:p>
    <w:p w14:paraId="05818E48" w14:textId="77777777" w:rsidR="007E50F4" w:rsidRPr="007E50F4" w:rsidRDefault="007E50F4" w:rsidP="007E50F4">
      <w:pPr>
        <w:pStyle w:val="OdrkyMSWORD"/>
        <w:rPr>
          <w:lang w:eastAsia="cs-CZ"/>
        </w:rPr>
      </w:pPr>
      <w:r w:rsidRPr="007E50F4">
        <w:rPr>
          <w:b/>
          <w:bCs/>
          <w:lang w:eastAsia="cs-CZ"/>
        </w:rPr>
        <w:t>Překladač Google</w:t>
      </w:r>
      <w:r w:rsidRPr="007E50F4">
        <w:rPr>
          <w:lang w:eastAsia="cs-CZ"/>
        </w:rPr>
        <w:t>: přeložíte krátké texty i dokumenty pro rychlou orientaci v metodikách a komunikaci s organizátory.</w:t>
      </w:r>
    </w:p>
    <w:p w14:paraId="20010E82" w14:textId="77777777" w:rsidR="007E50F4" w:rsidRPr="007E50F4" w:rsidRDefault="007E50F4" w:rsidP="007E50F4">
      <w:pPr>
        <w:pStyle w:val="OdrkyMSWORD"/>
        <w:rPr>
          <w:lang w:eastAsia="cs-CZ"/>
        </w:rPr>
      </w:pPr>
      <w:r w:rsidRPr="007E50F4">
        <w:rPr>
          <w:b/>
          <w:bCs/>
          <w:lang w:eastAsia="cs-CZ"/>
        </w:rPr>
        <w:t>Mapy</w:t>
      </w:r>
      <w:r w:rsidRPr="007E50F4">
        <w:rPr>
          <w:lang w:eastAsia="cs-CZ"/>
        </w:rPr>
        <w:t xml:space="preserve">: rozumíte rozdílům mezi Mapy Google (navigace), </w:t>
      </w:r>
      <w:r w:rsidRPr="007E50F4">
        <w:rPr>
          <w:b/>
          <w:bCs/>
          <w:lang w:eastAsia="cs-CZ"/>
        </w:rPr>
        <w:t xml:space="preserve">My </w:t>
      </w:r>
      <w:proofErr w:type="spellStart"/>
      <w:r w:rsidRPr="007E50F4">
        <w:rPr>
          <w:b/>
          <w:bCs/>
          <w:lang w:eastAsia="cs-CZ"/>
        </w:rPr>
        <w:t>Maps</w:t>
      </w:r>
      <w:proofErr w:type="spellEnd"/>
      <w:r w:rsidRPr="007E50F4">
        <w:rPr>
          <w:lang w:eastAsia="cs-CZ"/>
        </w:rPr>
        <w:t xml:space="preserve"> (tvorba vlastní mapy) a </w:t>
      </w:r>
      <w:r w:rsidRPr="007E50F4">
        <w:rPr>
          <w:b/>
          <w:bCs/>
          <w:lang w:eastAsia="cs-CZ"/>
        </w:rPr>
        <w:t xml:space="preserve">Google </w:t>
      </w:r>
      <w:proofErr w:type="spellStart"/>
      <w:r w:rsidRPr="007E50F4">
        <w:rPr>
          <w:b/>
          <w:bCs/>
          <w:lang w:eastAsia="cs-CZ"/>
        </w:rPr>
        <w:t>Earth</w:t>
      </w:r>
      <w:proofErr w:type="spellEnd"/>
      <w:r w:rsidRPr="007E50F4">
        <w:rPr>
          <w:lang w:eastAsia="cs-CZ"/>
        </w:rPr>
        <w:t xml:space="preserve"> (3D pohled). Vytvoříte vrstvy, body/linie/plochy, umíte export KML pro </w:t>
      </w:r>
      <w:proofErr w:type="spellStart"/>
      <w:r w:rsidRPr="007E50F4">
        <w:rPr>
          <w:lang w:eastAsia="cs-CZ"/>
        </w:rPr>
        <w:t>iNaturalist</w:t>
      </w:r>
      <w:proofErr w:type="spellEnd"/>
      <w:r w:rsidRPr="007E50F4">
        <w:rPr>
          <w:lang w:eastAsia="cs-CZ"/>
        </w:rPr>
        <w:t xml:space="preserve"> i sdílení mapy a otevření v mobilních Mapách.</w:t>
      </w:r>
    </w:p>
    <w:p w14:paraId="19128554" w14:textId="43EA22A8" w:rsidR="007E50F4" w:rsidRPr="007E50F4" w:rsidRDefault="007E50F4" w:rsidP="007E50F4">
      <w:pPr>
        <w:spacing w:before="240"/>
        <w:rPr>
          <w:lang w:eastAsia="cs-CZ"/>
        </w:rPr>
      </w:pPr>
      <w:r w:rsidRPr="007E50F4">
        <w:rPr>
          <w:b/>
          <w:bCs/>
          <w:lang w:eastAsia="cs-CZ"/>
        </w:rPr>
        <w:t xml:space="preserve">Proč </w:t>
      </w:r>
      <w:r>
        <w:rPr>
          <w:b/>
          <w:bCs/>
          <w:lang w:eastAsia="cs-CZ"/>
        </w:rPr>
        <w:t>jsou tyto znalosti důležité pro zapojení do projektů občanské vědy:</w:t>
      </w:r>
    </w:p>
    <w:p w14:paraId="7691B271" w14:textId="77777777" w:rsidR="007E50F4" w:rsidRPr="007E50F4" w:rsidRDefault="007E50F4" w:rsidP="007E50F4">
      <w:pPr>
        <w:pStyle w:val="OdrkyMSWORD"/>
        <w:rPr>
          <w:lang w:eastAsia="cs-CZ"/>
        </w:rPr>
      </w:pPr>
      <w:r w:rsidRPr="007E50F4">
        <w:rPr>
          <w:lang w:eastAsia="cs-CZ"/>
        </w:rPr>
        <w:t xml:space="preserve">Držíte pohromadě </w:t>
      </w:r>
      <w:r w:rsidRPr="007E50F4">
        <w:rPr>
          <w:b/>
          <w:bCs/>
          <w:lang w:eastAsia="cs-CZ"/>
        </w:rPr>
        <w:t>všechna data a podklady</w:t>
      </w:r>
      <w:r w:rsidRPr="007E50F4">
        <w:rPr>
          <w:lang w:eastAsia="cs-CZ"/>
        </w:rPr>
        <w:t xml:space="preserve"> (fotky, zvuky, zápisy, tabulky, mapy).</w:t>
      </w:r>
    </w:p>
    <w:p w14:paraId="4E778B77" w14:textId="77777777" w:rsidR="007E50F4" w:rsidRPr="007E50F4" w:rsidRDefault="007E50F4" w:rsidP="007E50F4">
      <w:pPr>
        <w:pStyle w:val="OdrkyMSWORD"/>
        <w:rPr>
          <w:lang w:eastAsia="cs-CZ"/>
        </w:rPr>
      </w:pPr>
      <w:r w:rsidRPr="007E50F4">
        <w:rPr>
          <w:lang w:eastAsia="cs-CZ"/>
        </w:rPr>
        <w:t xml:space="preserve">Sdílíte </w:t>
      </w:r>
      <w:r w:rsidRPr="007E50F4">
        <w:rPr>
          <w:b/>
          <w:bCs/>
          <w:lang w:eastAsia="cs-CZ"/>
        </w:rPr>
        <w:t>cíleně a bezpečně</w:t>
      </w:r>
      <w:r w:rsidRPr="007E50F4">
        <w:rPr>
          <w:lang w:eastAsia="cs-CZ"/>
        </w:rPr>
        <w:t>, takže citlivé údaje (např. přesné souřadnice) neunikají.</w:t>
      </w:r>
    </w:p>
    <w:p w14:paraId="5B2E3C28" w14:textId="77777777" w:rsidR="007E50F4" w:rsidRPr="007E50F4" w:rsidRDefault="007E50F4" w:rsidP="007E50F4">
      <w:pPr>
        <w:pStyle w:val="OdrkyMSWORD"/>
        <w:rPr>
          <w:lang w:eastAsia="cs-CZ"/>
        </w:rPr>
      </w:pPr>
      <w:r w:rsidRPr="007E50F4">
        <w:rPr>
          <w:lang w:eastAsia="cs-CZ"/>
        </w:rPr>
        <w:t xml:space="preserve">Připravujete </w:t>
      </w:r>
      <w:r w:rsidRPr="007E50F4">
        <w:rPr>
          <w:b/>
          <w:bCs/>
          <w:lang w:eastAsia="cs-CZ"/>
        </w:rPr>
        <w:t>podklady pro projekty</w:t>
      </w:r>
      <w:r w:rsidRPr="007E50F4">
        <w:rPr>
          <w:lang w:eastAsia="cs-CZ"/>
        </w:rPr>
        <w:t xml:space="preserve"> (KML hranice, PDF souhrny, tabulky k exportu).</w:t>
      </w:r>
    </w:p>
    <w:p w14:paraId="17C6A1E7" w14:textId="11386AAC" w:rsidR="007E50F4" w:rsidRPr="007E50F4" w:rsidRDefault="007E50F4" w:rsidP="00290105">
      <w:pPr>
        <w:numPr>
          <w:ilvl w:val="0"/>
          <w:numId w:val="62"/>
        </w:numPr>
        <w:rPr>
          <w:lang w:eastAsia="cs-CZ"/>
        </w:rPr>
      </w:pPr>
      <w:r w:rsidRPr="007E50F4">
        <w:rPr>
          <w:lang w:eastAsia="cs-CZ"/>
        </w:rPr>
        <w:t xml:space="preserve">Zvyšujete </w:t>
      </w:r>
      <w:r w:rsidRPr="007E50F4">
        <w:rPr>
          <w:b/>
          <w:bCs/>
          <w:lang w:eastAsia="cs-CZ"/>
        </w:rPr>
        <w:t>kvalitu záznamů</w:t>
      </w:r>
      <w:r w:rsidRPr="007E50F4">
        <w:rPr>
          <w:lang w:eastAsia="cs-CZ"/>
        </w:rPr>
        <w:t>.</w:t>
      </w:r>
    </w:p>
    <w:p w14:paraId="2CCA591C" w14:textId="0EAFF9D2" w:rsidR="007E50F4" w:rsidRDefault="007E50F4" w:rsidP="00D5445A">
      <w:pPr>
        <w:rPr>
          <w:lang w:eastAsia="cs-CZ"/>
        </w:rPr>
      </w:pPr>
      <w:r>
        <w:rPr>
          <w:b/>
          <w:bCs/>
          <w:lang w:eastAsia="cs-CZ"/>
        </w:rPr>
        <w:t xml:space="preserve">Teď už máme kompletní znalosti, které nám umožní zpracovat samostatný závěrečný projekt v aplikaci </w:t>
      </w:r>
      <w:proofErr w:type="spellStart"/>
      <w:r>
        <w:rPr>
          <w:b/>
          <w:bCs/>
          <w:lang w:eastAsia="cs-CZ"/>
        </w:rPr>
        <w:t>iNaturalist</w:t>
      </w:r>
      <w:proofErr w:type="spellEnd"/>
      <w:r>
        <w:rPr>
          <w:b/>
          <w:bCs/>
          <w:lang w:eastAsia="cs-CZ"/>
        </w:rPr>
        <w:t xml:space="preserve">. </w:t>
      </w:r>
      <w:r w:rsidRPr="007E50F4">
        <w:rPr>
          <w:lang w:eastAsia="cs-CZ"/>
        </w:rPr>
        <w:t>V tomto finálním projektu spojíme všechny znalosti získané v našich třech úrovních vzdělávání v oblasti digitálních kompetencí.</w:t>
      </w:r>
    </w:p>
    <w:p w14:paraId="3E20E2F7" w14:textId="43F3213A" w:rsidR="00D5445A" w:rsidRPr="007E50F4" w:rsidRDefault="007E50F4" w:rsidP="007E50F4">
      <w:pPr>
        <w:jc w:val="left"/>
        <w:rPr>
          <w:lang w:eastAsia="cs-CZ"/>
        </w:rPr>
      </w:pPr>
      <w:r>
        <w:rPr>
          <w:lang w:eastAsia="cs-CZ"/>
        </w:rPr>
        <w:br w:type="page"/>
      </w:r>
    </w:p>
    <w:p w14:paraId="6DE35E87" w14:textId="6295CEB1" w:rsidR="00D5445A" w:rsidRDefault="00D5445A" w:rsidP="00D5445A">
      <w:pPr>
        <w:pStyle w:val="Nadpis2"/>
      </w:pPr>
      <w:bookmarkStart w:id="41" w:name="_Toc223113874"/>
      <w:r>
        <w:t>Glosář</w:t>
      </w:r>
      <w:bookmarkEnd w:id="41"/>
    </w:p>
    <w:p w14:paraId="0CEC2A76" w14:textId="77777777" w:rsidR="007E50F4" w:rsidRDefault="007E50F4" w:rsidP="0028148C">
      <w:pPr>
        <w:spacing w:after="0"/>
        <w:ind w:left="993" w:hanging="993"/>
        <w:rPr>
          <w:lang w:eastAsia="cs-CZ"/>
        </w:rPr>
      </w:pPr>
      <w:r w:rsidRPr="007E50F4">
        <w:rPr>
          <w:b/>
          <w:bCs/>
          <w:lang w:eastAsia="cs-CZ"/>
        </w:rPr>
        <w:t>Dokumenty Google</w:t>
      </w:r>
      <w:r w:rsidRPr="007E50F4">
        <w:rPr>
          <w:lang w:eastAsia="cs-CZ"/>
        </w:rPr>
        <w:t xml:space="preserve"> – online textový editor s automatickým ukládáním, historií verzí a možností spolupráce v reálném čase.</w:t>
      </w:r>
    </w:p>
    <w:p w14:paraId="23DFD3C8" w14:textId="77777777" w:rsidR="007E50F4" w:rsidRDefault="007E50F4" w:rsidP="0028148C">
      <w:pPr>
        <w:spacing w:after="0"/>
        <w:ind w:left="993" w:hanging="993"/>
        <w:rPr>
          <w:lang w:eastAsia="cs-CZ"/>
        </w:rPr>
      </w:pPr>
      <w:proofErr w:type="spellStart"/>
      <w:r w:rsidRPr="007E50F4">
        <w:rPr>
          <w:b/>
          <w:bCs/>
          <w:lang w:eastAsia="cs-CZ"/>
        </w:rPr>
        <w:t>Geoprivacy</w:t>
      </w:r>
      <w:proofErr w:type="spellEnd"/>
      <w:r w:rsidRPr="007E50F4">
        <w:rPr>
          <w:lang w:eastAsia="cs-CZ"/>
        </w:rPr>
        <w:t xml:space="preserve"> – nastavení či postupy, které omezují zveřejnění přesné polohy citlivých nálezů kvůli ochraně druhu nebo lokality.</w:t>
      </w:r>
    </w:p>
    <w:p w14:paraId="17B2F49B" w14:textId="77777777" w:rsidR="007E50F4" w:rsidRDefault="007E50F4" w:rsidP="0028148C">
      <w:pPr>
        <w:spacing w:after="0"/>
        <w:ind w:left="993" w:hanging="993"/>
        <w:rPr>
          <w:lang w:eastAsia="cs-CZ"/>
        </w:rPr>
      </w:pPr>
      <w:r w:rsidRPr="007E50F4">
        <w:rPr>
          <w:b/>
          <w:bCs/>
          <w:lang w:eastAsia="cs-CZ"/>
        </w:rPr>
        <w:t xml:space="preserve">Google </w:t>
      </w:r>
      <w:proofErr w:type="spellStart"/>
      <w:r w:rsidRPr="007E50F4">
        <w:rPr>
          <w:b/>
          <w:bCs/>
          <w:lang w:eastAsia="cs-CZ"/>
        </w:rPr>
        <w:t>Earth</w:t>
      </w:r>
      <w:proofErr w:type="spellEnd"/>
      <w:r w:rsidRPr="007E50F4">
        <w:rPr>
          <w:lang w:eastAsia="cs-CZ"/>
        </w:rPr>
        <w:t xml:space="preserve"> – nástroj pro </w:t>
      </w:r>
      <w:proofErr w:type="gramStart"/>
      <w:r w:rsidRPr="007E50F4">
        <w:rPr>
          <w:lang w:eastAsia="cs-CZ"/>
        </w:rPr>
        <w:t>3D</w:t>
      </w:r>
      <w:proofErr w:type="gramEnd"/>
      <w:r w:rsidRPr="007E50F4">
        <w:rPr>
          <w:lang w:eastAsia="cs-CZ"/>
        </w:rPr>
        <w:t xml:space="preserve"> zobrazení Země a pohodlné prohlížení KML; vhodné pro vizuální orientaci v terénu.</w:t>
      </w:r>
    </w:p>
    <w:p w14:paraId="6C54F11B" w14:textId="77777777" w:rsidR="0028148C" w:rsidRDefault="007E50F4" w:rsidP="0028148C">
      <w:pPr>
        <w:spacing w:after="0"/>
        <w:ind w:left="993" w:hanging="993"/>
        <w:rPr>
          <w:lang w:eastAsia="cs-CZ"/>
        </w:rPr>
      </w:pPr>
      <w:r w:rsidRPr="007E50F4">
        <w:rPr>
          <w:b/>
          <w:bCs/>
          <w:lang w:eastAsia="cs-CZ"/>
        </w:rPr>
        <w:t xml:space="preserve">Google My </w:t>
      </w:r>
      <w:proofErr w:type="spellStart"/>
      <w:r w:rsidRPr="007E50F4">
        <w:rPr>
          <w:b/>
          <w:bCs/>
          <w:lang w:eastAsia="cs-CZ"/>
        </w:rPr>
        <w:t>Maps</w:t>
      </w:r>
      <w:proofErr w:type="spellEnd"/>
      <w:r w:rsidRPr="007E50F4">
        <w:rPr>
          <w:lang w:eastAsia="cs-CZ"/>
        </w:rPr>
        <w:t xml:space="preserve"> – nástroj pro tvorbu vlastní mapy s vrstvami, body, liniemi a plochami; umožňuje export do KML a sdílení odkazem.</w:t>
      </w:r>
    </w:p>
    <w:p w14:paraId="084F2053" w14:textId="77777777" w:rsidR="0028148C" w:rsidRDefault="007E50F4" w:rsidP="0028148C">
      <w:pPr>
        <w:spacing w:after="0"/>
        <w:ind w:left="993" w:hanging="993"/>
        <w:rPr>
          <w:lang w:eastAsia="cs-CZ"/>
        </w:rPr>
      </w:pPr>
      <w:r w:rsidRPr="007E50F4">
        <w:rPr>
          <w:b/>
          <w:bCs/>
          <w:lang w:eastAsia="cs-CZ"/>
        </w:rPr>
        <w:t>Google Překladač</w:t>
      </w:r>
      <w:r w:rsidRPr="007E50F4">
        <w:rPr>
          <w:lang w:eastAsia="cs-CZ"/>
        </w:rPr>
        <w:t xml:space="preserve"> – služba pro překlad textů a</w:t>
      </w:r>
      <w:r w:rsidR="0028148C">
        <w:rPr>
          <w:lang w:eastAsia="cs-CZ"/>
        </w:rPr>
        <w:t> </w:t>
      </w:r>
      <w:r w:rsidRPr="007E50F4">
        <w:rPr>
          <w:lang w:eastAsia="cs-CZ"/>
        </w:rPr>
        <w:t>dokumentů; vhodná pro rychlou orientaci v cizojazyčných materiálech.</w:t>
      </w:r>
    </w:p>
    <w:p w14:paraId="08F040F9" w14:textId="11B282C3" w:rsidR="0028148C" w:rsidRDefault="007E50F4" w:rsidP="0028148C">
      <w:pPr>
        <w:spacing w:after="0"/>
        <w:ind w:left="993" w:hanging="993"/>
        <w:rPr>
          <w:lang w:eastAsia="cs-CZ"/>
        </w:rPr>
      </w:pPr>
      <w:r w:rsidRPr="007E50F4">
        <w:rPr>
          <w:b/>
          <w:bCs/>
          <w:lang w:eastAsia="cs-CZ"/>
        </w:rPr>
        <w:t>Google Tabulky</w:t>
      </w:r>
      <w:r w:rsidRPr="007E50F4">
        <w:rPr>
          <w:lang w:eastAsia="cs-CZ"/>
        </w:rPr>
        <w:t xml:space="preserve"> – online tabulkový editor s</w:t>
      </w:r>
      <w:r w:rsidR="0028148C">
        <w:rPr>
          <w:lang w:eastAsia="cs-CZ"/>
        </w:rPr>
        <w:t> </w:t>
      </w:r>
      <w:r w:rsidRPr="007E50F4">
        <w:rPr>
          <w:lang w:eastAsia="cs-CZ"/>
        </w:rPr>
        <w:t xml:space="preserve">funkcemi obdobnými MS Excelu; vhodný pro přehled pozorování a jednoduché </w:t>
      </w:r>
    </w:p>
    <w:p w14:paraId="46BD0E88" w14:textId="77777777" w:rsidR="0028148C" w:rsidRDefault="007E50F4" w:rsidP="0028148C">
      <w:pPr>
        <w:spacing w:after="0"/>
        <w:ind w:left="993" w:hanging="993"/>
        <w:rPr>
          <w:lang w:eastAsia="cs-CZ"/>
        </w:rPr>
      </w:pPr>
      <w:r w:rsidRPr="007E50F4">
        <w:rPr>
          <w:b/>
          <w:bCs/>
          <w:lang w:eastAsia="cs-CZ"/>
        </w:rPr>
        <w:t>Historie verzí</w:t>
      </w:r>
      <w:r w:rsidRPr="007E50F4">
        <w:rPr>
          <w:lang w:eastAsia="cs-CZ"/>
        </w:rPr>
        <w:t xml:space="preserve"> – přehled změn dokumentu; umožňuje porovnat a vrátit se ke starším úpravám.</w:t>
      </w:r>
    </w:p>
    <w:p w14:paraId="2DA447BE" w14:textId="77777777" w:rsidR="0028148C" w:rsidRDefault="007E50F4" w:rsidP="0028148C">
      <w:pPr>
        <w:spacing w:after="0"/>
        <w:ind w:left="993" w:hanging="993"/>
        <w:rPr>
          <w:lang w:eastAsia="cs-CZ"/>
        </w:rPr>
      </w:pPr>
      <w:r w:rsidRPr="007E50F4">
        <w:rPr>
          <w:b/>
          <w:bCs/>
          <w:lang w:eastAsia="cs-CZ"/>
        </w:rPr>
        <w:t>KML / KMZ</w:t>
      </w:r>
      <w:r w:rsidRPr="007E50F4">
        <w:rPr>
          <w:lang w:eastAsia="cs-CZ"/>
        </w:rPr>
        <w:t xml:space="preserve"> – formáty pro výměnu mapových prvků (body, linie, plochy); používají se i pro vymezení lokalit v </w:t>
      </w:r>
      <w:proofErr w:type="spellStart"/>
      <w:r w:rsidRPr="007E50F4">
        <w:rPr>
          <w:lang w:eastAsia="cs-CZ"/>
        </w:rPr>
        <w:t>iNaturalist</w:t>
      </w:r>
      <w:proofErr w:type="spellEnd"/>
      <w:r w:rsidRPr="007E50F4">
        <w:rPr>
          <w:lang w:eastAsia="cs-CZ"/>
        </w:rPr>
        <w:t>.</w:t>
      </w:r>
    </w:p>
    <w:p w14:paraId="745AA466" w14:textId="77777777" w:rsidR="0028148C" w:rsidRDefault="007E50F4" w:rsidP="0028148C">
      <w:pPr>
        <w:spacing w:after="0"/>
        <w:ind w:left="993" w:hanging="993"/>
        <w:rPr>
          <w:lang w:eastAsia="cs-CZ"/>
        </w:rPr>
      </w:pPr>
      <w:r w:rsidRPr="007E50F4">
        <w:rPr>
          <w:b/>
          <w:bCs/>
          <w:lang w:eastAsia="cs-CZ"/>
        </w:rPr>
        <w:t>Mapy Google</w:t>
      </w:r>
      <w:r w:rsidRPr="007E50F4">
        <w:rPr>
          <w:lang w:eastAsia="cs-CZ"/>
        </w:rPr>
        <w:t xml:space="preserve"> – aplikace pro vyhledávání, ukládání míst a navigaci; zobrazí i mapy vytvořené v</w:t>
      </w:r>
      <w:r w:rsidR="0028148C">
        <w:rPr>
          <w:lang w:eastAsia="cs-CZ"/>
        </w:rPr>
        <w:t> </w:t>
      </w:r>
      <w:r w:rsidRPr="007E50F4">
        <w:rPr>
          <w:lang w:eastAsia="cs-CZ"/>
        </w:rPr>
        <w:t>My</w:t>
      </w:r>
      <w:r w:rsidR="0028148C">
        <w:rPr>
          <w:lang w:eastAsia="cs-CZ"/>
        </w:rPr>
        <w:t> </w:t>
      </w:r>
      <w:proofErr w:type="spellStart"/>
      <w:r w:rsidRPr="007E50F4">
        <w:rPr>
          <w:lang w:eastAsia="cs-CZ"/>
        </w:rPr>
        <w:t>Maps</w:t>
      </w:r>
      <w:proofErr w:type="spellEnd"/>
      <w:r w:rsidRPr="007E50F4">
        <w:rPr>
          <w:lang w:eastAsia="cs-CZ"/>
        </w:rPr>
        <w:t>.</w:t>
      </w:r>
    </w:p>
    <w:p w14:paraId="49F638C6" w14:textId="77777777" w:rsidR="0028148C" w:rsidRDefault="007E50F4" w:rsidP="0028148C">
      <w:pPr>
        <w:spacing w:after="0"/>
        <w:ind w:left="993" w:hanging="993"/>
        <w:rPr>
          <w:lang w:eastAsia="cs-CZ"/>
        </w:rPr>
      </w:pPr>
      <w:proofErr w:type="spellStart"/>
      <w:r w:rsidRPr="007E50F4">
        <w:rPr>
          <w:b/>
          <w:bCs/>
          <w:lang w:eastAsia="cs-CZ"/>
        </w:rPr>
        <w:t>Offline</w:t>
      </w:r>
      <w:proofErr w:type="spellEnd"/>
      <w:r w:rsidRPr="007E50F4">
        <w:rPr>
          <w:b/>
          <w:bCs/>
          <w:lang w:eastAsia="cs-CZ"/>
        </w:rPr>
        <w:t xml:space="preserve"> mapy</w:t>
      </w:r>
      <w:r w:rsidRPr="007E50F4">
        <w:rPr>
          <w:lang w:eastAsia="cs-CZ"/>
        </w:rPr>
        <w:t xml:space="preserve"> – stažené části Map Google do telefonu pro navigaci bez připojení k internetu (bez zobrazení vrstev z My </w:t>
      </w:r>
      <w:proofErr w:type="spellStart"/>
      <w:r w:rsidRPr="007E50F4">
        <w:rPr>
          <w:lang w:eastAsia="cs-CZ"/>
        </w:rPr>
        <w:t>Maps</w:t>
      </w:r>
      <w:proofErr w:type="spellEnd"/>
      <w:r w:rsidRPr="007E50F4">
        <w:rPr>
          <w:lang w:eastAsia="cs-CZ"/>
        </w:rPr>
        <w:t>).</w:t>
      </w:r>
    </w:p>
    <w:p w14:paraId="721B7F2E" w14:textId="5461E0B4" w:rsidR="0028148C" w:rsidRDefault="007E50F4" w:rsidP="0028148C">
      <w:pPr>
        <w:spacing w:after="0"/>
        <w:ind w:left="993" w:hanging="993"/>
        <w:rPr>
          <w:lang w:eastAsia="cs-CZ"/>
        </w:rPr>
      </w:pPr>
      <w:r w:rsidRPr="007E50F4">
        <w:rPr>
          <w:b/>
          <w:bCs/>
          <w:lang w:eastAsia="cs-CZ"/>
        </w:rPr>
        <w:t>Oprávnění (prohlížet/komentovat/upravovat)</w:t>
      </w:r>
      <w:r w:rsidRPr="007E50F4">
        <w:rPr>
          <w:lang w:eastAsia="cs-CZ"/>
        </w:rPr>
        <w:t xml:space="preserve"> – úrovně přístupu při sdílení souborů; určují, co smí pozvaný uživatel dělat.</w:t>
      </w:r>
    </w:p>
    <w:p w14:paraId="00B15839" w14:textId="77777777" w:rsidR="0028148C" w:rsidRDefault="007E50F4" w:rsidP="0028148C">
      <w:pPr>
        <w:spacing w:after="0"/>
        <w:ind w:left="993" w:hanging="993"/>
        <w:rPr>
          <w:lang w:eastAsia="cs-CZ"/>
        </w:rPr>
      </w:pPr>
      <w:r w:rsidRPr="007E50F4">
        <w:rPr>
          <w:b/>
          <w:bCs/>
          <w:lang w:eastAsia="cs-CZ"/>
        </w:rPr>
        <w:t>PDF</w:t>
      </w:r>
      <w:r w:rsidRPr="007E50F4">
        <w:rPr>
          <w:lang w:eastAsia="cs-CZ"/>
        </w:rPr>
        <w:t xml:space="preserve"> – formát „pro tisk a sdílení“, který zachová pevný vzhled dokumentu nezávisle na</w:t>
      </w:r>
      <w:r w:rsidR="0028148C">
        <w:rPr>
          <w:lang w:eastAsia="cs-CZ"/>
        </w:rPr>
        <w:t> </w:t>
      </w:r>
      <w:r w:rsidRPr="007E50F4">
        <w:rPr>
          <w:lang w:eastAsia="cs-CZ"/>
        </w:rPr>
        <w:t>zařízení.</w:t>
      </w:r>
    </w:p>
    <w:p w14:paraId="514A5C6F" w14:textId="5E97CD71" w:rsidR="0028148C" w:rsidRDefault="007E50F4" w:rsidP="0028148C">
      <w:pPr>
        <w:spacing w:after="0"/>
        <w:ind w:left="993" w:hanging="993"/>
        <w:rPr>
          <w:lang w:eastAsia="cs-CZ"/>
        </w:rPr>
      </w:pPr>
      <w:r w:rsidRPr="007E50F4">
        <w:rPr>
          <w:b/>
          <w:bCs/>
          <w:lang w:eastAsia="cs-CZ"/>
        </w:rPr>
        <w:t>Sdílení na konkrétní e-mail</w:t>
      </w:r>
      <w:r w:rsidRPr="007E50F4">
        <w:rPr>
          <w:lang w:eastAsia="cs-CZ"/>
        </w:rPr>
        <w:t xml:space="preserve"> – bezpečnější způsob předání přístupu; vidí jen vybraní uživatelé.</w:t>
      </w:r>
    </w:p>
    <w:p w14:paraId="5D925169" w14:textId="082A13E8" w:rsidR="0028148C" w:rsidRDefault="007E50F4" w:rsidP="0028148C">
      <w:pPr>
        <w:spacing w:after="0"/>
        <w:ind w:left="993" w:hanging="993"/>
        <w:rPr>
          <w:lang w:eastAsia="cs-CZ"/>
        </w:rPr>
      </w:pPr>
      <w:r w:rsidRPr="007E50F4">
        <w:rPr>
          <w:b/>
          <w:bCs/>
          <w:lang w:eastAsia="cs-CZ"/>
        </w:rPr>
        <w:t>Sdílení odkazem</w:t>
      </w:r>
      <w:r w:rsidRPr="007E50F4">
        <w:rPr>
          <w:lang w:eastAsia="cs-CZ"/>
        </w:rPr>
        <w:t xml:space="preserve"> – rychlé, ale méně bezpečné zpřístupnění souboru každému, kdo má odkaz.</w:t>
      </w:r>
    </w:p>
    <w:p w14:paraId="1E56CA51" w14:textId="77777777" w:rsidR="0028148C" w:rsidRDefault="007E50F4" w:rsidP="0028148C">
      <w:pPr>
        <w:spacing w:after="0"/>
        <w:ind w:left="993" w:hanging="993"/>
        <w:rPr>
          <w:lang w:eastAsia="cs-CZ"/>
        </w:rPr>
      </w:pPr>
      <w:r w:rsidRPr="007E50F4">
        <w:rPr>
          <w:b/>
          <w:bCs/>
          <w:lang w:eastAsia="cs-CZ"/>
        </w:rPr>
        <w:t>Sloučení buněk</w:t>
      </w:r>
      <w:r w:rsidRPr="007E50F4">
        <w:rPr>
          <w:lang w:eastAsia="cs-CZ"/>
        </w:rPr>
        <w:t xml:space="preserve"> – vizuální spojení buněk (např. pro nadpis); nevhodné uvnitř dat, může narušit třídění a export.</w:t>
      </w:r>
    </w:p>
    <w:p w14:paraId="5250EF1A" w14:textId="77777777" w:rsidR="0028148C" w:rsidRDefault="007E50F4" w:rsidP="0028148C">
      <w:pPr>
        <w:spacing w:after="0"/>
        <w:ind w:left="993" w:hanging="993"/>
        <w:rPr>
          <w:lang w:eastAsia="cs-CZ"/>
        </w:rPr>
      </w:pPr>
      <w:r w:rsidRPr="007E50F4">
        <w:rPr>
          <w:b/>
          <w:bCs/>
          <w:lang w:eastAsia="cs-CZ"/>
        </w:rPr>
        <w:t>Styly nadpisů</w:t>
      </w:r>
      <w:r w:rsidRPr="007E50F4">
        <w:rPr>
          <w:lang w:eastAsia="cs-CZ"/>
        </w:rPr>
        <w:t xml:space="preserve"> – předdefinované formáty pro hierarchii textu; umožní automatický obsah dokumentu.</w:t>
      </w:r>
    </w:p>
    <w:p w14:paraId="431BE81A" w14:textId="33655A96" w:rsidR="0028148C" w:rsidRDefault="007E50F4" w:rsidP="0028148C">
      <w:pPr>
        <w:spacing w:after="0"/>
        <w:ind w:left="993" w:hanging="993"/>
        <w:rPr>
          <w:lang w:eastAsia="cs-CZ"/>
        </w:rPr>
      </w:pPr>
      <w:r w:rsidRPr="007E50F4">
        <w:rPr>
          <w:b/>
          <w:bCs/>
          <w:lang w:eastAsia="cs-CZ"/>
        </w:rPr>
        <w:t>Štítek / vrstva (v mapě)</w:t>
      </w:r>
      <w:r w:rsidRPr="007E50F4">
        <w:rPr>
          <w:lang w:eastAsia="cs-CZ"/>
        </w:rPr>
        <w:t xml:space="preserve"> – organizační prvek v My </w:t>
      </w:r>
      <w:proofErr w:type="spellStart"/>
      <w:r w:rsidRPr="007E50F4">
        <w:rPr>
          <w:lang w:eastAsia="cs-CZ"/>
        </w:rPr>
        <w:t>Maps</w:t>
      </w:r>
      <w:proofErr w:type="spellEnd"/>
      <w:r w:rsidRPr="007E50F4">
        <w:rPr>
          <w:lang w:eastAsia="cs-CZ"/>
        </w:rPr>
        <w:t>; odděluje typy informací (např. „lokality“, „trasy“, „hranice“).</w:t>
      </w:r>
    </w:p>
    <w:p w14:paraId="20195FC7" w14:textId="77777777" w:rsidR="0028148C" w:rsidRDefault="007E50F4" w:rsidP="0028148C">
      <w:pPr>
        <w:spacing w:after="0"/>
        <w:ind w:left="993" w:hanging="993"/>
        <w:rPr>
          <w:lang w:eastAsia="cs-CZ"/>
        </w:rPr>
      </w:pPr>
      <w:r w:rsidRPr="007E50F4">
        <w:rPr>
          <w:b/>
          <w:bCs/>
          <w:lang w:eastAsia="cs-CZ"/>
        </w:rPr>
        <w:t>Ukotvení příček</w:t>
      </w:r>
      <w:r w:rsidRPr="007E50F4">
        <w:rPr>
          <w:lang w:eastAsia="cs-CZ"/>
        </w:rPr>
        <w:t xml:space="preserve"> – „připíchnutí“ horního řádku a/nebo prvního sloupce, aby zůstaly viditelné při rolování tabulky.</w:t>
      </w:r>
    </w:p>
    <w:p w14:paraId="07570696" w14:textId="4D17AB74" w:rsidR="00D5445A" w:rsidRDefault="007E50F4" w:rsidP="0028148C">
      <w:pPr>
        <w:spacing w:after="0"/>
        <w:ind w:left="993" w:hanging="993"/>
        <w:rPr>
          <w:lang w:eastAsia="cs-CZ"/>
        </w:rPr>
      </w:pPr>
      <w:r w:rsidRPr="007E50F4">
        <w:rPr>
          <w:b/>
          <w:bCs/>
          <w:lang w:eastAsia="cs-CZ"/>
        </w:rPr>
        <w:t>Záhlaví / zápatí</w:t>
      </w:r>
      <w:r w:rsidRPr="007E50F4">
        <w:rPr>
          <w:lang w:eastAsia="cs-CZ"/>
        </w:rPr>
        <w:t xml:space="preserve"> – oblasti nahoře a dole na stránce (např. název projektu, datum, čísla stran) při tisku/exportu.</w:t>
      </w:r>
      <w:r w:rsidRPr="007E50F4">
        <w:rPr>
          <w:lang w:eastAsia="cs-CZ"/>
        </w:rPr>
        <w:br/>
      </w:r>
      <w:r w:rsidRPr="007E50F4">
        <w:rPr>
          <w:b/>
          <w:bCs/>
          <w:lang w:eastAsia="cs-CZ"/>
        </w:rPr>
        <w:t>Zásady pojmenovávání souborů</w:t>
      </w:r>
      <w:r w:rsidRPr="007E50F4">
        <w:rPr>
          <w:lang w:eastAsia="cs-CZ"/>
        </w:rPr>
        <w:t xml:space="preserve"> – jednotný vzor názvu (např. RRRR-MM-</w:t>
      </w:r>
      <w:proofErr w:type="spellStart"/>
      <w:r w:rsidRPr="007E50F4">
        <w:rPr>
          <w:lang w:eastAsia="cs-CZ"/>
        </w:rPr>
        <w:t>DD_místo_popis</w:t>
      </w:r>
      <w:proofErr w:type="spellEnd"/>
      <w:r w:rsidRPr="007E50F4">
        <w:rPr>
          <w:lang w:eastAsia="cs-CZ"/>
        </w:rPr>
        <w:t>), který usnadní třídění a dohledávání.</w:t>
      </w:r>
    </w:p>
    <w:p w14:paraId="39B9E04F" w14:textId="2ADF0CFB" w:rsidR="0028148C" w:rsidRDefault="0028148C">
      <w:pPr>
        <w:jc w:val="left"/>
        <w:rPr>
          <w:b/>
          <w:bCs/>
          <w:lang w:eastAsia="cs-CZ"/>
        </w:rPr>
      </w:pPr>
      <w:r>
        <w:rPr>
          <w:b/>
          <w:bCs/>
          <w:lang w:eastAsia="cs-CZ"/>
        </w:rPr>
        <w:br w:type="page"/>
      </w:r>
    </w:p>
    <w:sectPr w:rsidR="0028148C" w:rsidSect="00BE3295">
      <w:headerReference w:type="default" r:id="rId78"/>
      <w:footerReference w:type="default" r:id="rId79"/>
      <w:pgSz w:w="12240" w:h="15840"/>
      <w:pgMar w:top="1417" w:right="1417" w:bottom="1417" w:left="141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252D073" w14:textId="77777777" w:rsidR="00544B9D" w:rsidRPr="00350C02" w:rsidRDefault="00544B9D" w:rsidP="00FE6AE8">
      <w:pPr>
        <w:spacing w:after="0" w:line="240" w:lineRule="auto"/>
      </w:pPr>
      <w:r w:rsidRPr="00350C02">
        <w:separator/>
      </w:r>
    </w:p>
    <w:p w14:paraId="1E13C6D0" w14:textId="77777777" w:rsidR="00544B9D" w:rsidRPr="00350C02" w:rsidRDefault="00544B9D"/>
    <w:p w14:paraId="77BED6C7" w14:textId="77777777" w:rsidR="00544B9D" w:rsidRPr="00350C02" w:rsidRDefault="00544B9D" w:rsidP="00165609"/>
  </w:endnote>
  <w:endnote w:type="continuationSeparator" w:id="0">
    <w:p w14:paraId="643BB182" w14:textId="77777777" w:rsidR="00544B9D" w:rsidRPr="00350C02" w:rsidRDefault="00544B9D" w:rsidP="00FE6AE8">
      <w:pPr>
        <w:spacing w:after="0" w:line="240" w:lineRule="auto"/>
      </w:pPr>
      <w:r w:rsidRPr="00350C02">
        <w:continuationSeparator/>
      </w:r>
    </w:p>
    <w:p w14:paraId="6115C73A" w14:textId="77777777" w:rsidR="00544B9D" w:rsidRPr="00350C02" w:rsidRDefault="00544B9D"/>
    <w:p w14:paraId="1B88F7B4" w14:textId="77777777" w:rsidR="00544B9D" w:rsidRPr="00350C02" w:rsidRDefault="00544B9D" w:rsidP="0016560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309020205020404"/>
    <w:charset w:val="00"/>
    <w:family w:val="auto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904639151"/>
      <w:docPartObj>
        <w:docPartGallery w:val="Page Numbers (Bottom of Page)"/>
        <w:docPartUnique/>
      </w:docPartObj>
    </w:sdtPr>
    <w:sdtEndPr/>
    <w:sdtContent>
      <w:p w14:paraId="675F6303" w14:textId="6F7A833D" w:rsidR="00FE6AE8" w:rsidRPr="00350C02" w:rsidRDefault="00FE6AE8">
        <w:pPr>
          <w:pStyle w:val="Zpat"/>
          <w:jc w:val="center"/>
        </w:pPr>
        <w:r w:rsidRPr="00350C02">
          <w:fldChar w:fldCharType="begin"/>
        </w:r>
        <w:r w:rsidRPr="00350C02">
          <w:instrText>PAGE   \* MERGEFORMAT</w:instrText>
        </w:r>
        <w:r w:rsidRPr="00350C02">
          <w:fldChar w:fldCharType="separate"/>
        </w:r>
        <w:r w:rsidRPr="00350C02">
          <w:t>2</w:t>
        </w:r>
        <w:r w:rsidRPr="00350C02">
          <w:fldChar w:fldCharType="end"/>
        </w:r>
      </w:p>
    </w:sdtContent>
  </w:sdt>
  <w:p w14:paraId="40E3EE9D" w14:textId="77777777" w:rsidR="001C16E6" w:rsidRPr="00350C02" w:rsidRDefault="001C16E6" w:rsidP="00285BF9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C9B255" w14:textId="77777777" w:rsidR="00544B9D" w:rsidRPr="00350C02" w:rsidRDefault="00544B9D" w:rsidP="00FE6AE8">
      <w:pPr>
        <w:spacing w:after="0" w:line="240" w:lineRule="auto"/>
      </w:pPr>
      <w:r w:rsidRPr="00350C02">
        <w:separator/>
      </w:r>
    </w:p>
    <w:p w14:paraId="0FCB66DC" w14:textId="77777777" w:rsidR="00544B9D" w:rsidRPr="00350C02" w:rsidRDefault="00544B9D"/>
    <w:p w14:paraId="0935C2B1" w14:textId="77777777" w:rsidR="00544B9D" w:rsidRPr="00350C02" w:rsidRDefault="00544B9D" w:rsidP="00165609"/>
  </w:footnote>
  <w:footnote w:type="continuationSeparator" w:id="0">
    <w:p w14:paraId="7618B666" w14:textId="77777777" w:rsidR="00544B9D" w:rsidRPr="00350C02" w:rsidRDefault="00544B9D" w:rsidP="00FE6AE8">
      <w:pPr>
        <w:spacing w:after="0" w:line="240" w:lineRule="auto"/>
      </w:pPr>
      <w:r w:rsidRPr="00350C02">
        <w:continuationSeparator/>
      </w:r>
    </w:p>
    <w:p w14:paraId="2D1A63D0" w14:textId="77777777" w:rsidR="00544B9D" w:rsidRPr="00350C02" w:rsidRDefault="00544B9D"/>
    <w:p w14:paraId="6873E6AC" w14:textId="77777777" w:rsidR="00544B9D" w:rsidRPr="00350C02" w:rsidRDefault="00544B9D" w:rsidP="0016560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1918E3" w14:textId="376EDE19" w:rsidR="00FE6AE8" w:rsidRPr="00350C02" w:rsidRDefault="00FE6AE8" w:rsidP="00FE6AE8">
    <w:pPr>
      <w:pStyle w:val="Zhlav"/>
      <w:rPr>
        <w:i/>
        <w:iCs/>
      </w:rPr>
    </w:pPr>
    <w:r w:rsidRPr="00350C02">
      <w:tab/>
    </w:r>
    <w:r w:rsidRPr="00350C02">
      <w:rPr>
        <w:i/>
        <w:iCs/>
      </w:rPr>
      <w:t xml:space="preserve">IT dovednosti pro seniory – </w:t>
    </w:r>
    <w:r w:rsidR="00641589">
      <w:rPr>
        <w:i/>
        <w:iCs/>
      </w:rPr>
      <w:t xml:space="preserve">Aktivně na </w:t>
    </w:r>
    <w:proofErr w:type="gramStart"/>
    <w:r w:rsidR="00641589">
      <w:rPr>
        <w:i/>
        <w:iCs/>
      </w:rPr>
      <w:t>internetu -</w:t>
    </w:r>
    <w:r w:rsidR="005C0875">
      <w:rPr>
        <w:i/>
        <w:iCs/>
      </w:rPr>
      <w:t xml:space="preserve"> </w:t>
    </w:r>
    <w:r w:rsidRPr="00350C02">
      <w:rPr>
        <w:i/>
        <w:iCs/>
      </w:rPr>
      <w:t>manu</w:t>
    </w:r>
    <w:r w:rsidR="002873BC">
      <w:rPr>
        <w:i/>
        <w:iCs/>
      </w:rPr>
      <w:t>á</w:t>
    </w:r>
    <w:r w:rsidRPr="00350C02">
      <w:rPr>
        <w:i/>
        <w:iCs/>
      </w:rPr>
      <w:t>l</w:t>
    </w:r>
    <w:proofErr w:type="gramEnd"/>
    <w:r w:rsidRPr="00350C02">
      <w:rPr>
        <w:i/>
        <w:iCs/>
      </w:rPr>
      <w:t xml:space="preserve"> pro úroveň</w:t>
    </w:r>
    <w:r w:rsidR="00641589">
      <w:rPr>
        <w:i/>
        <w:iCs/>
      </w:rPr>
      <w:t xml:space="preserve"> 3</w:t>
    </w:r>
  </w:p>
  <w:p w14:paraId="6AD5EE74" w14:textId="77777777" w:rsidR="005C0875" w:rsidRPr="0023384F" w:rsidRDefault="005C0875" w:rsidP="005C0875">
    <w:pPr>
      <w:spacing w:after="0" w:line="240" w:lineRule="auto"/>
      <w:jc w:val="center"/>
      <w:outlineLvl w:val="0"/>
      <w:rPr>
        <w:rFonts w:eastAsia="Times New Roman" w:cstheme="minorHAnsi"/>
        <w:b/>
        <w:smallCaps/>
        <w:sz w:val="28"/>
        <w:szCs w:val="32"/>
        <w:lang w:val="en-US" w:eastAsia="en-GB"/>
      </w:rPr>
    </w:pPr>
    <w:r w:rsidRPr="0047089F">
      <w:rPr>
        <w:i/>
        <w:iCs/>
        <w:sz w:val="16"/>
        <w:szCs w:val="16"/>
      </w:rPr>
      <w:t xml:space="preserve">Připraveno v rámci projektu </w:t>
    </w:r>
    <w:proofErr w:type="spellStart"/>
    <w:r w:rsidRPr="0047089F">
      <w:rPr>
        <w:i/>
        <w:iCs/>
        <w:sz w:val="16"/>
        <w:szCs w:val="16"/>
      </w:rPr>
      <w:t>Bloom</w:t>
    </w:r>
    <w:proofErr w:type="spellEnd"/>
    <w:r w:rsidRPr="0047089F">
      <w:rPr>
        <w:i/>
        <w:iCs/>
        <w:sz w:val="16"/>
        <w:szCs w:val="16"/>
      </w:rPr>
      <w:t xml:space="preserve"> 5.0</w:t>
    </w:r>
    <w:r>
      <w:rPr>
        <w:i/>
        <w:iCs/>
        <w:sz w:val="16"/>
        <w:szCs w:val="16"/>
      </w:rPr>
      <w:t xml:space="preserve">, </w:t>
    </w:r>
    <w:r w:rsidRPr="0047089F">
      <w:rPr>
        <w:i/>
        <w:iCs/>
        <w:sz w:val="16"/>
        <w:szCs w:val="16"/>
      </w:rPr>
      <w:t>Erasmus +, k.a.2, číslo projektu</w:t>
    </w:r>
    <w:r>
      <w:rPr>
        <w:i/>
        <w:iCs/>
        <w:sz w:val="16"/>
        <w:szCs w:val="16"/>
      </w:rPr>
      <w:t xml:space="preserve"> </w:t>
    </w:r>
    <w:r w:rsidRPr="0047089F">
      <w:rPr>
        <w:i/>
        <w:iCs/>
        <w:sz w:val="16"/>
        <w:szCs w:val="16"/>
      </w:rPr>
      <w:t>2024-</w:t>
    </w:r>
    <w:proofErr w:type="gramStart"/>
    <w:r w:rsidRPr="0047089F">
      <w:rPr>
        <w:i/>
        <w:iCs/>
        <w:sz w:val="16"/>
        <w:szCs w:val="16"/>
      </w:rPr>
      <w:t>1-HR01</w:t>
    </w:r>
    <w:proofErr w:type="gramEnd"/>
    <w:r w:rsidRPr="0047089F">
      <w:rPr>
        <w:i/>
        <w:iCs/>
        <w:sz w:val="16"/>
        <w:szCs w:val="16"/>
      </w:rPr>
      <w:t>-KA210-ADU-000245070</w:t>
    </w:r>
  </w:p>
  <w:p w14:paraId="45BF73C8" w14:textId="77777777" w:rsidR="001C16E6" w:rsidRPr="00350C02" w:rsidRDefault="001C16E6" w:rsidP="00165609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E"/>
    <w:multiLevelType w:val="singleLevel"/>
    <w:tmpl w:val="FB12693A"/>
    <w:lvl w:ilvl="0">
      <w:start w:val="1"/>
      <w:numFmt w:val="decimal"/>
      <w:pStyle w:val="slovanseznam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1" w15:restartNumberingAfterBreak="0">
    <w:nsid w:val="FFFFFF7F"/>
    <w:multiLevelType w:val="singleLevel"/>
    <w:tmpl w:val="38441652"/>
    <w:lvl w:ilvl="0">
      <w:start w:val="1"/>
      <w:numFmt w:val="decimal"/>
      <w:pStyle w:val="slovanseznam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2" w15:restartNumberingAfterBreak="0">
    <w:nsid w:val="FFFFFF82"/>
    <w:multiLevelType w:val="singleLevel"/>
    <w:tmpl w:val="F3EAFDEC"/>
    <w:lvl w:ilvl="0">
      <w:start w:val="1"/>
      <w:numFmt w:val="bullet"/>
      <w:pStyle w:val="Seznamsodrkami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3" w15:restartNumberingAfterBreak="0">
    <w:nsid w:val="FFFFFF83"/>
    <w:multiLevelType w:val="singleLevel"/>
    <w:tmpl w:val="E8E4F05E"/>
    <w:lvl w:ilvl="0">
      <w:start w:val="1"/>
      <w:numFmt w:val="bullet"/>
      <w:pStyle w:val="Seznamsodrkami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4" w15:restartNumberingAfterBreak="0">
    <w:nsid w:val="FFFFFF88"/>
    <w:multiLevelType w:val="singleLevel"/>
    <w:tmpl w:val="D0A62B40"/>
    <w:lvl w:ilvl="0">
      <w:start w:val="1"/>
      <w:numFmt w:val="decimal"/>
      <w:pStyle w:val="slovanseznam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 w15:restartNumberingAfterBreak="0">
    <w:nsid w:val="FFFFFF89"/>
    <w:multiLevelType w:val="singleLevel"/>
    <w:tmpl w:val="9FA0538E"/>
    <w:lvl w:ilvl="0">
      <w:start w:val="1"/>
      <w:numFmt w:val="bullet"/>
      <w:pStyle w:val="Seznamsodrkami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00C10C5C"/>
    <w:multiLevelType w:val="multilevel"/>
    <w:tmpl w:val="CC822A7A"/>
    <w:lvl w:ilvl="0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2814D7E"/>
    <w:multiLevelType w:val="multilevel"/>
    <w:tmpl w:val="AC9C4B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04403A3F"/>
    <w:multiLevelType w:val="multilevel"/>
    <w:tmpl w:val="0EB4575E"/>
    <w:lvl w:ilvl="0">
      <w:start w:val="6"/>
      <w:numFmt w:val="decimal"/>
      <w:pStyle w:val="Nadpis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Nadpis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9" w15:restartNumberingAfterBreak="0">
    <w:nsid w:val="085F5D1E"/>
    <w:multiLevelType w:val="multilevel"/>
    <w:tmpl w:val="DC0441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093979AE"/>
    <w:multiLevelType w:val="multilevel"/>
    <w:tmpl w:val="AC9C4B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0AF337D0"/>
    <w:multiLevelType w:val="multilevel"/>
    <w:tmpl w:val="AC9C4B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0B8220BA"/>
    <w:multiLevelType w:val="multilevel"/>
    <w:tmpl w:val="AC9C4B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111A5753"/>
    <w:multiLevelType w:val="multilevel"/>
    <w:tmpl w:val="AC9C4B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11C1585E"/>
    <w:multiLevelType w:val="multilevel"/>
    <w:tmpl w:val="12F81B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5" w15:restartNumberingAfterBreak="0">
    <w:nsid w:val="13CD47A8"/>
    <w:multiLevelType w:val="hybridMultilevel"/>
    <w:tmpl w:val="57A85A70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1516295F"/>
    <w:multiLevelType w:val="multilevel"/>
    <w:tmpl w:val="AC9C4B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18483000"/>
    <w:multiLevelType w:val="multilevel"/>
    <w:tmpl w:val="C45460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18907B9C"/>
    <w:multiLevelType w:val="hybridMultilevel"/>
    <w:tmpl w:val="9F921C3E"/>
    <w:lvl w:ilvl="0" w:tplc="396430A0">
      <w:numFmt w:val="bullet"/>
      <w:lvlText w:val="•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B7C1C6A"/>
    <w:multiLevelType w:val="multilevel"/>
    <w:tmpl w:val="AC9C4B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1C290F05"/>
    <w:multiLevelType w:val="multilevel"/>
    <w:tmpl w:val="AC9C4B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1FB11138"/>
    <w:multiLevelType w:val="hybridMultilevel"/>
    <w:tmpl w:val="FCB2EB4C"/>
    <w:lvl w:ilvl="0" w:tplc="7FF8E2B6">
      <w:start w:val="1"/>
      <w:numFmt w:val="bullet"/>
      <w:pStyle w:val="OdrkyMSWORD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876E65E">
      <w:start w:val="1"/>
      <w:numFmt w:val="bullet"/>
      <w:lvlText w:val="–"/>
      <w:lvlJc w:val="left"/>
      <w:pPr>
        <w:ind w:left="2710" w:hanging="910"/>
      </w:pPr>
      <w:rPr>
        <w:rFonts w:ascii="Cambria" w:eastAsiaTheme="minorEastAsia" w:hAnsi="Cambria" w:cstheme="minorBidi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4981C6A"/>
    <w:multiLevelType w:val="multilevel"/>
    <w:tmpl w:val="AC222B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254D415E"/>
    <w:multiLevelType w:val="multilevel"/>
    <w:tmpl w:val="AC9C4B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25CD5535"/>
    <w:multiLevelType w:val="hybridMultilevel"/>
    <w:tmpl w:val="38A45158"/>
    <w:lvl w:ilvl="0" w:tplc="396430A0">
      <w:numFmt w:val="bullet"/>
      <w:lvlText w:val="•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2A34566F"/>
    <w:multiLevelType w:val="multilevel"/>
    <w:tmpl w:val="AC9C4B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2BD5481E"/>
    <w:multiLevelType w:val="multilevel"/>
    <w:tmpl w:val="AC9C4B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2C777A6B"/>
    <w:multiLevelType w:val="multilevel"/>
    <w:tmpl w:val="AC9C4B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2E495454"/>
    <w:multiLevelType w:val="multilevel"/>
    <w:tmpl w:val="AC9C4B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32D1286D"/>
    <w:multiLevelType w:val="multilevel"/>
    <w:tmpl w:val="AC9C4B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36A05E30"/>
    <w:multiLevelType w:val="multilevel"/>
    <w:tmpl w:val="553C76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3D14613B"/>
    <w:multiLevelType w:val="hybridMultilevel"/>
    <w:tmpl w:val="AB58BC80"/>
    <w:lvl w:ilvl="0" w:tplc="396430A0">
      <w:numFmt w:val="bullet"/>
      <w:lvlText w:val="•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3C75D05"/>
    <w:multiLevelType w:val="multilevel"/>
    <w:tmpl w:val="AC9C4B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44A81C8C"/>
    <w:multiLevelType w:val="multilevel"/>
    <w:tmpl w:val="AC9C4B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482B5189"/>
    <w:multiLevelType w:val="multilevel"/>
    <w:tmpl w:val="AC9C4B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48577442"/>
    <w:multiLevelType w:val="multilevel"/>
    <w:tmpl w:val="AC9C4B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49713EC8"/>
    <w:multiLevelType w:val="multilevel"/>
    <w:tmpl w:val="AC9C4B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4D2420EC"/>
    <w:multiLevelType w:val="multilevel"/>
    <w:tmpl w:val="E5548C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38" w15:restartNumberingAfterBreak="0">
    <w:nsid w:val="4ECB04DB"/>
    <w:multiLevelType w:val="multilevel"/>
    <w:tmpl w:val="0A9089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4EF255FD"/>
    <w:multiLevelType w:val="multilevel"/>
    <w:tmpl w:val="AC9C4B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51EF1488"/>
    <w:multiLevelType w:val="hybridMultilevel"/>
    <w:tmpl w:val="9B34C2C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53BD4240"/>
    <w:multiLevelType w:val="multilevel"/>
    <w:tmpl w:val="AC9C4B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562061BE"/>
    <w:multiLevelType w:val="multilevel"/>
    <w:tmpl w:val="AC9C4B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5CB43DE2"/>
    <w:multiLevelType w:val="multilevel"/>
    <w:tmpl w:val="E5548C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 w15:restartNumberingAfterBreak="0">
    <w:nsid w:val="5F2963C8"/>
    <w:multiLevelType w:val="hybridMultilevel"/>
    <w:tmpl w:val="96C8152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60B83A5C"/>
    <w:multiLevelType w:val="hybridMultilevel"/>
    <w:tmpl w:val="4606CBD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60E208B7"/>
    <w:multiLevelType w:val="hybridMultilevel"/>
    <w:tmpl w:val="113EFB7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64892527"/>
    <w:multiLevelType w:val="multilevel"/>
    <w:tmpl w:val="E2A8DC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 w15:restartNumberingAfterBreak="0">
    <w:nsid w:val="65164F6F"/>
    <w:multiLevelType w:val="multilevel"/>
    <w:tmpl w:val="AC9C4B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 w15:restartNumberingAfterBreak="0">
    <w:nsid w:val="65636125"/>
    <w:multiLevelType w:val="multilevel"/>
    <w:tmpl w:val="AC9C4B9C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50" w15:restartNumberingAfterBreak="0">
    <w:nsid w:val="69703B7B"/>
    <w:multiLevelType w:val="multilevel"/>
    <w:tmpl w:val="B532EE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51" w15:restartNumberingAfterBreak="0">
    <w:nsid w:val="6B9F7621"/>
    <w:multiLevelType w:val="multilevel"/>
    <w:tmpl w:val="22AA27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" w15:restartNumberingAfterBreak="0">
    <w:nsid w:val="6DCA2E93"/>
    <w:multiLevelType w:val="multilevel"/>
    <w:tmpl w:val="B532EE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53" w15:restartNumberingAfterBreak="0">
    <w:nsid w:val="6F7951F4"/>
    <w:multiLevelType w:val="multilevel"/>
    <w:tmpl w:val="AC9C4B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4" w15:restartNumberingAfterBreak="0">
    <w:nsid w:val="70E25139"/>
    <w:multiLevelType w:val="hybridMultilevel"/>
    <w:tmpl w:val="6AC0C48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716D29D5"/>
    <w:multiLevelType w:val="multilevel"/>
    <w:tmpl w:val="AC9C4B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6" w15:restartNumberingAfterBreak="0">
    <w:nsid w:val="742F6FB1"/>
    <w:multiLevelType w:val="hybridMultilevel"/>
    <w:tmpl w:val="3132916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74813B67"/>
    <w:multiLevelType w:val="hybridMultilevel"/>
    <w:tmpl w:val="52086D76"/>
    <w:lvl w:ilvl="0" w:tplc="0405000F">
      <w:start w:val="1"/>
      <w:numFmt w:val="decimal"/>
      <w:lvlText w:val="%1."/>
      <w:lvlJc w:val="left"/>
      <w:pPr>
        <w:ind w:left="768" w:hanging="360"/>
      </w:pPr>
    </w:lvl>
    <w:lvl w:ilvl="1" w:tplc="04050019" w:tentative="1">
      <w:start w:val="1"/>
      <w:numFmt w:val="lowerLetter"/>
      <w:lvlText w:val="%2."/>
      <w:lvlJc w:val="left"/>
      <w:pPr>
        <w:ind w:left="1488" w:hanging="360"/>
      </w:pPr>
    </w:lvl>
    <w:lvl w:ilvl="2" w:tplc="0405001B" w:tentative="1">
      <w:start w:val="1"/>
      <w:numFmt w:val="lowerRoman"/>
      <w:lvlText w:val="%3."/>
      <w:lvlJc w:val="right"/>
      <w:pPr>
        <w:ind w:left="2208" w:hanging="180"/>
      </w:pPr>
    </w:lvl>
    <w:lvl w:ilvl="3" w:tplc="0405000F" w:tentative="1">
      <w:start w:val="1"/>
      <w:numFmt w:val="decimal"/>
      <w:lvlText w:val="%4."/>
      <w:lvlJc w:val="left"/>
      <w:pPr>
        <w:ind w:left="2928" w:hanging="360"/>
      </w:pPr>
    </w:lvl>
    <w:lvl w:ilvl="4" w:tplc="04050019" w:tentative="1">
      <w:start w:val="1"/>
      <w:numFmt w:val="lowerLetter"/>
      <w:lvlText w:val="%5."/>
      <w:lvlJc w:val="left"/>
      <w:pPr>
        <w:ind w:left="3648" w:hanging="360"/>
      </w:pPr>
    </w:lvl>
    <w:lvl w:ilvl="5" w:tplc="0405001B" w:tentative="1">
      <w:start w:val="1"/>
      <w:numFmt w:val="lowerRoman"/>
      <w:lvlText w:val="%6."/>
      <w:lvlJc w:val="right"/>
      <w:pPr>
        <w:ind w:left="4368" w:hanging="180"/>
      </w:pPr>
    </w:lvl>
    <w:lvl w:ilvl="6" w:tplc="0405000F" w:tentative="1">
      <w:start w:val="1"/>
      <w:numFmt w:val="decimal"/>
      <w:lvlText w:val="%7."/>
      <w:lvlJc w:val="left"/>
      <w:pPr>
        <w:ind w:left="5088" w:hanging="360"/>
      </w:pPr>
    </w:lvl>
    <w:lvl w:ilvl="7" w:tplc="04050019" w:tentative="1">
      <w:start w:val="1"/>
      <w:numFmt w:val="lowerLetter"/>
      <w:lvlText w:val="%8."/>
      <w:lvlJc w:val="left"/>
      <w:pPr>
        <w:ind w:left="5808" w:hanging="360"/>
      </w:pPr>
    </w:lvl>
    <w:lvl w:ilvl="8" w:tplc="0405001B" w:tentative="1">
      <w:start w:val="1"/>
      <w:numFmt w:val="lowerRoman"/>
      <w:lvlText w:val="%9."/>
      <w:lvlJc w:val="right"/>
      <w:pPr>
        <w:ind w:left="6528" w:hanging="180"/>
      </w:pPr>
    </w:lvl>
  </w:abstractNum>
  <w:abstractNum w:abstractNumId="58" w15:restartNumberingAfterBreak="0">
    <w:nsid w:val="779F6760"/>
    <w:multiLevelType w:val="multilevel"/>
    <w:tmpl w:val="AC9C4B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9" w15:restartNumberingAfterBreak="0">
    <w:nsid w:val="78BB7BE4"/>
    <w:multiLevelType w:val="multilevel"/>
    <w:tmpl w:val="53BA63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0" w15:restartNumberingAfterBreak="0">
    <w:nsid w:val="7A141A77"/>
    <w:multiLevelType w:val="multilevel"/>
    <w:tmpl w:val="AC9C4B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1" w15:restartNumberingAfterBreak="0">
    <w:nsid w:val="7CA8158C"/>
    <w:multiLevelType w:val="hybridMultilevel"/>
    <w:tmpl w:val="C0C621D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7DD34DBA"/>
    <w:multiLevelType w:val="multilevel"/>
    <w:tmpl w:val="AC9C4B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3" w15:restartNumberingAfterBreak="0">
    <w:nsid w:val="7FE016C6"/>
    <w:multiLevelType w:val="multilevel"/>
    <w:tmpl w:val="AC9C4B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503814874">
    <w:abstractNumId w:val="5"/>
  </w:num>
  <w:num w:numId="2" w16cid:durableId="1186944560">
    <w:abstractNumId w:val="3"/>
  </w:num>
  <w:num w:numId="3" w16cid:durableId="1028221860">
    <w:abstractNumId w:val="2"/>
  </w:num>
  <w:num w:numId="4" w16cid:durableId="544489931">
    <w:abstractNumId w:val="4"/>
  </w:num>
  <w:num w:numId="5" w16cid:durableId="134759574">
    <w:abstractNumId w:val="1"/>
  </w:num>
  <w:num w:numId="6" w16cid:durableId="1777482198">
    <w:abstractNumId w:val="0"/>
  </w:num>
  <w:num w:numId="7" w16cid:durableId="1687900788">
    <w:abstractNumId w:val="8"/>
  </w:num>
  <w:num w:numId="8" w16cid:durableId="1515535948">
    <w:abstractNumId w:val="21"/>
  </w:num>
  <w:num w:numId="9" w16cid:durableId="1343629487">
    <w:abstractNumId w:val="56"/>
  </w:num>
  <w:num w:numId="10" w16cid:durableId="197401310">
    <w:abstractNumId w:val="46"/>
  </w:num>
  <w:num w:numId="11" w16cid:durableId="2099907927">
    <w:abstractNumId w:val="57"/>
  </w:num>
  <w:num w:numId="12" w16cid:durableId="279146282">
    <w:abstractNumId w:val="24"/>
  </w:num>
  <w:num w:numId="13" w16cid:durableId="1681010077">
    <w:abstractNumId w:val="18"/>
  </w:num>
  <w:num w:numId="14" w16cid:durableId="692222184">
    <w:abstractNumId w:val="31"/>
  </w:num>
  <w:num w:numId="15" w16cid:durableId="824858155">
    <w:abstractNumId w:val="61"/>
  </w:num>
  <w:num w:numId="16" w16cid:durableId="743844618">
    <w:abstractNumId w:val="44"/>
  </w:num>
  <w:num w:numId="17" w16cid:durableId="262345982">
    <w:abstractNumId w:val="17"/>
  </w:num>
  <w:num w:numId="18" w16cid:durableId="1918392154">
    <w:abstractNumId w:val="54"/>
  </w:num>
  <w:num w:numId="19" w16cid:durableId="2087529512">
    <w:abstractNumId w:val="6"/>
  </w:num>
  <w:num w:numId="20" w16cid:durableId="425542575">
    <w:abstractNumId w:val="40"/>
  </w:num>
  <w:num w:numId="21" w16cid:durableId="1196312159">
    <w:abstractNumId w:val="59"/>
  </w:num>
  <w:num w:numId="22" w16cid:durableId="1272780681">
    <w:abstractNumId w:val="30"/>
  </w:num>
  <w:num w:numId="23" w16cid:durableId="928272965">
    <w:abstractNumId w:val="45"/>
  </w:num>
  <w:num w:numId="24" w16cid:durableId="426536672">
    <w:abstractNumId w:val="9"/>
  </w:num>
  <w:num w:numId="25" w16cid:durableId="1477646465">
    <w:abstractNumId w:val="38"/>
  </w:num>
  <w:num w:numId="26" w16cid:durableId="309600475">
    <w:abstractNumId w:val="51"/>
  </w:num>
  <w:num w:numId="27" w16cid:durableId="707683948">
    <w:abstractNumId w:val="22"/>
  </w:num>
  <w:num w:numId="28" w16cid:durableId="1988167286">
    <w:abstractNumId w:val="13"/>
  </w:num>
  <w:num w:numId="29" w16cid:durableId="1170951919">
    <w:abstractNumId w:val="41"/>
  </w:num>
  <w:num w:numId="30" w16cid:durableId="2073304299">
    <w:abstractNumId w:val="52"/>
  </w:num>
  <w:num w:numId="31" w16cid:durableId="1295790190">
    <w:abstractNumId w:val="10"/>
  </w:num>
  <w:num w:numId="32" w16cid:durableId="986975582">
    <w:abstractNumId w:val="25"/>
  </w:num>
  <w:num w:numId="33" w16cid:durableId="513543760">
    <w:abstractNumId w:val="7"/>
  </w:num>
  <w:num w:numId="34" w16cid:durableId="357776717">
    <w:abstractNumId w:val="50"/>
  </w:num>
  <w:num w:numId="35" w16cid:durableId="1307051191">
    <w:abstractNumId w:val="63"/>
  </w:num>
  <w:num w:numId="36" w16cid:durableId="44064748">
    <w:abstractNumId w:val="60"/>
  </w:num>
  <w:num w:numId="37" w16cid:durableId="198470706">
    <w:abstractNumId w:val="14"/>
  </w:num>
  <w:num w:numId="38" w16cid:durableId="267470712">
    <w:abstractNumId w:val="62"/>
  </w:num>
  <w:num w:numId="39" w16cid:durableId="761266618">
    <w:abstractNumId w:val="27"/>
  </w:num>
  <w:num w:numId="40" w16cid:durableId="206918695">
    <w:abstractNumId w:val="49"/>
  </w:num>
  <w:num w:numId="41" w16cid:durableId="2048211886">
    <w:abstractNumId w:val="37"/>
  </w:num>
  <w:num w:numId="42" w16cid:durableId="264312982">
    <w:abstractNumId w:val="39"/>
  </w:num>
  <w:num w:numId="43" w16cid:durableId="546142049">
    <w:abstractNumId w:val="48"/>
  </w:num>
  <w:num w:numId="44" w16cid:durableId="25641445">
    <w:abstractNumId w:val="55"/>
  </w:num>
  <w:num w:numId="45" w16cid:durableId="1157963100">
    <w:abstractNumId w:val="36"/>
  </w:num>
  <w:num w:numId="46" w16cid:durableId="1372341244">
    <w:abstractNumId w:val="16"/>
  </w:num>
  <w:num w:numId="47" w16cid:durableId="2076463812">
    <w:abstractNumId w:val="42"/>
  </w:num>
  <w:num w:numId="48" w16cid:durableId="1873573228">
    <w:abstractNumId w:val="15"/>
  </w:num>
  <w:num w:numId="49" w16cid:durableId="1469275162">
    <w:abstractNumId w:val="32"/>
  </w:num>
  <w:num w:numId="50" w16cid:durableId="81150659">
    <w:abstractNumId w:val="23"/>
  </w:num>
  <w:num w:numId="51" w16cid:durableId="439879627">
    <w:abstractNumId w:val="58"/>
  </w:num>
  <w:num w:numId="52" w16cid:durableId="1769228769">
    <w:abstractNumId w:val="20"/>
  </w:num>
  <w:num w:numId="53" w16cid:durableId="1199388567">
    <w:abstractNumId w:val="12"/>
  </w:num>
  <w:num w:numId="54" w16cid:durableId="1120536853">
    <w:abstractNumId w:val="53"/>
  </w:num>
  <w:num w:numId="55" w16cid:durableId="1603026175">
    <w:abstractNumId w:val="11"/>
  </w:num>
  <w:num w:numId="56" w16cid:durableId="1311639591">
    <w:abstractNumId w:val="33"/>
  </w:num>
  <w:num w:numId="57" w16cid:durableId="629941870">
    <w:abstractNumId w:val="29"/>
  </w:num>
  <w:num w:numId="58" w16cid:durableId="1221748830">
    <w:abstractNumId w:val="19"/>
  </w:num>
  <w:num w:numId="59" w16cid:durableId="1617831226">
    <w:abstractNumId w:val="28"/>
  </w:num>
  <w:num w:numId="60" w16cid:durableId="1607419638">
    <w:abstractNumId w:val="26"/>
  </w:num>
  <w:num w:numId="61" w16cid:durableId="818420659">
    <w:abstractNumId w:val="34"/>
  </w:num>
  <w:num w:numId="62" w16cid:durableId="1343437671">
    <w:abstractNumId w:val="35"/>
  </w:num>
  <w:num w:numId="63" w16cid:durableId="1304579010">
    <w:abstractNumId w:val="43"/>
  </w:num>
  <w:num w:numId="64" w16cid:durableId="1690598330">
    <w:abstractNumId w:val="47"/>
  </w:num>
  <w:numIdMacAtCleanup w:val="6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3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02741"/>
    <w:rsid w:val="00034616"/>
    <w:rsid w:val="000347AC"/>
    <w:rsid w:val="00055F1E"/>
    <w:rsid w:val="0006063C"/>
    <w:rsid w:val="00081612"/>
    <w:rsid w:val="000914BC"/>
    <w:rsid w:val="000B0C73"/>
    <w:rsid w:val="000B306C"/>
    <w:rsid w:val="000E0A5D"/>
    <w:rsid w:val="000E0BE4"/>
    <w:rsid w:val="000E353C"/>
    <w:rsid w:val="000E60A0"/>
    <w:rsid w:val="000F510D"/>
    <w:rsid w:val="000F713C"/>
    <w:rsid w:val="00111C28"/>
    <w:rsid w:val="00136D63"/>
    <w:rsid w:val="0015074B"/>
    <w:rsid w:val="0015096D"/>
    <w:rsid w:val="00157CE0"/>
    <w:rsid w:val="00165609"/>
    <w:rsid w:val="001727CF"/>
    <w:rsid w:val="001815D4"/>
    <w:rsid w:val="001942B6"/>
    <w:rsid w:val="001977EE"/>
    <w:rsid w:val="001B08CB"/>
    <w:rsid w:val="001B3A1C"/>
    <w:rsid w:val="001C16E6"/>
    <w:rsid w:val="001E0AEB"/>
    <w:rsid w:val="001F4B61"/>
    <w:rsid w:val="001F4EB7"/>
    <w:rsid w:val="00203B6A"/>
    <w:rsid w:val="00215CBA"/>
    <w:rsid w:val="0022517D"/>
    <w:rsid w:val="00230C06"/>
    <w:rsid w:val="00231992"/>
    <w:rsid w:val="00235B90"/>
    <w:rsid w:val="00244651"/>
    <w:rsid w:val="002557A4"/>
    <w:rsid w:val="0026085E"/>
    <w:rsid w:val="0028148C"/>
    <w:rsid w:val="00285BF9"/>
    <w:rsid w:val="002873BC"/>
    <w:rsid w:val="00290105"/>
    <w:rsid w:val="0029639D"/>
    <w:rsid w:val="002B525C"/>
    <w:rsid w:val="002C2EAA"/>
    <w:rsid w:val="002C4012"/>
    <w:rsid w:val="002C705C"/>
    <w:rsid w:val="002D7A91"/>
    <w:rsid w:val="002E24B1"/>
    <w:rsid w:val="002E7706"/>
    <w:rsid w:val="002F78C7"/>
    <w:rsid w:val="00312DF8"/>
    <w:rsid w:val="00323233"/>
    <w:rsid w:val="00326F90"/>
    <w:rsid w:val="00350C02"/>
    <w:rsid w:val="0037283C"/>
    <w:rsid w:val="003841A4"/>
    <w:rsid w:val="00396979"/>
    <w:rsid w:val="003A211A"/>
    <w:rsid w:val="003A4127"/>
    <w:rsid w:val="003A44F3"/>
    <w:rsid w:val="003B4E16"/>
    <w:rsid w:val="003B5377"/>
    <w:rsid w:val="003C52B2"/>
    <w:rsid w:val="003E1B96"/>
    <w:rsid w:val="00443D68"/>
    <w:rsid w:val="004658CE"/>
    <w:rsid w:val="00474E34"/>
    <w:rsid w:val="00475C96"/>
    <w:rsid w:val="00486660"/>
    <w:rsid w:val="004A1759"/>
    <w:rsid w:val="004A21EF"/>
    <w:rsid w:val="004D207F"/>
    <w:rsid w:val="004E1911"/>
    <w:rsid w:val="004E3CF4"/>
    <w:rsid w:val="004F5070"/>
    <w:rsid w:val="004F7087"/>
    <w:rsid w:val="005021E0"/>
    <w:rsid w:val="005121D8"/>
    <w:rsid w:val="00544B9D"/>
    <w:rsid w:val="005461CD"/>
    <w:rsid w:val="005475AB"/>
    <w:rsid w:val="00553E72"/>
    <w:rsid w:val="005668D0"/>
    <w:rsid w:val="00572851"/>
    <w:rsid w:val="00575710"/>
    <w:rsid w:val="0059270C"/>
    <w:rsid w:val="005A19F6"/>
    <w:rsid w:val="005C0875"/>
    <w:rsid w:val="005E7118"/>
    <w:rsid w:val="005F7CCC"/>
    <w:rsid w:val="0061509F"/>
    <w:rsid w:val="00641589"/>
    <w:rsid w:val="00680446"/>
    <w:rsid w:val="006860FD"/>
    <w:rsid w:val="00686219"/>
    <w:rsid w:val="00686C38"/>
    <w:rsid w:val="00694CCC"/>
    <w:rsid w:val="006A436B"/>
    <w:rsid w:val="006D73A2"/>
    <w:rsid w:val="006E7A60"/>
    <w:rsid w:val="006F02D6"/>
    <w:rsid w:val="006F5725"/>
    <w:rsid w:val="00713D62"/>
    <w:rsid w:val="00722831"/>
    <w:rsid w:val="00734400"/>
    <w:rsid w:val="007531B4"/>
    <w:rsid w:val="00753ACC"/>
    <w:rsid w:val="00764CA5"/>
    <w:rsid w:val="0076740B"/>
    <w:rsid w:val="007848EF"/>
    <w:rsid w:val="00791BAE"/>
    <w:rsid w:val="00795676"/>
    <w:rsid w:val="007A5EF0"/>
    <w:rsid w:val="007B23A2"/>
    <w:rsid w:val="007C080B"/>
    <w:rsid w:val="007E095C"/>
    <w:rsid w:val="007E50F4"/>
    <w:rsid w:val="007F2271"/>
    <w:rsid w:val="00800CF3"/>
    <w:rsid w:val="00832C8B"/>
    <w:rsid w:val="0084140B"/>
    <w:rsid w:val="0085017B"/>
    <w:rsid w:val="008704CD"/>
    <w:rsid w:val="008B7C6D"/>
    <w:rsid w:val="008C1F78"/>
    <w:rsid w:val="008D5333"/>
    <w:rsid w:val="008D7D68"/>
    <w:rsid w:val="008E42FB"/>
    <w:rsid w:val="008E5D69"/>
    <w:rsid w:val="009230FC"/>
    <w:rsid w:val="009326A2"/>
    <w:rsid w:val="009431B1"/>
    <w:rsid w:val="00944380"/>
    <w:rsid w:val="0095006E"/>
    <w:rsid w:val="0095793F"/>
    <w:rsid w:val="00957FB0"/>
    <w:rsid w:val="009612FA"/>
    <w:rsid w:val="00967D18"/>
    <w:rsid w:val="009707CD"/>
    <w:rsid w:val="00976C3F"/>
    <w:rsid w:val="00983DDD"/>
    <w:rsid w:val="009865C4"/>
    <w:rsid w:val="009A1247"/>
    <w:rsid w:val="009C1AF8"/>
    <w:rsid w:val="009E0319"/>
    <w:rsid w:val="009F2908"/>
    <w:rsid w:val="009F6620"/>
    <w:rsid w:val="00A02767"/>
    <w:rsid w:val="00A033EE"/>
    <w:rsid w:val="00A06826"/>
    <w:rsid w:val="00A406B4"/>
    <w:rsid w:val="00A642C6"/>
    <w:rsid w:val="00A71A34"/>
    <w:rsid w:val="00AA1D8D"/>
    <w:rsid w:val="00AA3084"/>
    <w:rsid w:val="00AA5783"/>
    <w:rsid w:val="00AB1536"/>
    <w:rsid w:val="00AB3C25"/>
    <w:rsid w:val="00AD047C"/>
    <w:rsid w:val="00AD11C0"/>
    <w:rsid w:val="00AE20A5"/>
    <w:rsid w:val="00AF4CF2"/>
    <w:rsid w:val="00B0042C"/>
    <w:rsid w:val="00B26176"/>
    <w:rsid w:val="00B3242D"/>
    <w:rsid w:val="00B341C5"/>
    <w:rsid w:val="00B34395"/>
    <w:rsid w:val="00B35CB6"/>
    <w:rsid w:val="00B37605"/>
    <w:rsid w:val="00B47730"/>
    <w:rsid w:val="00B50EB0"/>
    <w:rsid w:val="00B62598"/>
    <w:rsid w:val="00B629D7"/>
    <w:rsid w:val="00B65576"/>
    <w:rsid w:val="00B72513"/>
    <w:rsid w:val="00B85DAE"/>
    <w:rsid w:val="00B922AA"/>
    <w:rsid w:val="00B951A8"/>
    <w:rsid w:val="00BB0C12"/>
    <w:rsid w:val="00BB3586"/>
    <w:rsid w:val="00BB370C"/>
    <w:rsid w:val="00BC134E"/>
    <w:rsid w:val="00BE3295"/>
    <w:rsid w:val="00BE4ED9"/>
    <w:rsid w:val="00BF65A9"/>
    <w:rsid w:val="00C036DF"/>
    <w:rsid w:val="00C11DD1"/>
    <w:rsid w:val="00C21F9C"/>
    <w:rsid w:val="00C31D2E"/>
    <w:rsid w:val="00C40E8A"/>
    <w:rsid w:val="00C72EA5"/>
    <w:rsid w:val="00CA495A"/>
    <w:rsid w:val="00CA5DDC"/>
    <w:rsid w:val="00CB0664"/>
    <w:rsid w:val="00CB3137"/>
    <w:rsid w:val="00CB32B9"/>
    <w:rsid w:val="00CC03EB"/>
    <w:rsid w:val="00CC33AF"/>
    <w:rsid w:val="00CC6972"/>
    <w:rsid w:val="00CD0061"/>
    <w:rsid w:val="00CD22A9"/>
    <w:rsid w:val="00CE3342"/>
    <w:rsid w:val="00CF3DDB"/>
    <w:rsid w:val="00CF7FC0"/>
    <w:rsid w:val="00D102E7"/>
    <w:rsid w:val="00D11342"/>
    <w:rsid w:val="00D16363"/>
    <w:rsid w:val="00D4619B"/>
    <w:rsid w:val="00D51BDC"/>
    <w:rsid w:val="00D5445A"/>
    <w:rsid w:val="00D701AA"/>
    <w:rsid w:val="00D758A1"/>
    <w:rsid w:val="00D8602C"/>
    <w:rsid w:val="00D86574"/>
    <w:rsid w:val="00DA042A"/>
    <w:rsid w:val="00DA0FFD"/>
    <w:rsid w:val="00DD0777"/>
    <w:rsid w:val="00DD1337"/>
    <w:rsid w:val="00DD27D5"/>
    <w:rsid w:val="00DD41B7"/>
    <w:rsid w:val="00DE27B9"/>
    <w:rsid w:val="00E036B5"/>
    <w:rsid w:val="00E453B9"/>
    <w:rsid w:val="00E57243"/>
    <w:rsid w:val="00E820A8"/>
    <w:rsid w:val="00E830FB"/>
    <w:rsid w:val="00E85D5F"/>
    <w:rsid w:val="00E87F00"/>
    <w:rsid w:val="00E9394A"/>
    <w:rsid w:val="00EA1F1E"/>
    <w:rsid w:val="00EA70D6"/>
    <w:rsid w:val="00EB119E"/>
    <w:rsid w:val="00EB34AE"/>
    <w:rsid w:val="00EB44D3"/>
    <w:rsid w:val="00EB4A6E"/>
    <w:rsid w:val="00EB6361"/>
    <w:rsid w:val="00EC3E59"/>
    <w:rsid w:val="00EE0EC2"/>
    <w:rsid w:val="00EF46FB"/>
    <w:rsid w:val="00F16D5A"/>
    <w:rsid w:val="00F64B9E"/>
    <w:rsid w:val="00F8535C"/>
    <w:rsid w:val="00F94609"/>
    <w:rsid w:val="00F94BD1"/>
    <w:rsid w:val="00FA0201"/>
    <w:rsid w:val="00FA024B"/>
    <w:rsid w:val="00FA7A60"/>
    <w:rsid w:val="00FB5B5E"/>
    <w:rsid w:val="00FB668E"/>
    <w:rsid w:val="00FC635A"/>
    <w:rsid w:val="00FC693F"/>
    <w:rsid w:val="00FD1998"/>
    <w:rsid w:val="00FD46BC"/>
    <w:rsid w:val="00FE0AEE"/>
    <w:rsid w:val="00FE0F75"/>
    <w:rsid w:val="00FE6AE8"/>
    <w:rsid w:val="00FF5D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7C8F23A"/>
  <w14:defaultImageDpi w14:val="300"/>
  <w15:docId w15:val="{ADC7EFD2-616F-4109-BBDD-49B006EE16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CB32B9"/>
    <w:pPr>
      <w:jc w:val="both"/>
    </w:pPr>
    <w:rPr>
      <w:lang w:val="cs-CZ"/>
    </w:rPr>
  </w:style>
  <w:style w:type="paragraph" w:styleId="Nadpis1">
    <w:name w:val="heading 1"/>
    <w:basedOn w:val="Normln"/>
    <w:next w:val="Normln"/>
    <w:link w:val="Nadpis1Char"/>
    <w:uiPriority w:val="9"/>
    <w:qFormat/>
    <w:rsid w:val="000347AC"/>
    <w:pPr>
      <w:keepNext/>
      <w:keepLines/>
      <w:numPr>
        <w:numId w:val="7"/>
      </w:numPr>
      <w:spacing w:before="480" w:after="240"/>
      <w:outlineLvl w:val="0"/>
    </w:pPr>
    <w:rPr>
      <w:rFonts w:asciiTheme="majorHAnsi" w:eastAsiaTheme="majorEastAsia" w:hAnsiTheme="majorHAnsi" w:cstheme="majorBidi"/>
      <w:b/>
      <w:bCs/>
      <w:sz w:val="36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285BF9"/>
    <w:pPr>
      <w:keepNext/>
      <w:keepLines/>
      <w:numPr>
        <w:ilvl w:val="1"/>
        <w:numId w:val="7"/>
      </w:numPr>
      <w:spacing w:before="240" w:after="0"/>
      <w:outlineLvl w:val="1"/>
    </w:pPr>
    <w:rPr>
      <w:rFonts w:asciiTheme="majorHAnsi" w:eastAsiaTheme="majorEastAsia" w:hAnsiTheme="majorHAnsi" w:cstheme="majorBidi"/>
      <w:b/>
      <w:bCs/>
      <w:sz w:val="28"/>
      <w:szCs w:val="28"/>
      <w:lang w:eastAsia="cs-CZ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15096D"/>
    <w:pPr>
      <w:keepNext/>
      <w:keepLines/>
      <w:numPr>
        <w:ilvl w:val="2"/>
        <w:numId w:val="7"/>
      </w:numPr>
      <w:spacing w:before="360" w:after="120" w:line="240" w:lineRule="auto"/>
      <w:outlineLvl w:val="2"/>
    </w:pPr>
    <w:rPr>
      <w:rFonts w:asciiTheme="majorHAnsi" w:eastAsiaTheme="majorEastAsia" w:hAnsiTheme="majorHAnsi" w:cstheme="majorBidi"/>
      <w:b/>
      <w:bCs/>
      <w:sz w:val="26"/>
      <w:szCs w:val="26"/>
      <w:lang w:eastAsia="cs-CZ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6F02D6"/>
    <w:pPr>
      <w:keepNext/>
      <w:keepLines/>
      <w:numPr>
        <w:ilvl w:val="3"/>
        <w:numId w:val="7"/>
      </w:numPr>
      <w:spacing w:before="240" w:after="240"/>
      <w:outlineLvl w:val="3"/>
    </w:pPr>
    <w:rPr>
      <w:rFonts w:ascii="Times New Roman" w:eastAsia="Times New Roman" w:hAnsi="Times New Roman" w:cs="Times New Roman"/>
      <w:b/>
      <w:bCs/>
      <w:sz w:val="26"/>
      <w:szCs w:val="26"/>
      <w:lang w:eastAsia="cs-CZ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FC693F"/>
    <w:pPr>
      <w:keepNext/>
      <w:keepLines/>
      <w:numPr>
        <w:ilvl w:val="4"/>
        <w:numId w:val="7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FC693F"/>
    <w:pPr>
      <w:keepNext/>
      <w:keepLines/>
      <w:numPr>
        <w:ilvl w:val="5"/>
        <w:numId w:val="7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FC693F"/>
    <w:pPr>
      <w:keepNext/>
      <w:keepLines/>
      <w:numPr>
        <w:ilvl w:val="6"/>
        <w:numId w:val="7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FC693F"/>
    <w:pPr>
      <w:keepNext/>
      <w:keepLines/>
      <w:numPr>
        <w:ilvl w:val="7"/>
        <w:numId w:val="7"/>
      </w:numPr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FC693F"/>
    <w:pPr>
      <w:keepNext/>
      <w:keepLines/>
      <w:numPr>
        <w:ilvl w:val="8"/>
        <w:numId w:val="7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618BF"/>
  </w:style>
  <w:style w:type="paragraph" w:styleId="Zpat">
    <w:name w:val="footer"/>
    <w:basedOn w:val="Normln"/>
    <w:link w:val="Zpat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618BF"/>
  </w:style>
  <w:style w:type="paragraph" w:styleId="Bezmezer">
    <w:name w:val="No Spacing"/>
    <w:uiPriority w:val="1"/>
    <w:qFormat/>
    <w:rsid w:val="00FC693F"/>
    <w:pPr>
      <w:spacing w:after="0" w:line="240" w:lineRule="auto"/>
    </w:pPr>
  </w:style>
  <w:style w:type="character" w:customStyle="1" w:styleId="Nadpis1Char">
    <w:name w:val="Nadpis 1 Char"/>
    <w:basedOn w:val="Standardnpsmoodstavce"/>
    <w:link w:val="Nadpis1"/>
    <w:uiPriority w:val="9"/>
    <w:rsid w:val="000347AC"/>
    <w:rPr>
      <w:rFonts w:asciiTheme="majorHAnsi" w:eastAsiaTheme="majorEastAsia" w:hAnsiTheme="majorHAnsi" w:cstheme="majorBidi"/>
      <w:b/>
      <w:bCs/>
      <w:sz w:val="36"/>
      <w:szCs w:val="32"/>
      <w:lang w:val="cs-CZ"/>
    </w:rPr>
  </w:style>
  <w:style w:type="character" w:customStyle="1" w:styleId="Nadpis2Char">
    <w:name w:val="Nadpis 2 Char"/>
    <w:basedOn w:val="Standardnpsmoodstavce"/>
    <w:link w:val="Nadpis2"/>
    <w:uiPriority w:val="9"/>
    <w:rsid w:val="00285BF9"/>
    <w:rPr>
      <w:rFonts w:asciiTheme="majorHAnsi" w:eastAsiaTheme="majorEastAsia" w:hAnsiTheme="majorHAnsi" w:cstheme="majorBidi"/>
      <w:b/>
      <w:bCs/>
      <w:sz w:val="28"/>
      <w:szCs w:val="28"/>
      <w:lang w:val="cs-CZ" w:eastAsia="cs-CZ"/>
    </w:rPr>
  </w:style>
  <w:style w:type="character" w:customStyle="1" w:styleId="Nadpis3Char">
    <w:name w:val="Nadpis 3 Char"/>
    <w:basedOn w:val="Standardnpsmoodstavce"/>
    <w:link w:val="Nadpis3"/>
    <w:uiPriority w:val="9"/>
    <w:rsid w:val="0015096D"/>
    <w:rPr>
      <w:rFonts w:asciiTheme="majorHAnsi" w:eastAsiaTheme="majorEastAsia" w:hAnsiTheme="majorHAnsi" w:cstheme="majorBidi"/>
      <w:b/>
      <w:bCs/>
      <w:sz w:val="26"/>
      <w:szCs w:val="26"/>
      <w:lang w:val="cs-CZ" w:eastAsia="cs-CZ"/>
    </w:rPr>
  </w:style>
  <w:style w:type="paragraph" w:styleId="Nzev">
    <w:name w:val="Title"/>
    <w:basedOn w:val="Normln"/>
    <w:next w:val="Normln"/>
    <w:link w:val="Nzev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zevChar">
    <w:name w:val="Název Char"/>
    <w:basedOn w:val="Standardnpsmoodstavce"/>
    <w:link w:val="Nzev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PodnadpisChar">
    <w:name w:val="Podnadpis Char"/>
    <w:basedOn w:val="Standardnpsmoodstavce"/>
    <w:link w:val="Podnadpis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Odstavecseseznamem">
    <w:name w:val="List Paragraph"/>
    <w:basedOn w:val="Normln"/>
    <w:link w:val="OdstavecseseznamemChar"/>
    <w:uiPriority w:val="34"/>
    <w:qFormat/>
    <w:rsid w:val="00FC693F"/>
    <w:pPr>
      <w:ind w:left="720"/>
      <w:contextualSpacing/>
    </w:pPr>
  </w:style>
  <w:style w:type="paragraph" w:styleId="Zkladntext">
    <w:name w:val="Body Text"/>
    <w:basedOn w:val="Normln"/>
    <w:link w:val="ZkladntextChar"/>
    <w:uiPriority w:val="99"/>
    <w:unhideWhenUsed/>
    <w:rsid w:val="00AA1D8D"/>
    <w:pPr>
      <w:spacing w:after="120"/>
    </w:pPr>
  </w:style>
  <w:style w:type="character" w:customStyle="1" w:styleId="ZkladntextChar">
    <w:name w:val="Základní text Char"/>
    <w:basedOn w:val="Standardnpsmoodstavce"/>
    <w:link w:val="Zkladntext"/>
    <w:uiPriority w:val="99"/>
    <w:rsid w:val="00AA1D8D"/>
  </w:style>
  <w:style w:type="paragraph" w:styleId="Zkladntext2">
    <w:name w:val="Body Text 2"/>
    <w:basedOn w:val="Normln"/>
    <w:link w:val="Zkladntext2Char"/>
    <w:uiPriority w:val="99"/>
    <w:unhideWhenUsed/>
    <w:rsid w:val="00AA1D8D"/>
    <w:pPr>
      <w:spacing w:after="120" w:line="480" w:lineRule="auto"/>
    </w:pPr>
  </w:style>
  <w:style w:type="character" w:customStyle="1" w:styleId="Zkladntext2Char">
    <w:name w:val="Základní text 2 Char"/>
    <w:basedOn w:val="Standardnpsmoodstavce"/>
    <w:link w:val="Zkladntext2"/>
    <w:uiPriority w:val="99"/>
    <w:rsid w:val="00AA1D8D"/>
  </w:style>
  <w:style w:type="paragraph" w:styleId="Zkladntext3">
    <w:name w:val="Body Text 3"/>
    <w:basedOn w:val="Normln"/>
    <w:link w:val="Zkladn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Zkladntext3Char">
    <w:name w:val="Základní text 3 Char"/>
    <w:basedOn w:val="Standardnpsmoodstavce"/>
    <w:link w:val="Zkladntext3"/>
    <w:uiPriority w:val="99"/>
    <w:rsid w:val="00AA1D8D"/>
    <w:rPr>
      <w:sz w:val="16"/>
      <w:szCs w:val="16"/>
    </w:rPr>
  </w:style>
  <w:style w:type="paragraph" w:styleId="Seznam">
    <w:name w:val="List"/>
    <w:basedOn w:val="Normln"/>
    <w:uiPriority w:val="99"/>
    <w:unhideWhenUsed/>
    <w:rsid w:val="00AA1D8D"/>
    <w:pPr>
      <w:ind w:left="360" w:hanging="360"/>
      <w:contextualSpacing/>
    </w:pPr>
  </w:style>
  <w:style w:type="paragraph" w:styleId="Seznam2">
    <w:name w:val="List 2"/>
    <w:basedOn w:val="Normln"/>
    <w:uiPriority w:val="99"/>
    <w:unhideWhenUsed/>
    <w:rsid w:val="00326F90"/>
    <w:pPr>
      <w:ind w:left="720" w:hanging="360"/>
      <w:contextualSpacing/>
    </w:pPr>
  </w:style>
  <w:style w:type="paragraph" w:styleId="Seznam3">
    <w:name w:val="List 3"/>
    <w:basedOn w:val="Normln"/>
    <w:uiPriority w:val="99"/>
    <w:unhideWhenUsed/>
    <w:rsid w:val="00326F90"/>
    <w:pPr>
      <w:ind w:left="1080" w:hanging="360"/>
      <w:contextualSpacing/>
    </w:pPr>
  </w:style>
  <w:style w:type="paragraph" w:styleId="Seznamsodrkami">
    <w:name w:val="List Bullet"/>
    <w:basedOn w:val="Normln"/>
    <w:uiPriority w:val="99"/>
    <w:unhideWhenUsed/>
    <w:rsid w:val="00326F90"/>
    <w:pPr>
      <w:numPr>
        <w:numId w:val="1"/>
      </w:numPr>
      <w:contextualSpacing/>
    </w:pPr>
  </w:style>
  <w:style w:type="paragraph" w:styleId="Seznamsodrkami2">
    <w:name w:val="List Bullet 2"/>
    <w:basedOn w:val="Normln"/>
    <w:uiPriority w:val="99"/>
    <w:unhideWhenUsed/>
    <w:rsid w:val="00326F90"/>
    <w:pPr>
      <w:numPr>
        <w:numId w:val="2"/>
      </w:numPr>
      <w:contextualSpacing/>
    </w:pPr>
  </w:style>
  <w:style w:type="paragraph" w:styleId="Seznamsodrkami3">
    <w:name w:val="List Bullet 3"/>
    <w:basedOn w:val="Normln"/>
    <w:uiPriority w:val="99"/>
    <w:unhideWhenUsed/>
    <w:rsid w:val="00326F90"/>
    <w:pPr>
      <w:numPr>
        <w:numId w:val="3"/>
      </w:numPr>
      <w:contextualSpacing/>
    </w:pPr>
  </w:style>
  <w:style w:type="paragraph" w:styleId="slovanseznam">
    <w:name w:val="List Number"/>
    <w:basedOn w:val="Normln"/>
    <w:uiPriority w:val="99"/>
    <w:unhideWhenUsed/>
    <w:rsid w:val="00326F90"/>
    <w:pPr>
      <w:numPr>
        <w:numId w:val="4"/>
      </w:numPr>
      <w:contextualSpacing/>
    </w:pPr>
  </w:style>
  <w:style w:type="paragraph" w:styleId="slovanseznam2">
    <w:name w:val="List Number 2"/>
    <w:basedOn w:val="Normln"/>
    <w:uiPriority w:val="99"/>
    <w:unhideWhenUsed/>
    <w:rsid w:val="0029639D"/>
    <w:pPr>
      <w:numPr>
        <w:numId w:val="5"/>
      </w:numPr>
      <w:contextualSpacing/>
    </w:pPr>
  </w:style>
  <w:style w:type="paragraph" w:styleId="slovanseznam3">
    <w:name w:val="List Number 3"/>
    <w:basedOn w:val="Normln"/>
    <w:uiPriority w:val="99"/>
    <w:unhideWhenUsed/>
    <w:rsid w:val="0029639D"/>
    <w:pPr>
      <w:numPr>
        <w:numId w:val="6"/>
      </w:numPr>
      <w:contextualSpacing/>
    </w:pPr>
  </w:style>
  <w:style w:type="paragraph" w:styleId="Pokraovnseznamu">
    <w:name w:val="List Continue"/>
    <w:basedOn w:val="Normln"/>
    <w:uiPriority w:val="99"/>
    <w:unhideWhenUsed/>
    <w:rsid w:val="0029639D"/>
    <w:pPr>
      <w:spacing w:after="120"/>
      <w:ind w:left="360"/>
      <w:contextualSpacing/>
    </w:pPr>
  </w:style>
  <w:style w:type="paragraph" w:styleId="Pokraovnseznamu2">
    <w:name w:val="List Continue 2"/>
    <w:basedOn w:val="Normln"/>
    <w:uiPriority w:val="99"/>
    <w:unhideWhenUsed/>
    <w:rsid w:val="0029639D"/>
    <w:pPr>
      <w:spacing w:after="120"/>
      <w:ind w:left="720"/>
      <w:contextualSpacing/>
    </w:pPr>
  </w:style>
  <w:style w:type="paragraph" w:styleId="Pokraovnseznamu3">
    <w:name w:val="List Continue 3"/>
    <w:basedOn w:val="Normln"/>
    <w:uiPriority w:val="99"/>
    <w:unhideWhenUsed/>
    <w:rsid w:val="0029639D"/>
    <w:pPr>
      <w:spacing w:after="120"/>
      <w:ind w:left="1080"/>
      <w:contextualSpacing/>
    </w:pPr>
  </w:style>
  <w:style w:type="paragraph" w:styleId="Textmakra">
    <w:name w:val="macro"/>
    <w:link w:val="Textmakra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TextmakraChar">
    <w:name w:val="Text makra Char"/>
    <w:basedOn w:val="Standardnpsmoodstavce"/>
    <w:link w:val="Textmakra"/>
    <w:uiPriority w:val="99"/>
    <w:rsid w:val="0029639D"/>
    <w:rPr>
      <w:rFonts w:ascii="Courier" w:hAnsi="Courier"/>
      <w:sz w:val="20"/>
      <w:szCs w:val="20"/>
    </w:rPr>
  </w:style>
  <w:style w:type="paragraph" w:styleId="Citt">
    <w:name w:val="Quote"/>
    <w:basedOn w:val="Normln"/>
    <w:next w:val="Normln"/>
    <w:link w:val="CittChar"/>
    <w:uiPriority w:val="29"/>
    <w:qFormat/>
    <w:rsid w:val="00FC693F"/>
    <w:rPr>
      <w:i/>
      <w:iCs/>
      <w:color w:val="000000" w:themeColor="text1"/>
    </w:rPr>
  </w:style>
  <w:style w:type="character" w:customStyle="1" w:styleId="CittChar">
    <w:name w:val="Citát Char"/>
    <w:basedOn w:val="Standardnpsmoodstavce"/>
    <w:link w:val="Citt"/>
    <w:uiPriority w:val="29"/>
    <w:rsid w:val="00FC693F"/>
    <w:rPr>
      <w:i/>
      <w:iCs/>
      <w:color w:val="000000" w:themeColor="text1"/>
    </w:rPr>
  </w:style>
  <w:style w:type="character" w:customStyle="1" w:styleId="Nadpis4Char">
    <w:name w:val="Nadpis 4 Char"/>
    <w:basedOn w:val="Standardnpsmoodstavce"/>
    <w:link w:val="Nadpis4"/>
    <w:uiPriority w:val="9"/>
    <w:rsid w:val="006F02D6"/>
    <w:rPr>
      <w:rFonts w:ascii="Times New Roman" w:eastAsia="Times New Roman" w:hAnsi="Times New Roman" w:cs="Times New Roman"/>
      <w:b/>
      <w:bCs/>
      <w:sz w:val="26"/>
      <w:szCs w:val="26"/>
      <w:lang w:val="cs-CZ" w:eastAsia="cs-CZ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  <w:lang w:val="cs-CZ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  <w:lang w:val="cs-CZ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lang w:val="cs-CZ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  <w:lang w:val="cs-CZ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cs-CZ"/>
    </w:rPr>
  </w:style>
  <w:style w:type="paragraph" w:styleId="Titulek">
    <w:name w:val="caption"/>
    <w:basedOn w:val="Normln"/>
    <w:next w:val="Normln"/>
    <w:uiPriority w:val="35"/>
    <w:unhideWhenUsed/>
    <w:qFormat/>
    <w:rsid w:val="0076740B"/>
    <w:pPr>
      <w:spacing w:line="240" w:lineRule="auto"/>
    </w:pPr>
    <w:rPr>
      <w:i/>
      <w:iCs/>
      <w:sz w:val="18"/>
      <w:szCs w:val="18"/>
    </w:rPr>
  </w:style>
  <w:style w:type="character" w:styleId="Siln">
    <w:name w:val="Strong"/>
    <w:basedOn w:val="Standardnpsmoodstavce"/>
    <w:uiPriority w:val="22"/>
    <w:qFormat/>
    <w:rsid w:val="002E7706"/>
    <w:rPr>
      <w:b/>
      <w:bCs/>
      <w:lang w:eastAsia="cs-CZ"/>
    </w:rPr>
  </w:style>
  <w:style w:type="character" w:styleId="Zdraznn">
    <w:name w:val="Emphasis"/>
    <w:basedOn w:val="Standardnpsmoodstavce"/>
    <w:uiPriority w:val="20"/>
    <w:qFormat/>
    <w:rsid w:val="00FC693F"/>
    <w:rPr>
      <w:i/>
      <w:iCs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FC693F"/>
    <w:rPr>
      <w:b/>
      <w:bCs/>
      <w:i/>
      <w:iCs/>
      <w:color w:val="4F81BD" w:themeColor="accent1"/>
    </w:rPr>
  </w:style>
  <w:style w:type="character" w:styleId="Zdraznnjemn">
    <w:name w:val="Subtle Emphasis"/>
    <w:basedOn w:val="Standardnpsmoodstavce"/>
    <w:uiPriority w:val="19"/>
    <w:qFormat/>
    <w:rsid w:val="00FC693F"/>
    <w:rPr>
      <w:i/>
      <w:iCs/>
      <w:color w:val="808080" w:themeColor="text1" w:themeTint="7F"/>
    </w:rPr>
  </w:style>
  <w:style w:type="character" w:styleId="Zdraznnintenzivn">
    <w:name w:val="Intense Emphasis"/>
    <w:basedOn w:val="Standardnpsmoodstavce"/>
    <w:uiPriority w:val="21"/>
    <w:qFormat/>
    <w:rsid w:val="00FC693F"/>
    <w:rPr>
      <w:b/>
      <w:bCs/>
      <w:i/>
      <w:iCs/>
      <w:color w:val="4F81BD" w:themeColor="accent1"/>
    </w:rPr>
  </w:style>
  <w:style w:type="character" w:styleId="Odkazjemn">
    <w:name w:val="Subtle Reference"/>
    <w:basedOn w:val="Standardnpsmoodstavce"/>
    <w:uiPriority w:val="31"/>
    <w:qFormat/>
    <w:rsid w:val="00FC693F"/>
    <w:rPr>
      <w:smallCaps/>
      <w:color w:val="C0504D" w:themeColor="accent2"/>
      <w:u w:val="single"/>
    </w:rPr>
  </w:style>
  <w:style w:type="character" w:styleId="Odkazintenzivn">
    <w:name w:val="Intense Reference"/>
    <w:basedOn w:val="Standardnpsmoodstavce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Nzevknihy">
    <w:name w:val="Book Title"/>
    <w:basedOn w:val="Standardnpsmoodstavce"/>
    <w:uiPriority w:val="33"/>
    <w:qFormat/>
    <w:rsid w:val="00FC693F"/>
    <w:rPr>
      <w:b/>
      <w:bCs/>
      <w:smallCaps/>
      <w:spacing w:val="5"/>
    </w:rPr>
  </w:style>
  <w:style w:type="paragraph" w:styleId="Nadpisobsahu">
    <w:name w:val="TOC Heading"/>
    <w:basedOn w:val="Nadpis1"/>
    <w:next w:val="Normln"/>
    <w:uiPriority w:val="39"/>
    <w:unhideWhenUsed/>
    <w:qFormat/>
    <w:rsid w:val="00FC693F"/>
    <w:pPr>
      <w:outlineLvl w:val="9"/>
    </w:pPr>
  </w:style>
  <w:style w:type="table" w:styleId="Mkatabulky">
    <w:name w:val="Table Grid"/>
    <w:basedOn w:val="Normlntabulka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vtlstnovn">
    <w:name w:val="Light Shading"/>
    <w:basedOn w:val="Normlntabulka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vtlstnovnzvraznn1">
    <w:name w:val="Light Shading Accent 1"/>
    <w:basedOn w:val="Normlntabulka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Svtlstnovnzvraznn2">
    <w:name w:val="Light Shading Accent 2"/>
    <w:basedOn w:val="Normlntabulka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Svtlstnovnzvraznn3">
    <w:name w:val="Light Shading Accent 3"/>
    <w:basedOn w:val="Normlntabulka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Svtlstnovnzvraznn4">
    <w:name w:val="Light Shading Accent 4"/>
    <w:basedOn w:val="Normlntabulka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Svtlstnovnzvraznn5">
    <w:name w:val="Light Shading Accent 5"/>
    <w:basedOn w:val="Normlntabulka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Svtlstnovnzvraznn6">
    <w:name w:val="Light Shading Accent 6"/>
    <w:basedOn w:val="Normlntabulka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Svtlseznam">
    <w:name w:val="Light List"/>
    <w:basedOn w:val="Normlntabulka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Svtlseznamzvraznn1">
    <w:name w:val="Light List Accent 1"/>
    <w:basedOn w:val="Normlntabulka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Svtlseznamzvraznn2">
    <w:name w:val="Light List Accent 2"/>
    <w:basedOn w:val="Normlntabulka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Svtlseznamzvraznn3">
    <w:name w:val="Light List Accent 3"/>
    <w:basedOn w:val="Normlntabulka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Svtlseznamzvraznn4">
    <w:name w:val="Light List Accent 4"/>
    <w:basedOn w:val="Normlntabulka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Svtlseznamzvraznn5">
    <w:name w:val="Light List Accent 5"/>
    <w:basedOn w:val="Normlntabulka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Svtlseznamzvraznn6">
    <w:name w:val="Light List Accent 6"/>
    <w:basedOn w:val="Normlntabulka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Svtlmka">
    <w:name w:val="Light Grid"/>
    <w:basedOn w:val="Normlntabulka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Svtlmkazvraznn1">
    <w:name w:val="Light Grid Accent 1"/>
    <w:basedOn w:val="Normlntabulka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Svtlmkazvraznn2">
    <w:name w:val="Light Grid Accent 2"/>
    <w:basedOn w:val="Normlntabulka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Svtlmkazvraznn3">
    <w:name w:val="Light Grid Accent 3"/>
    <w:basedOn w:val="Normlntabulka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Svtlmkazvraznn4">
    <w:name w:val="Light Grid Accent 4"/>
    <w:basedOn w:val="Normlntabulka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Svtlmkazvraznn5">
    <w:name w:val="Light Grid Accent 5"/>
    <w:basedOn w:val="Normlntabulka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Svtlmkazvraznn6">
    <w:name w:val="Light Grid Accent 6"/>
    <w:basedOn w:val="Normlntabulka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Stednstnovn1">
    <w:name w:val="Medium Shading 1"/>
    <w:basedOn w:val="Normlntabulka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1">
    <w:name w:val="Medium Shading 1 Accent 1"/>
    <w:basedOn w:val="Normlntabulka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2">
    <w:name w:val="Medium Shading 1 Accent 2"/>
    <w:basedOn w:val="Normlntabulka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3">
    <w:name w:val="Medium Shading 1 Accent 3"/>
    <w:basedOn w:val="Normlntabulka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4">
    <w:name w:val="Medium Shading 1 Accent 4"/>
    <w:basedOn w:val="Normlntabulka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5">
    <w:name w:val="Medium Shading 1 Accent 5"/>
    <w:basedOn w:val="Normlntabulka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6">
    <w:name w:val="Medium Shading 1 Accent 6"/>
    <w:basedOn w:val="Normlntabulka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2">
    <w:name w:val="Medium Shading 2"/>
    <w:basedOn w:val="Normlntabulka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tednstnovn2zvraznn1">
    <w:name w:val="Medium Shading 2 Accent 1"/>
    <w:basedOn w:val="Normlntabulka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tednstnovn2zvraznn2">
    <w:name w:val="Medium Shading 2 Accent 2"/>
    <w:basedOn w:val="Normlntabulka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tednstnovn2zvraznn3">
    <w:name w:val="Medium Shading 2 Accent 3"/>
    <w:basedOn w:val="Normlntabulka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tednstnovn2zvraznn4">
    <w:name w:val="Medium Shading 2 Accent 4"/>
    <w:basedOn w:val="Normlntabulka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tednstnovn2zvraznn5">
    <w:name w:val="Medium Shading 2 Accent 5"/>
    <w:basedOn w:val="Normlntabulka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tednstnovn2zvraznn6">
    <w:name w:val="Medium Shading 2 Accent 6"/>
    <w:basedOn w:val="Normlntabulka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tednseznam1">
    <w:name w:val="Medium List 1"/>
    <w:basedOn w:val="Normlntabulka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Stednseznam1zvraznn1">
    <w:name w:val="Medium List 1 Accent 1"/>
    <w:basedOn w:val="Normlntabulka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Stednseznam1zvraznn2">
    <w:name w:val="Medium List 1 Accent 2"/>
    <w:basedOn w:val="Normlntabulka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Stednseznam1zvraznn3">
    <w:name w:val="Medium List 1 Accent 3"/>
    <w:basedOn w:val="Normlntabulka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Stednseznam1zvraznn4">
    <w:name w:val="Medium List 1 Accent 4"/>
    <w:basedOn w:val="Normlntabulka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Stednseznam1zvraznn5">
    <w:name w:val="Medium List 1 Accent 5"/>
    <w:basedOn w:val="Normlntabulka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Stednseznam1zvraznn6">
    <w:name w:val="Medium List 1 Accent 6"/>
    <w:basedOn w:val="Normlntabulka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Stednseznam2">
    <w:name w:val="Medium List 2"/>
    <w:basedOn w:val="Normlntabulka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1">
    <w:name w:val="Medium List 2 Accent 1"/>
    <w:basedOn w:val="Normlntabulka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2">
    <w:name w:val="Medium List 2 Accent 2"/>
    <w:basedOn w:val="Normlntabulka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3">
    <w:name w:val="Medium List 2 Accent 3"/>
    <w:basedOn w:val="Normlntabulka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4">
    <w:name w:val="Medium List 2 Accent 4"/>
    <w:basedOn w:val="Normlntabulka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5">
    <w:name w:val="Medium List 2 Accent 5"/>
    <w:basedOn w:val="Normlntabulka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6">
    <w:name w:val="Medium List 2 Accent 6"/>
    <w:basedOn w:val="Normlntabulka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mka1">
    <w:name w:val="Medium Grid 1"/>
    <w:basedOn w:val="Normlntabulka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Stednmka1zvraznn1">
    <w:name w:val="Medium Grid 1 Accent 1"/>
    <w:basedOn w:val="Normlntabulka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Stednmka1zvraznn2">
    <w:name w:val="Medium Grid 1 Accent 2"/>
    <w:basedOn w:val="Normlntabulka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Stednmka1zvraznn3">
    <w:name w:val="Medium Grid 1 Accent 3"/>
    <w:basedOn w:val="Normlntabulka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Stednmka1zvraznn4">
    <w:name w:val="Medium Grid 1 Accent 4"/>
    <w:basedOn w:val="Normlntabulka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Stednmka1zvraznn5">
    <w:name w:val="Medium Grid 1 Accent 5"/>
    <w:basedOn w:val="Normlntabulka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Stednmka1zvraznn6">
    <w:name w:val="Medium Grid 1 Accent 6"/>
    <w:basedOn w:val="Normlntabulka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Stednmka2">
    <w:name w:val="Medium Grid 2"/>
    <w:basedOn w:val="Normlntabulka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1">
    <w:name w:val="Medium Grid 2 Accent 1"/>
    <w:basedOn w:val="Normlntabulka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2">
    <w:name w:val="Medium Grid 2 Accent 2"/>
    <w:basedOn w:val="Normlntabulka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3">
    <w:name w:val="Medium Grid 2 Accent 3"/>
    <w:basedOn w:val="Normlntabulka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4">
    <w:name w:val="Medium Grid 2 Accent 4"/>
    <w:basedOn w:val="Normlntabulka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5">
    <w:name w:val="Medium Grid 2 Accent 5"/>
    <w:basedOn w:val="Normlntabulka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6">
    <w:name w:val="Medium Grid 2 Accent 6"/>
    <w:basedOn w:val="Normlntabulka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3">
    <w:name w:val="Medium Grid 3"/>
    <w:basedOn w:val="Normlntabulka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Stednmka3zvraznn1">
    <w:name w:val="Medium Grid 3 Accent 1"/>
    <w:basedOn w:val="Normlntabulka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Stednmka3zvraznn2">
    <w:name w:val="Medium Grid 3 Accent 2"/>
    <w:basedOn w:val="Normlntabulka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Stednmka3zvraznn3">
    <w:name w:val="Medium Grid 3 Accent 3"/>
    <w:basedOn w:val="Normlntabulka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Stednmka3zvraznn4">
    <w:name w:val="Medium Grid 3 Accent 4"/>
    <w:basedOn w:val="Normlntabulka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Stednmka3zvraznn5">
    <w:name w:val="Medium Grid 3 Accent 5"/>
    <w:basedOn w:val="Normlntabulka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Stednmka3zvraznn6">
    <w:name w:val="Medium Grid 3 Accent 6"/>
    <w:basedOn w:val="Normlntabulka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Tmavseznam">
    <w:name w:val="Dark List"/>
    <w:basedOn w:val="Normlntabulka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Tmavseznamzvraznn1">
    <w:name w:val="Dark List Accent 1"/>
    <w:basedOn w:val="Normlntabulka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Tmavseznamzvraznn2">
    <w:name w:val="Dark List Accent 2"/>
    <w:basedOn w:val="Normlntabulka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Tmavseznamzvraznn3">
    <w:name w:val="Dark List Accent 3"/>
    <w:basedOn w:val="Normlntabulka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Tmavseznamzvraznn4">
    <w:name w:val="Dark List Accent 4"/>
    <w:basedOn w:val="Normlntabulka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Tmavseznamzvraznn5">
    <w:name w:val="Dark List Accent 5"/>
    <w:basedOn w:val="Normlntabulka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Tmavseznamzvraznn6">
    <w:name w:val="Dark List Accent 6"/>
    <w:basedOn w:val="Normlntabulka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Barevnstnovn">
    <w:name w:val="Colorful Shading"/>
    <w:basedOn w:val="Normlntabulka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1">
    <w:name w:val="Colorful Shading Accent 1"/>
    <w:basedOn w:val="Normlntabulka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2">
    <w:name w:val="Colorful Shading Accent 2"/>
    <w:basedOn w:val="Normlntabulka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3">
    <w:name w:val="Colorful Shading Accent 3"/>
    <w:basedOn w:val="Normlntabulka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Barevnstnovnzvraznn4">
    <w:name w:val="Colorful Shading Accent 4"/>
    <w:basedOn w:val="Normlntabulka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5">
    <w:name w:val="Colorful Shading Accent 5"/>
    <w:basedOn w:val="Normlntabulka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6">
    <w:name w:val="Colorful Shading Accent 6"/>
    <w:basedOn w:val="Normlntabulka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eznam">
    <w:name w:val="Colorful List"/>
    <w:basedOn w:val="Normlntabulka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Barevnseznamzvraznn1">
    <w:name w:val="Colorful List Accent 1"/>
    <w:basedOn w:val="Normlntabulka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Barevnseznamzvraznn2">
    <w:name w:val="Colorful List Accent 2"/>
    <w:basedOn w:val="Normlntabulka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Barevnseznamzvraznn3">
    <w:name w:val="Colorful List Accent 3"/>
    <w:basedOn w:val="Normlntabulka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Barevnseznamzvraznn4">
    <w:name w:val="Colorful List Accent 4"/>
    <w:basedOn w:val="Normlntabulka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Barevnseznamzvraznn5">
    <w:name w:val="Colorful List Accent 5"/>
    <w:basedOn w:val="Normlntabulka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Barevnseznamzvraznn6">
    <w:name w:val="Colorful List Accent 6"/>
    <w:basedOn w:val="Normlntabulka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Barevnmka">
    <w:name w:val="Colorful Grid"/>
    <w:basedOn w:val="Normlntabulka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Barevnmkazvraznn1">
    <w:name w:val="Colorful Grid Accent 1"/>
    <w:basedOn w:val="Normlntabulka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Barevnmkazvraznn2">
    <w:name w:val="Colorful Grid Accent 2"/>
    <w:basedOn w:val="Normlntabulka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Barevnmkazvraznn3">
    <w:name w:val="Colorful Grid Accent 3"/>
    <w:basedOn w:val="Normlntabulka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Barevnmkazvraznn4">
    <w:name w:val="Colorful Grid Accent 4"/>
    <w:basedOn w:val="Normlntabulka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Barevnmkazvraznn5">
    <w:name w:val="Colorful Grid Accent 5"/>
    <w:basedOn w:val="Normlntabulka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Barevnmkazvraznn6">
    <w:name w:val="Colorful Grid Accent 6"/>
    <w:basedOn w:val="Normlntabulka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customStyle="1" w:styleId="OdrkyMSWORD">
    <w:name w:val="Odrážky MS WORD"/>
    <w:basedOn w:val="Odstavecseseznamem"/>
    <w:link w:val="OdrkyMSWORDChar"/>
    <w:qFormat/>
    <w:rsid w:val="00FE6AE8"/>
    <w:pPr>
      <w:numPr>
        <w:numId w:val="8"/>
      </w:numPr>
      <w:spacing w:after="0"/>
    </w:pPr>
  </w:style>
  <w:style w:type="character" w:customStyle="1" w:styleId="OdstavecseseznamemChar">
    <w:name w:val="Odstavec se seznamem Char"/>
    <w:basedOn w:val="Standardnpsmoodstavce"/>
    <w:link w:val="Odstavecseseznamem"/>
    <w:uiPriority w:val="34"/>
    <w:rsid w:val="00FE6AE8"/>
  </w:style>
  <w:style w:type="character" w:customStyle="1" w:styleId="OdrkyMSWORDChar">
    <w:name w:val="Odrážky MS WORD Char"/>
    <w:basedOn w:val="OdstavecseseznamemChar"/>
    <w:link w:val="OdrkyMSWORD"/>
    <w:rsid w:val="00FE6AE8"/>
    <w:rPr>
      <w:lang w:val="cs-CZ"/>
    </w:rPr>
  </w:style>
  <w:style w:type="paragraph" w:customStyle="1" w:styleId="tubtextpododstavec">
    <w:name w:val="tučbý text pododstavec"/>
    <w:basedOn w:val="Normln"/>
    <w:qFormat/>
    <w:rsid w:val="00B951A8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EB119E"/>
    <w:pPr>
      <w:spacing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EB119E"/>
    <w:rPr>
      <w:sz w:val="20"/>
      <w:szCs w:val="20"/>
      <w:lang w:val="cs-CZ"/>
    </w:rPr>
  </w:style>
  <w:style w:type="character" w:styleId="Znakapoznpodarou">
    <w:name w:val="footnote reference"/>
    <w:basedOn w:val="Standardnpsmoodstavce"/>
    <w:uiPriority w:val="99"/>
    <w:semiHidden/>
    <w:unhideWhenUsed/>
    <w:rsid w:val="00EB119E"/>
    <w:rPr>
      <w:vertAlign w:val="superscript"/>
    </w:rPr>
  </w:style>
  <w:style w:type="character" w:styleId="Hypertextovodkaz">
    <w:name w:val="Hyperlink"/>
    <w:basedOn w:val="Standardnpsmoodstavce"/>
    <w:uiPriority w:val="99"/>
    <w:unhideWhenUsed/>
    <w:rsid w:val="006E7A60"/>
    <w:rPr>
      <w:color w:val="0000FF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6E7A60"/>
    <w:rPr>
      <w:color w:val="605E5C"/>
      <w:shd w:val="clear" w:color="auto" w:fill="E1DFDD"/>
    </w:rPr>
  </w:style>
  <w:style w:type="character" w:styleId="Sledovanodkaz">
    <w:name w:val="FollowedHyperlink"/>
    <w:basedOn w:val="Standardnpsmoodstavce"/>
    <w:uiPriority w:val="99"/>
    <w:semiHidden/>
    <w:unhideWhenUsed/>
    <w:rsid w:val="006E7A60"/>
    <w:rPr>
      <w:color w:val="800080" w:themeColor="followedHyperlink"/>
      <w:u w:val="single"/>
    </w:rPr>
  </w:style>
  <w:style w:type="character" w:customStyle="1" w:styleId="relative">
    <w:name w:val="relative"/>
    <w:basedOn w:val="Standardnpsmoodstavce"/>
    <w:rsid w:val="004E3CF4"/>
  </w:style>
  <w:style w:type="paragraph" w:styleId="Normlnweb">
    <w:name w:val="Normal (Web)"/>
    <w:basedOn w:val="Normln"/>
    <w:uiPriority w:val="99"/>
    <w:semiHidden/>
    <w:unhideWhenUsed/>
    <w:rsid w:val="00D102E7"/>
    <w:rPr>
      <w:rFonts w:ascii="Times New Roman" w:hAnsi="Times New Roman" w:cs="Times New Roman"/>
      <w:sz w:val="24"/>
      <w:szCs w:val="24"/>
    </w:rPr>
  </w:style>
  <w:style w:type="paragraph" w:styleId="Obsah1">
    <w:name w:val="toc 1"/>
    <w:basedOn w:val="Normln"/>
    <w:next w:val="Normln"/>
    <w:autoRedefine/>
    <w:uiPriority w:val="39"/>
    <w:unhideWhenUsed/>
    <w:rsid w:val="009230FC"/>
    <w:pPr>
      <w:spacing w:after="100"/>
    </w:pPr>
  </w:style>
  <w:style w:type="paragraph" w:styleId="Obsah2">
    <w:name w:val="toc 2"/>
    <w:basedOn w:val="Normln"/>
    <w:next w:val="Normln"/>
    <w:autoRedefine/>
    <w:uiPriority w:val="39"/>
    <w:unhideWhenUsed/>
    <w:rsid w:val="009230FC"/>
    <w:pPr>
      <w:spacing w:after="100"/>
      <w:ind w:left="220"/>
    </w:pPr>
  </w:style>
  <w:style w:type="paragraph" w:styleId="Obsah3">
    <w:name w:val="toc 3"/>
    <w:basedOn w:val="Normln"/>
    <w:next w:val="Normln"/>
    <w:autoRedefine/>
    <w:uiPriority w:val="39"/>
    <w:unhideWhenUsed/>
    <w:rsid w:val="009230FC"/>
    <w:pPr>
      <w:spacing w:after="100"/>
      <w:ind w:left="440"/>
    </w:pPr>
  </w:style>
  <w:style w:type="paragraph" w:styleId="Obsah4">
    <w:name w:val="toc 4"/>
    <w:basedOn w:val="Normln"/>
    <w:next w:val="Normln"/>
    <w:autoRedefine/>
    <w:uiPriority w:val="39"/>
    <w:unhideWhenUsed/>
    <w:rsid w:val="009230FC"/>
    <w:pPr>
      <w:spacing w:after="100"/>
      <w:ind w:left="660"/>
    </w:pPr>
  </w:style>
  <w:style w:type="paragraph" w:styleId="Obsah5">
    <w:name w:val="toc 5"/>
    <w:basedOn w:val="Normln"/>
    <w:next w:val="Normln"/>
    <w:autoRedefine/>
    <w:uiPriority w:val="39"/>
    <w:unhideWhenUsed/>
    <w:rsid w:val="00CC03EB"/>
    <w:pPr>
      <w:spacing w:after="100" w:line="278" w:lineRule="auto"/>
      <w:ind w:left="960"/>
      <w:jc w:val="left"/>
    </w:pPr>
    <w:rPr>
      <w:kern w:val="2"/>
      <w:sz w:val="24"/>
      <w:szCs w:val="24"/>
      <w:lang w:eastAsia="cs-CZ"/>
      <w14:ligatures w14:val="standardContextual"/>
    </w:rPr>
  </w:style>
  <w:style w:type="paragraph" w:styleId="Obsah6">
    <w:name w:val="toc 6"/>
    <w:basedOn w:val="Normln"/>
    <w:next w:val="Normln"/>
    <w:autoRedefine/>
    <w:uiPriority w:val="39"/>
    <w:unhideWhenUsed/>
    <w:rsid w:val="00CC03EB"/>
    <w:pPr>
      <w:spacing w:after="100" w:line="278" w:lineRule="auto"/>
      <w:ind w:left="1200"/>
      <w:jc w:val="left"/>
    </w:pPr>
    <w:rPr>
      <w:kern w:val="2"/>
      <w:sz w:val="24"/>
      <w:szCs w:val="24"/>
      <w:lang w:eastAsia="cs-CZ"/>
      <w14:ligatures w14:val="standardContextual"/>
    </w:rPr>
  </w:style>
  <w:style w:type="paragraph" w:styleId="Obsah7">
    <w:name w:val="toc 7"/>
    <w:basedOn w:val="Normln"/>
    <w:next w:val="Normln"/>
    <w:autoRedefine/>
    <w:uiPriority w:val="39"/>
    <w:unhideWhenUsed/>
    <w:rsid w:val="00CC03EB"/>
    <w:pPr>
      <w:spacing w:after="100" w:line="278" w:lineRule="auto"/>
      <w:ind w:left="1440"/>
      <w:jc w:val="left"/>
    </w:pPr>
    <w:rPr>
      <w:kern w:val="2"/>
      <w:sz w:val="24"/>
      <w:szCs w:val="24"/>
      <w:lang w:eastAsia="cs-CZ"/>
      <w14:ligatures w14:val="standardContextual"/>
    </w:rPr>
  </w:style>
  <w:style w:type="paragraph" w:styleId="Obsah8">
    <w:name w:val="toc 8"/>
    <w:basedOn w:val="Normln"/>
    <w:next w:val="Normln"/>
    <w:autoRedefine/>
    <w:uiPriority w:val="39"/>
    <w:unhideWhenUsed/>
    <w:rsid w:val="00CC03EB"/>
    <w:pPr>
      <w:spacing w:after="100" w:line="278" w:lineRule="auto"/>
      <w:ind w:left="1680"/>
      <w:jc w:val="left"/>
    </w:pPr>
    <w:rPr>
      <w:kern w:val="2"/>
      <w:sz w:val="24"/>
      <w:szCs w:val="24"/>
      <w:lang w:eastAsia="cs-CZ"/>
      <w14:ligatures w14:val="standardContextual"/>
    </w:rPr>
  </w:style>
  <w:style w:type="paragraph" w:styleId="Obsah9">
    <w:name w:val="toc 9"/>
    <w:basedOn w:val="Normln"/>
    <w:next w:val="Normln"/>
    <w:autoRedefine/>
    <w:uiPriority w:val="39"/>
    <w:unhideWhenUsed/>
    <w:rsid w:val="00CC03EB"/>
    <w:pPr>
      <w:spacing w:after="100" w:line="278" w:lineRule="auto"/>
      <w:ind w:left="1920"/>
      <w:jc w:val="left"/>
    </w:pPr>
    <w:rPr>
      <w:kern w:val="2"/>
      <w:sz w:val="24"/>
      <w:szCs w:val="24"/>
      <w:lang w:eastAsia="cs-CZ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5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6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0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6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6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5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5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79998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2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0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38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70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99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2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58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24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60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30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6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584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513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61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42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71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27034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1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71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1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53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85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78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83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11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89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21513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74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5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03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62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33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00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0061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85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89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1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92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6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03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15402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609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19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05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47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30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7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23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99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0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33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24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93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70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68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0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57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12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0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09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44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14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56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6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07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66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13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03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60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0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8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1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6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15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96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43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13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53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34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93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9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59166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521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22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24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5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55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02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95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20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20297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83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80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16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78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1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87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06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0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46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15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30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35375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54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85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30940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771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37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74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3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61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69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8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9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5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44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75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35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80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55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36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92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89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61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21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39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58577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668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24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31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07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44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1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55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32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80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8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82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34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70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15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45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45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24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0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02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87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22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30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61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06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7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4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25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768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494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64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78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3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76" Type="http://schemas.openxmlformats.org/officeDocument/2006/relationships/image" Target="media/image68.png"/><Relationship Id="rId7" Type="http://schemas.openxmlformats.org/officeDocument/2006/relationships/endnotes" Target="endnotes.xml"/><Relationship Id="rId71" Type="http://schemas.openxmlformats.org/officeDocument/2006/relationships/image" Target="media/image63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image" Target="media/image58.png"/><Relationship Id="rId74" Type="http://schemas.openxmlformats.org/officeDocument/2006/relationships/image" Target="media/image66.png"/><Relationship Id="rId79" Type="http://schemas.openxmlformats.org/officeDocument/2006/relationships/footer" Target="footer1.xml"/><Relationship Id="rId5" Type="http://schemas.openxmlformats.org/officeDocument/2006/relationships/webSettings" Target="webSettings.xml"/><Relationship Id="rId61" Type="http://schemas.openxmlformats.org/officeDocument/2006/relationships/hyperlink" Target="https://www.youtube.com/watch?v=BkDnwOkliF4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7.png"/><Relationship Id="rId73" Type="http://schemas.openxmlformats.org/officeDocument/2006/relationships/image" Target="media/image65.png"/><Relationship Id="rId78" Type="http://schemas.openxmlformats.org/officeDocument/2006/relationships/header" Target="header1.xml"/><Relationship Id="rId8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77" Type="http://schemas.openxmlformats.org/officeDocument/2006/relationships/image" Target="media/image69.jp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4.png"/><Relationship Id="rId80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59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4.png"/><Relationship Id="rId70" Type="http://schemas.openxmlformats.org/officeDocument/2006/relationships/image" Target="media/image62.png"/><Relationship Id="rId75" Type="http://schemas.openxmlformats.org/officeDocument/2006/relationships/image" Target="media/image6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40</Pages>
  <Words>5893</Words>
  <Characters>34771</Characters>
  <Application>Microsoft Office Word</Application>
  <DocSecurity>0</DocSecurity>
  <Lines>289</Lines>
  <Paragraphs>81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40583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Radka Pittnerová</cp:lastModifiedBy>
  <cp:revision>3</cp:revision>
  <cp:lastPrinted>2025-09-08T19:18:00Z</cp:lastPrinted>
  <dcterms:created xsi:type="dcterms:W3CDTF">2026-02-27T19:01:00Z</dcterms:created>
  <dcterms:modified xsi:type="dcterms:W3CDTF">2026-02-27T19:03:00Z</dcterms:modified>
  <cp:category/>
</cp:coreProperties>
</file>