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01C5E9" w14:textId="7AA76E22" w:rsidR="0028148C" w:rsidRDefault="00AB1536" w:rsidP="00697465">
      <w:pPr>
        <w:pStyle w:val="Nadpis1"/>
        <w:rPr>
          <w:lang w:eastAsia="cs-CZ"/>
        </w:rPr>
      </w:pPr>
      <w:bookmarkStart w:id="0" w:name="_Toc223113875"/>
      <w:r>
        <w:rPr>
          <w:lang w:eastAsia="cs-CZ"/>
        </w:rPr>
        <w:t>Z</w:t>
      </w:r>
      <w:r w:rsidR="0028148C">
        <w:rPr>
          <w:lang w:eastAsia="cs-CZ"/>
        </w:rPr>
        <w:t>aložení</w:t>
      </w:r>
      <w:r>
        <w:rPr>
          <w:lang w:eastAsia="cs-CZ"/>
        </w:rPr>
        <w:t xml:space="preserve"> vlastního</w:t>
      </w:r>
      <w:r w:rsidR="0028148C">
        <w:rPr>
          <w:lang w:eastAsia="cs-CZ"/>
        </w:rPr>
        <w:t xml:space="preserve"> pro</w:t>
      </w:r>
      <w:r w:rsidR="002557A4">
        <w:rPr>
          <w:lang w:eastAsia="cs-CZ"/>
        </w:rPr>
        <w:t xml:space="preserve">jektu v aplikaci </w:t>
      </w:r>
      <w:proofErr w:type="spellStart"/>
      <w:r w:rsidR="002557A4">
        <w:rPr>
          <w:lang w:eastAsia="cs-CZ"/>
        </w:rPr>
        <w:t>iNaturalist</w:t>
      </w:r>
      <w:bookmarkEnd w:id="0"/>
      <w:proofErr w:type="spellEnd"/>
    </w:p>
    <w:p w14:paraId="1EB2AB6F" w14:textId="52E4244E" w:rsidR="002557A4" w:rsidRDefault="00AB1536" w:rsidP="002557A4">
      <w:pPr>
        <w:rPr>
          <w:lang w:eastAsia="cs-CZ"/>
        </w:rPr>
      </w:pPr>
      <w:r>
        <w:rPr>
          <w:lang w:eastAsia="cs-CZ"/>
        </w:rPr>
        <w:t xml:space="preserve">Máme za sebou tři úrovně vzdělávání a nyní jsme dospěli do fáze, kdy můžeme začít aktivně uplatňovat získané znalostmi a začít pracovat s možnostmi, které nám nabízí internet, spolupráce v jeho rámci a projekty občanské vědy. V kapitole si ukážeme krok za krokem postup, jak založit vlastní projekt. Vaším úkolem na konci závěrečné kapitoly bude založit si projekt vlastního pozorování – ať už v lokalitě, která už je komunitou </w:t>
      </w:r>
      <w:proofErr w:type="spellStart"/>
      <w:r>
        <w:rPr>
          <w:lang w:eastAsia="cs-CZ"/>
        </w:rPr>
        <w:t>iNaturalist</w:t>
      </w:r>
      <w:proofErr w:type="spellEnd"/>
      <w:r>
        <w:rPr>
          <w:lang w:eastAsia="cs-CZ"/>
        </w:rPr>
        <w:t xml:space="preserve"> definovaná nebo v lokalitě podle vlastního výběru.</w:t>
      </w:r>
    </w:p>
    <w:p w14:paraId="0659A0B7" w14:textId="30F05376" w:rsidR="00AB1536" w:rsidRDefault="00AB1536" w:rsidP="00AB1536">
      <w:pPr>
        <w:pStyle w:val="Nadpis2"/>
      </w:pPr>
      <w:bookmarkStart w:id="1" w:name="_Toc223113876"/>
      <w:r>
        <w:t>Začínáme s pozorováním v projektech</w:t>
      </w:r>
      <w:bookmarkEnd w:id="1"/>
    </w:p>
    <w:p w14:paraId="5FE76357" w14:textId="3486243F" w:rsidR="00AB1536" w:rsidRDefault="00AB1536" w:rsidP="002557A4">
      <w:pPr>
        <w:rPr>
          <w:lang w:eastAsia="cs-CZ"/>
        </w:rPr>
      </w:pPr>
      <w:r w:rsidRPr="00AB1536">
        <w:rPr>
          <w:lang w:eastAsia="cs-CZ"/>
        </w:rPr>
        <w:t xml:space="preserve">Většinu času můžete pohodlně přispívat do </w:t>
      </w:r>
      <w:r w:rsidRPr="00AB1536">
        <w:rPr>
          <w:b/>
          <w:bCs/>
          <w:lang w:eastAsia="cs-CZ"/>
        </w:rPr>
        <w:t>existujících projektů</w:t>
      </w:r>
      <w:r w:rsidRPr="00AB1536">
        <w:rPr>
          <w:lang w:eastAsia="cs-CZ"/>
        </w:rPr>
        <w:t xml:space="preserve"> (viz kapitola 4). Někdy ale dává větší smysl zaměřit se na </w:t>
      </w:r>
      <w:r w:rsidRPr="00AB1536">
        <w:rPr>
          <w:b/>
          <w:bCs/>
          <w:lang w:eastAsia="cs-CZ"/>
        </w:rPr>
        <w:t>konkrétní místo</w:t>
      </w:r>
      <w:r w:rsidRPr="00AB1536">
        <w:rPr>
          <w:lang w:eastAsia="cs-CZ"/>
        </w:rPr>
        <w:t xml:space="preserve">, které vás zajímá – třeba vlastní zahradu, lesík za domem, školní dvůr nebo zámecký park. Vlastní projekt vám umožní sledovat pozorování </w:t>
      </w:r>
      <w:r w:rsidRPr="00AB1536">
        <w:rPr>
          <w:b/>
          <w:bCs/>
          <w:lang w:eastAsia="cs-CZ"/>
        </w:rPr>
        <w:t>právě v této lokalitě</w:t>
      </w:r>
      <w:r w:rsidRPr="00AB1536">
        <w:rPr>
          <w:lang w:eastAsia="cs-CZ"/>
        </w:rPr>
        <w:t>, porovnávat období v roce, zvát další pozorovatele a postupně lépe poznat život kolem sebe.</w:t>
      </w:r>
    </w:p>
    <w:p w14:paraId="7716F70D" w14:textId="19295656" w:rsidR="00AB1536" w:rsidRDefault="00AB1536" w:rsidP="002557A4">
      <w:pPr>
        <w:rPr>
          <w:lang w:eastAsia="cs-CZ"/>
        </w:rPr>
      </w:pPr>
      <w:r w:rsidRPr="00AB1536">
        <w:rPr>
          <w:lang w:eastAsia="cs-CZ"/>
        </w:rPr>
        <w:t xml:space="preserve">V této kapitole projdeme celý postup: od přípravy </w:t>
      </w:r>
      <w:r w:rsidRPr="00AB1536">
        <w:rPr>
          <w:b/>
          <w:bCs/>
          <w:lang w:eastAsia="cs-CZ"/>
        </w:rPr>
        <w:t>místa (place)</w:t>
      </w:r>
      <w:r w:rsidRPr="00AB1536">
        <w:rPr>
          <w:lang w:eastAsia="cs-CZ"/>
        </w:rPr>
        <w:t xml:space="preserve"> přes </w:t>
      </w:r>
      <w:r w:rsidRPr="00AB1536">
        <w:rPr>
          <w:b/>
          <w:bCs/>
          <w:lang w:eastAsia="cs-CZ"/>
        </w:rPr>
        <w:t>založení a nastavení projektu</w:t>
      </w:r>
      <w:r w:rsidRPr="00AB1536">
        <w:rPr>
          <w:lang w:eastAsia="cs-CZ"/>
        </w:rPr>
        <w:t xml:space="preserve">, až po </w:t>
      </w:r>
      <w:r w:rsidRPr="00AB1536">
        <w:rPr>
          <w:b/>
          <w:bCs/>
          <w:lang w:eastAsia="cs-CZ"/>
        </w:rPr>
        <w:t>správu deníku</w:t>
      </w:r>
      <w:r w:rsidRPr="00AB1536">
        <w:rPr>
          <w:lang w:eastAsia="cs-CZ"/>
        </w:rPr>
        <w:t xml:space="preserve"> a </w:t>
      </w:r>
      <w:r w:rsidRPr="00AB1536">
        <w:rPr>
          <w:b/>
          <w:bCs/>
          <w:lang w:eastAsia="cs-CZ"/>
        </w:rPr>
        <w:t>čtení souhrnných dat</w:t>
      </w:r>
      <w:r w:rsidRPr="00AB1536">
        <w:rPr>
          <w:lang w:eastAsia="cs-CZ"/>
        </w:rPr>
        <w:t xml:space="preserve">. Navážeme přímo na předchozí kapitoly (kap. 4: </w:t>
      </w:r>
      <w:proofErr w:type="spellStart"/>
      <w:r w:rsidRPr="00AB1536">
        <w:rPr>
          <w:lang w:eastAsia="cs-CZ"/>
        </w:rPr>
        <w:t>iNaturalist</w:t>
      </w:r>
      <w:proofErr w:type="spellEnd"/>
      <w:r w:rsidRPr="00AB1536">
        <w:rPr>
          <w:lang w:eastAsia="cs-CZ"/>
        </w:rPr>
        <w:t xml:space="preserve">, kap. 5.5: My </w:t>
      </w:r>
      <w:proofErr w:type="spellStart"/>
      <w:r w:rsidRPr="00AB1536">
        <w:rPr>
          <w:lang w:eastAsia="cs-CZ"/>
        </w:rPr>
        <w:t>Maps</w:t>
      </w:r>
      <w:proofErr w:type="spellEnd"/>
      <w:r w:rsidRPr="00AB1536">
        <w:rPr>
          <w:lang w:eastAsia="cs-CZ"/>
        </w:rPr>
        <w:t>).</w:t>
      </w:r>
      <w:r>
        <w:rPr>
          <w:lang w:eastAsia="cs-CZ"/>
        </w:rPr>
        <w:t xml:space="preserve"> </w:t>
      </w:r>
    </w:p>
    <w:p w14:paraId="3236EB29" w14:textId="70315E02" w:rsidR="00AB1536" w:rsidRDefault="00AB1536" w:rsidP="002557A4">
      <w:pPr>
        <w:rPr>
          <w:lang w:eastAsia="cs-CZ"/>
        </w:rPr>
      </w:pPr>
      <w:r>
        <w:rPr>
          <w:lang w:eastAsia="cs-CZ"/>
        </w:rPr>
        <w:t xml:space="preserve">V rámci projektu </w:t>
      </w:r>
      <w:proofErr w:type="spellStart"/>
      <w:r>
        <w:rPr>
          <w:lang w:eastAsia="cs-CZ"/>
        </w:rPr>
        <w:t>Bloom</w:t>
      </w:r>
      <w:proofErr w:type="spellEnd"/>
      <w:r>
        <w:rPr>
          <w:lang w:eastAsia="cs-CZ"/>
        </w:rPr>
        <w:t xml:space="preserve"> 5.0 jsme pro vás připravili cvičné stránky projektu Zámecký park Sychrov, na kterém si jednotlivé kroku detailněji ukážeme. Na konci kapitoly už bude na vás vybrat si svoje oblíbené místo nebo se připojit k místu existujícímu a založit vlastní projekt pozorování.</w:t>
      </w:r>
    </w:p>
    <w:p w14:paraId="73414B2D" w14:textId="766CAB9E" w:rsidR="00AB1536" w:rsidRPr="00AB1536" w:rsidRDefault="00AB1536" w:rsidP="00AB1536">
      <w:pPr>
        <w:pStyle w:val="Nadpis3"/>
      </w:pPr>
      <w:bookmarkStart w:id="2" w:name="_Toc223113877"/>
      <w:r w:rsidRPr="00AB1536">
        <w:t>Předpoklady a příprava „místa“</w:t>
      </w:r>
      <w:bookmarkEnd w:id="2"/>
      <w:r w:rsidRPr="00AB1536">
        <w:t xml:space="preserve"> </w:t>
      </w:r>
    </w:p>
    <w:p w14:paraId="2AEDFE27" w14:textId="30BF23D6" w:rsidR="00AB1536" w:rsidRPr="00AB1536" w:rsidRDefault="00AB1536" w:rsidP="00AB1536">
      <w:pPr>
        <w:rPr>
          <w:lang w:eastAsia="cs-CZ"/>
        </w:rPr>
      </w:pPr>
      <w:r w:rsidRPr="00AB1536">
        <w:rPr>
          <w:lang w:eastAsia="cs-CZ"/>
        </w:rPr>
        <w:t xml:space="preserve">Než založíte projekt, je vhodné mít připravené </w:t>
      </w:r>
      <w:r w:rsidRPr="00AB1536">
        <w:rPr>
          <w:b/>
          <w:bCs/>
          <w:lang w:eastAsia="cs-CZ"/>
        </w:rPr>
        <w:t>vymezení lokality</w:t>
      </w:r>
      <w:r w:rsidRPr="00AB1536">
        <w:rPr>
          <w:lang w:eastAsia="cs-CZ"/>
        </w:rPr>
        <w:t xml:space="preserve">. Nejjednodušší je nakreslit hranici v </w:t>
      </w:r>
      <w:r w:rsidRPr="00AB1536">
        <w:rPr>
          <w:b/>
          <w:bCs/>
          <w:lang w:eastAsia="cs-CZ"/>
        </w:rPr>
        <w:t xml:space="preserve">Google My </w:t>
      </w:r>
      <w:proofErr w:type="spellStart"/>
      <w:r w:rsidRPr="00AB1536">
        <w:rPr>
          <w:b/>
          <w:bCs/>
          <w:lang w:eastAsia="cs-CZ"/>
        </w:rPr>
        <w:t>Maps</w:t>
      </w:r>
      <w:proofErr w:type="spellEnd"/>
      <w:r w:rsidRPr="00AB1536">
        <w:rPr>
          <w:lang w:eastAsia="cs-CZ"/>
        </w:rPr>
        <w:t xml:space="preserve"> (kap. 5.5) a </w:t>
      </w:r>
      <w:r w:rsidRPr="00AB1536">
        <w:rPr>
          <w:b/>
          <w:bCs/>
          <w:lang w:eastAsia="cs-CZ"/>
        </w:rPr>
        <w:t>exportovat ji do souboru KML/KMZ</w:t>
      </w:r>
      <w:r w:rsidRPr="00AB1536">
        <w:rPr>
          <w:lang w:eastAsia="cs-CZ"/>
        </w:rPr>
        <w:t>. Tento soubor pak použijete v</w:t>
      </w:r>
      <w:r>
        <w:rPr>
          <w:lang w:eastAsia="cs-CZ"/>
        </w:rPr>
        <w:t> </w:t>
      </w:r>
      <w:proofErr w:type="spellStart"/>
      <w:r w:rsidRPr="00AB1536">
        <w:rPr>
          <w:lang w:eastAsia="cs-CZ"/>
        </w:rPr>
        <w:t>iNaturalist</w:t>
      </w:r>
      <w:proofErr w:type="spellEnd"/>
      <w:r w:rsidRPr="00AB1536">
        <w:rPr>
          <w:lang w:eastAsia="cs-CZ"/>
        </w:rPr>
        <w:t>.</w:t>
      </w:r>
    </w:p>
    <w:p w14:paraId="073BDAF0" w14:textId="6D64707A" w:rsidR="00AB1536" w:rsidRPr="00AB1536" w:rsidRDefault="00AB1536" w:rsidP="00AB1536">
      <w:pPr>
        <w:spacing w:before="120" w:after="120"/>
        <w:rPr>
          <w:lang w:eastAsia="cs-CZ"/>
        </w:rPr>
      </w:pPr>
      <w:r w:rsidRPr="00AB1536">
        <w:rPr>
          <w:b/>
          <w:bCs/>
          <w:lang w:eastAsia="cs-CZ"/>
        </w:rPr>
        <w:t>Proč</w:t>
      </w:r>
      <w:r>
        <w:rPr>
          <w:b/>
          <w:bCs/>
          <w:lang w:eastAsia="cs-CZ"/>
        </w:rPr>
        <w:t xml:space="preserve"> založit</w:t>
      </w:r>
      <w:r w:rsidRPr="00AB1536">
        <w:rPr>
          <w:b/>
          <w:bCs/>
          <w:lang w:eastAsia="cs-CZ"/>
        </w:rPr>
        <w:t xml:space="preserve"> vlastní „místo“:</w:t>
      </w:r>
    </w:p>
    <w:p w14:paraId="1E4AE894" w14:textId="413BE14C" w:rsidR="00AB1536" w:rsidRPr="00AB1536" w:rsidRDefault="00AB1536" w:rsidP="00AB1536">
      <w:pPr>
        <w:pStyle w:val="OdrkyMSWORD"/>
        <w:rPr>
          <w:lang w:eastAsia="cs-CZ"/>
        </w:rPr>
      </w:pPr>
      <w:r w:rsidRPr="00AB1536">
        <w:rPr>
          <w:lang w:eastAsia="cs-CZ"/>
        </w:rPr>
        <w:t xml:space="preserve">Projekt </w:t>
      </w:r>
      <w:r w:rsidRPr="00AB1536">
        <w:rPr>
          <w:b/>
          <w:bCs/>
          <w:lang w:eastAsia="cs-CZ"/>
        </w:rPr>
        <w:t>automaticky</w:t>
      </w:r>
      <w:r w:rsidRPr="00AB1536">
        <w:rPr>
          <w:lang w:eastAsia="cs-CZ"/>
        </w:rPr>
        <w:t xml:space="preserve"> sbírá všechna pozorování z vymezené oblasti.</w:t>
      </w:r>
    </w:p>
    <w:p w14:paraId="3AC942DE" w14:textId="77777777" w:rsidR="00AB1536" w:rsidRPr="00AB1536" w:rsidRDefault="00AB1536" w:rsidP="00AB1536">
      <w:pPr>
        <w:pStyle w:val="OdrkyMSWORD"/>
        <w:rPr>
          <w:lang w:eastAsia="cs-CZ"/>
        </w:rPr>
      </w:pPr>
      <w:r w:rsidRPr="00AB1536">
        <w:rPr>
          <w:lang w:eastAsia="cs-CZ"/>
        </w:rPr>
        <w:t xml:space="preserve">Lze pracovat i s </w:t>
      </w:r>
      <w:r w:rsidRPr="00AB1536">
        <w:rPr>
          <w:b/>
          <w:bCs/>
          <w:lang w:eastAsia="cs-CZ"/>
        </w:rPr>
        <w:t>malými lokalitami</w:t>
      </w:r>
      <w:r w:rsidRPr="00AB1536">
        <w:rPr>
          <w:lang w:eastAsia="cs-CZ"/>
        </w:rPr>
        <w:t xml:space="preserve"> (zahrada, část parku).</w:t>
      </w:r>
    </w:p>
    <w:p w14:paraId="561714F7" w14:textId="77777777" w:rsidR="00AB1536" w:rsidRPr="00AB1536" w:rsidRDefault="00AB1536" w:rsidP="00AB1536">
      <w:pPr>
        <w:pStyle w:val="OdrkyMSWORD"/>
        <w:rPr>
          <w:lang w:eastAsia="cs-CZ"/>
        </w:rPr>
      </w:pPr>
      <w:r w:rsidRPr="00AB1536">
        <w:rPr>
          <w:lang w:eastAsia="cs-CZ"/>
        </w:rPr>
        <w:t>Kdykoli později můžete hranici upravit (zvětšit/zmenšit).</w:t>
      </w:r>
    </w:p>
    <w:p w14:paraId="4E8C2B29" w14:textId="77777777" w:rsidR="00AB1536" w:rsidRPr="00AB1536" w:rsidRDefault="00AB1536" w:rsidP="00AB1536">
      <w:pPr>
        <w:spacing w:before="120" w:after="120"/>
        <w:rPr>
          <w:lang w:eastAsia="cs-CZ"/>
        </w:rPr>
      </w:pPr>
      <w:r w:rsidRPr="00AB1536">
        <w:rPr>
          <w:b/>
          <w:bCs/>
          <w:lang w:eastAsia="cs-CZ"/>
        </w:rPr>
        <w:t>Jak „místo“ připravit (rychlé připomenutí z kap. 5.5):</w:t>
      </w:r>
    </w:p>
    <w:p w14:paraId="72609F28" w14:textId="77777777" w:rsidR="00AB1536" w:rsidRPr="00AB1536" w:rsidRDefault="00AB1536" w:rsidP="00AB1536">
      <w:pPr>
        <w:pStyle w:val="OdrkyMSWORD"/>
        <w:rPr>
          <w:lang w:eastAsia="cs-CZ"/>
        </w:rPr>
      </w:pPr>
      <w:r w:rsidRPr="00AB1536">
        <w:rPr>
          <w:lang w:eastAsia="cs-CZ"/>
        </w:rPr>
        <w:t xml:space="preserve">V My </w:t>
      </w:r>
      <w:proofErr w:type="spellStart"/>
      <w:r w:rsidRPr="00AB1536">
        <w:rPr>
          <w:lang w:eastAsia="cs-CZ"/>
        </w:rPr>
        <w:t>Maps</w:t>
      </w:r>
      <w:proofErr w:type="spellEnd"/>
      <w:r w:rsidRPr="00AB1536">
        <w:rPr>
          <w:lang w:eastAsia="cs-CZ"/>
        </w:rPr>
        <w:t xml:space="preserve"> </w:t>
      </w:r>
      <w:r w:rsidRPr="00AB1536">
        <w:rPr>
          <w:b/>
          <w:bCs/>
          <w:lang w:eastAsia="cs-CZ"/>
        </w:rPr>
        <w:t>vyznačte polygon</w:t>
      </w:r>
      <w:r w:rsidRPr="00AB1536">
        <w:rPr>
          <w:lang w:eastAsia="cs-CZ"/>
        </w:rPr>
        <w:t xml:space="preserve"> vaší lokality (obrys).</w:t>
      </w:r>
    </w:p>
    <w:p w14:paraId="7FC6A482" w14:textId="77777777" w:rsidR="00AB1536" w:rsidRPr="00AB1536" w:rsidRDefault="00AB1536" w:rsidP="00AB1536">
      <w:pPr>
        <w:pStyle w:val="OdrkyMSWORD"/>
        <w:rPr>
          <w:lang w:eastAsia="cs-CZ"/>
        </w:rPr>
      </w:pPr>
      <w:r w:rsidRPr="00AB1536">
        <w:rPr>
          <w:lang w:eastAsia="cs-CZ"/>
        </w:rPr>
        <w:t>Mapu/vrstvu exportujte do KML/KMZ.</w:t>
      </w:r>
    </w:p>
    <w:p w14:paraId="02A20D7C" w14:textId="77777777" w:rsidR="00AB1536" w:rsidRPr="00AB1536" w:rsidRDefault="00AB1536" w:rsidP="00AB1536">
      <w:pPr>
        <w:pStyle w:val="OdrkyMSWORD"/>
        <w:rPr>
          <w:lang w:eastAsia="cs-CZ"/>
        </w:rPr>
      </w:pPr>
      <w:r w:rsidRPr="00AB1536">
        <w:rPr>
          <w:lang w:eastAsia="cs-CZ"/>
        </w:rPr>
        <w:t xml:space="preserve">Soubor si uložte – v dalším kroku jej nahrajete do </w:t>
      </w:r>
      <w:proofErr w:type="spellStart"/>
      <w:r w:rsidRPr="00AB1536">
        <w:rPr>
          <w:lang w:eastAsia="cs-CZ"/>
        </w:rPr>
        <w:t>iNaturalist</w:t>
      </w:r>
      <w:proofErr w:type="spellEnd"/>
      <w:r w:rsidRPr="00AB1536">
        <w:rPr>
          <w:lang w:eastAsia="cs-CZ"/>
        </w:rPr>
        <w:t>.</w:t>
      </w:r>
    </w:p>
    <w:p w14:paraId="4187A589" w14:textId="279497C4" w:rsidR="00AB1536" w:rsidRDefault="00AB1536" w:rsidP="002557A4">
      <w:pPr>
        <w:rPr>
          <w:lang w:eastAsia="cs-CZ"/>
        </w:rPr>
      </w:pPr>
      <w:r>
        <w:rPr>
          <w:lang w:eastAsia="cs-CZ"/>
        </w:rPr>
        <w:t>Kde založit vlastní místo a jak přesně probíhá nahrání souborů si ukážeme v následujícím postupu:</w:t>
      </w:r>
    </w:p>
    <w:p w14:paraId="64422083" w14:textId="77777777" w:rsidR="00CC6972" w:rsidRDefault="00CC6972">
      <w:pPr>
        <w:jc w:val="left"/>
        <w:rPr>
          <w:lang w:eastAsia="cs-CZ"/>
        </w:rPr>
      </w:pPr>
      <w:r>
        <w:rPr>
          <w:lang w:eastAsia="cs-CZ"/>
        </w:rPr>
        <w:br w:type="page"/>
      </w:r>
    </w:p>
    <w:p w14:paraId="5B72E3ED" w14:textId="47FA314D" w:rsidR="0037283C" w:rsidRDefault="0037283C" w:rsidP="002557A4">
      <w:pPr>
        <w:rPr>
          <w:lang w:eastAsia="cs-CZ"/>
        </w:rPr>
      </w:pPr>
      <w:r>
        <w:rPr>
          <w:lang w:eastAsia="cs-CZ"/>
        </w:rPr>
        <w:t>Krok 1:</w:t>
      </w:r>
    </w:p>
    <w:p w14:paraId="2AA26278" w14:textId="1D1AE96A" w:rsidR="00AB1536" w:rsidRDefault="00AB1536" w:rsidP="002557A4">
      <w:pPr>
        <w:rPr>
          <w:lang w:eastAsia="cs-CZ"/>
        </w:rPr>
      </w:pPr>
      <w:r>
        <w:rPr>
          <w:noProof/>
          <w:lang w:eastAsia="cs-CZ"/>
        </w:rPr>
        <mc:AlternateContent>
          <mc:Choice Requires="wps">
            <w:drawing>
              <wp:anchor distT="0" distB="0" distL="114300" distR="114300" simplePos="0" relativeHeight="251811328" behindDoc="0" locked="0" layoutInCell="1" allowOverlap="1" wp14:anchorId="2C794EEA" wp14:editId="4435C0A2">
                <wp:simplePos x="0" y="0"/>
                <wp:positionH relativeFrom="margin">
                  <wp:posOffset>121812</wp:posOffset>
                </wp:positionH>
                <wp:positionV relativeFrom="paragraph">
                  <wp:posOffset>295909</wp:posOffset>
                </wp:positionV>
                <wp:extent cx="2948779" cy="695460"/>
                <wp:effectExtent l="38100" t="190500" r="4445" b="66675"/>
                <wp:wrapNone/>
                <wp:docPr id="341106056" name="Šipka: doprava 214"/>
                <wp:cNvGraphicFramePr/>
                <a:graphic xmlns:a="http://schemas.openxmlformats.org/drawingml/2006/main">
                  <a:graphicData uri="http://schemas.microsoft.com/office/word/2010/wordprocessingShape">
                    <wps:wsp>
                      <wps:cNvSpPr/>
                      <wps:spPr>
                        <a:xfrm rot="21110190">
                          <a:off x="0" y="0"/>
                          <a:ext cx="2948779" cy="695460"/>
                        </a:xfrm>
                        <a:prstGeom prst="rightArrow">
                          <a:avLst/>
                        </a:prstGeom>
                      </wps:spPr>
                      <wps:style>
                        <a:lnRef idx="2">
                          <a:schemeClr val="accent6"/>
                        </a:lnRef>
                        <a:fillRef idx="1">
                          <a:schemeClr val="lt1"/>
                        </a:fillRef>
                        <a:effectRef idx="0">
                          <a:schemeClr val="accent6"/>
                        </a:effectRef>
                        <a:fontRef idx="minor">
                          <a:schemeClr val="dk1"/>
                        </a:fontRef>
                      </wps:style>
                      <wps:txbx>
                        <w:txbxContent>
                          <w:p w14:paraId="06A2F472" w14:textId="06CE3F0B" w:rsidR="00AB1536" w:rsidRDefault="00AB1536" w:rsidP="00AB1536">
                            <w:pPr>
                              <w:jc w:val="center"/>
                            </w:pPr>
                            <w:r>
                              <w:t>v hlavním menu vyberte položku MÍSTO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C794EE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214" o:spid="_x0000_s1026" type="#_x0000_t13" style="position:absolute;left:0;text-align:left;margin-left:9.6pt;margin-top:23.3pt;width:232.2pt;height:54.75pt;rotation:-535003fd;z-index:251811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" adj="19053" fillcolor="white [3201]" strokecolor="#f79646 [3209]" strokeweight="2pt">
                <v:textbox>
                  <w:txbxContent>
                    <w:p w14:paraId="06A2F472" w14:textId="06CE3F0B" w:rsidR="00AB1536" w:rsidRDefault="00AB1536" w:rsidP="00AB1536">
                      <w:pPr>
                        <w:jc w:val="center"/>
                      </w:pPr>
                      <w:r>
                        <w:t>v hlavním menu vyberte položku MÍSTO</w:t>
                      </w:r>
                    </w:p>
                  </w:txbxContent>
                </v:textbox>
                <w10:wrap anchorx="margin"/>
              </v:shape>
            </w:pict>
          </mc:Fallback>
        </mc:AlternateContent>
      </w:r>
      <w:r>
        <w:rPr>
          <w:noProof/>
          <w:lang w:eastAsia="cs-CZ"/>
        </w:rPr>
        <w:drawing>
          <wp:inline distT="0" distB="0" distL="0" distR="0" wp14:anchorId="1A97B5FB" wp14:editId="0E31AC33">
            <wp:extent cx="5972810" cy="1805940"/>
            <wp:effectExtent l="0" t="0" r="8890" b="3810"/>
            <wp:docPr id="1727091312" name="Obráze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091312" name="Obrázek 1727091312"/>
                    <pic:cNvPicPr/>
                  </pic:nvPicPr>
                  <pic:blipFill>
                    <a:blip r:embed="rId8"/>
                    <a:stretch>
                      <a:fillRect/>
                    </a:stretch>
                  </pic:blipFill>
                  <pic:spPr>
                    <a:xfrm>
                      <a:off x="0" y="0"/>
                      <a:ext cx="5972810" cy="1805940"/>
                    </a:xfrm>
                    <a:prstGeom prst="rect">
                      <a:avLst/>
                    </a:prstGeom>
                  </pic:spPr>
                </pic:pic>
              </a:graphicData>
            </a:graphic>
          </wp:inline>
        </w:drawing>
      </w:r>
    </w:p>
    <w:p w14:paraId="37FF4C54" w14:textId="69515D4F" w:rsidR="0037283C" w:rsidRDefault="008D7D68" w:rsidP="002557A4">
      <w:pPr>
        <w:rPr>
          <w:lang w:eastAsia="cs-CZ"/>
        </w:rPr>
      </w:pPr>
      <w:r>
        <w:rPr>
          <w:noProof/>
          <w:lang w:eastAsia="cs-CZ"/>
        </w:rPr>
        <mc:AlternateContent>
          <mc:Choice Requires="wps">
            <w:drawing>
              <wp:anchor distT="0" distB="0" distL="114300" distR="114300" simplePos="0" relativeHeight="251814400" behindDoc="0" locked="0" layoutInCell="1" allowOverlap="1" wp14:anchorId="5623FEDD" wp14:editId="55A55F2A">
                <wp:simplePos x="0" y="0"/>
                <wp:positionH relativeFrom="margin">
                  <wp:posOffset>211508</wp:posOffset>
                </wp:positionH>
                <wp:positionV relativeFrom="paragraph">
                  <wp:posOffset>2754416</wp:posOffset>
                </wp:positionV>
                <wp:extent cx="3709670" cy="650240"/>
                <wp:effectExtent l="0" t="571500" r="0" b="607060"/>
                <wp:wrapNone/>
                <wp:docPr id="1455231226" name="Šipka: doprava 218"/>
                <wp:cNvGraphicFramePr/>
                <a:graphic xmlns:a="http://schemas.openxmlformats.org/drawingml/2006/main">
                  <a:graphicData uri="http://schemas.microsoft.com/office/word/2010/wordprocessingShape">
                    <wps:wsp>
                      <wps:cNvSpPr/>
                      <wps:spPr>
                        <a:xfrm rot="1378398">
                          <a:off x="0" y="0"/>
                          <a:ext cx="3709670" cy="650240"/>
                        </a:xfrm>
                        <a:prstGeom prst="rightArrow">
                          <a:avLst/>
                        </a:prstGeom>
                      </wps:spPr>
                      <wps:style>
                        <a:lnRef idx="2">
                          <a:schemeClr val="accent6"/>
                        </a:lnRef>
                        <a:fillRef idx="1">
                          <a:schemeClr val="lt1"/>
                        </a:fillRef>
                        <a:effectRef idx="0">
                          <a:schemeClr val="accent6"/>
                        </a:effectRef>
                        <a:fontRef idx="minor">
                          <a:schemeClr val="dk1"/>
                        </a:fontRef>
                      </wps:style>
                      <wps:txbx>
                        <w:txbxContent>
                          <w:p w14:paraId="212B31F7" w14:textId="4D4D6E22" w:rsidR="0037283C" w:rsidRDefault="0037283C" w:rsidP="0037283C">
                            <w:pPr>
                              <w:jc w:val="center"/>
                            </w:pPr>
                            <w:r>
                              <w:t>Pokud není, klikněte na tlačítko VLOŽIT NOVÉ MÍSTO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3FEDD" id="Šipka: doprava 218" o:spid="_x0000_s1027" type="#_x0000_t13" style="position:absolute;left:0;text-align:left;margin-left:16.65pt;margin-top:216.9pt;width:292.1pt;height:51.2pt;rotation:1505578fd;z-index:25181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" adj="19707" fillcolor="white [3201]" strokecolor="#f79646 [3209]" strokeweight="2pt">
                <v:textbox>
                  <w:txbxContent>
                    <w:p w14:paraId="212B31F7" w14:textId="4D4D6E22" w:rsidR="0037283C" w:rsidRDefault="0037283C" w:rsidP="0037283C">
                      <w:pPr>
                        <w:jc w:val="center"/>
                      </w:pPr>
                      <w:r>
                        <w:t>Pokud není, klikněte na tlačítko VLOŽIT NOVÉ MÍSTO</w:t>
                      </w:r>
                    </w:p>
                  </w:txbxContent>
                </v:textbox>
                <w10:wrap anchorx="margin"/>
              </v:shape>
            </w:pict>
          </mc:Fallback>
        </mc:AlternateContent>
      </w:r>
      <w:r>
        <w:rPr>
          <w:noProof/>
          <w:lang w:eastAsia="cs-CZ"/>
        </w:rPr>
        <mc:AlternateContent>
          <mc:Choice Requires="wps">
            <w:drawing>
              <wp:anchor distT="0" distB="0" distL="114300" distR="114300" simplePos="0" relativeHeight="251812352" behindDoc="0" locked="0" layoutInCell="1" allowOverlap="1" wp14:anchorId="57DFB74D" wp14:editId="7DDCE62F">
                <wp:simplePos x="0" y="0"/>
                <wp:positionH relativeFrom="column">
                  <wp:posOffset>708114</wp:posOffset>
                </wp:positionH>
                <wp:positionV relativeFrom="paragraph">
                  <wp:posOffset>695656</wp:posOffset>
                </wp:positionV>
                <wp:extent cx="3457978" cy="650651"/>
                <wp:effectExtent l="19050" t="285750" r="9525" b="168910"/>
                <wp:wrapNone/>
                <wp:docPr id="2115175896" name="Šipka: doprava 218"/>
                <wp:cNvGraphicFramePr/>
                <a:graphic xmlns:a="http://schemas.openxmlformats.org/drawingml/2006/main">
                  <a:graphicData uri="http://schemas.microsoft.com/office/word/2010/wordprocessingShape">
                    <wps:wsp>
                      <wps:cNvSpPr/>
                      <wps:spPr>
                        <a:xfrm rot="20991615">
                          <a:off x="0" y="0"/>
                          <a:ext cx="3457978" cy="650651"/>
                        </a:xfrm>
                        <a:prstGeom prst="rightArrow">
                          <a:avLst/>
                        </a:prstGeom>
                      </wps:spPr>
                      <wps:style>
                        <a:lnRef idx="2">
                          <a:schemeClr val="accent6"/>
                        </a:lnRef>
                        <a:fillRef idx="1">
                          <a:schemeClr val="lt1"/>
                        </a:fillRef>
                        <a:effectRef idx="0">
                          <a:schemeClr val="accent6"/>
                        </a:effectRef>
                        <a:fontRef idx="minor">
                          <a:schemeClr val="dk1"/>
                        </a:fontRef>
                      </wps:style>
                      <wps:txbx>
                        <w:txbxContent>
                          <w:p w14:paraId="79F76D7D" w14:textId="1AACA603" w:rsidR="0037283C" w:rsidRDefault="0037283C" w:rsidP="0037283C">
                            <w:pPr>
                              <w:jc w:val="center"/>
                            </w:pPr>
                            <w:r>
                              <w:t>Ověřte, zda místo již není zadané v databázi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DFB74D" id="_x0000_s1028" type="#_x0000_t13" style="position:absolute;left:0;text-align:left;margin-left:55.75pt;margin-top:54.8pt;width:272.3pt;height:51.25pt;rotation:-664519fd;z-index:25181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" adj="19568" fillcolor="white [3201]" strokecolor="#f79646 [3209]" strokeweight="2pt">
                <v:textbox>
                  <w:txbxContent>
                    <w:p w14:paraId="79F76D7D" w14:textId="1AACA603" w:rsidR="0037283C" w:rsidRDefault="0037283C" w:rsidP="0037283C">
                      <w:pPr>
                        <w:jc w:val="center"/>
                      </w:pPr>
                      <w:r>
                        <w:t>Ověřte, zda místo již není zadané v databázi</w:t>
                      </w:r>
                    </w:p>
                  </w:txbxContent>
                </v:textbox>
              </v:shape>
            </w:pict>
          </mc:Fallback>
        </mc:AlternateContent>
      </w:r>
      <w:r>
        <w:rPr>
          <w:noProof/>
          <w:lang w:eastAsia="cs-CZ"/>
        </w:rPr>
        <w:drawing>
          <wp:anchor distT="0" distB="0" distL="114300" distR="114300" simplePos="0" relativeHeight="251662844" behindDoc="0" locked="0" layoutInCell="1" allowOverlap="1" wp14:anchorId="097AFF3F" wp14:editId="7E5D33A8">
            <wp:simplePos x="0" y="0"/>
            <wp:positionH relativeFrom="margin">
              <wp:posOffset>88957</wp:posOffset>
            </wp:positionH>
            <wp:positionV relativeFrom="paragraph">
              <wp:posOffset>344957</wp:posOffset>
            </wp:positionV>
            <wp:extent cx="6168390" cy="3837940"/>
            <wp:effectExtent l="0" t="0" r="3810" b="0"/>
            <wp:wrapSquare wrapText="bothSides"/>
            <wp:docPr id="1847959009" name="Obráze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959009" name="Obrázek 1847959009"/>
                    <pic:cNvPicPr/>
                  </pic:nvPicPr>
                  <pic:blipFill>
                    <a:blip r:embed="rId9"/>
                    <a:stretch>
                      <a:fillRect/>
                    </a:stretch>
                  </pic:blipFill>
                  <pic:spPr>
                    <a:xfrm>
                      <a:off x="0" y="0"/>
                      <a:ext cx="6168390" cy="3837940"/>
                    </a:xfrm>
                    <a:prstGeom prst="rect">
                      <a:avLst/>
                    </a:prstGeom>
                  </pic:spPr>
                </pic:pic>
              </a:graphicData>
            </a:graphic>
            <wp14:sizeRelH relativeFrom="margin">
              <wp14:pctWidth>0</wp14:pctWidth>
            </wp14:sizeRelH>
            <wp14:sizeRelV relativeFrom="margin">
              <wp14:pctHeight>0</wp14:pctHeight>
            </wp14:sizeRelV>
          </wp:anchor>
        </w:drawing>
      </w:r>
      <w:r w:rsidR="0037283C">
        <w:rPr>
          <w:lang w:eastAsia="cs-CZ"/>
        </w:rPr>
        <w:t>Krok 2</w:t>
      </w:r>
    </w:p>
    <w:p w14:paraId="3F1466EC" w14:textId="296DCECF" w:rsidR="008D7D68" w:rsidRDefault="008D7D68" w:rsidP="002557A4">
      <w:pPr>
        <w:rPr>
          <w:lang w:eastAsia="cs-CZ"/>
        </w:rPr>
      </w:pPr>
    </w:p>
    <w:p w14:paraId="0FE21534" w14:textId="77777777" w:rsidR="008D7D68" w:rsidRDefault="008D7D68">
      <w:pPr>
        <w:jc w:val="left"/>
        <w:rPr>
          <w:lang w:eastAsia="cs-CZ"/>
        </w:rPr>
      </w:pPr>
      <w:r>
        <w:rPr>
          <w:lang w:eastAsia="cs-CZ"/>
        </w:rPr>
        <w:br w:type="page"/>
      </w:r>
    </w:p>
    <w:p w14:paraId="469E6872" w14:textId="0C8F0383" w:rsidR="008D7D68" w:rsidRDefault="008D7D68" w:rsidP="002557A4">
      <w:pPr>
        <w:rPr>
          <w:lang w:eastAsia="cs-CZ"/>
        </w:rPr>
      </w:pPr>
      <w:r>
        <w:rPr>
          <w:lang w:eastAsia="cs-CZ"/>
        </w:rPr>
        <w:t>Krok 3</w:t>
      </w:r>
    </w:p>
    <w:p w14:paraId="727D9204" w14:textId="037A4DE1" w:rsidR="0037283C" w:rsidRDefault="008D7D68" w:rsidP="002557A4">
      <w:pPr>
        <w:rPr>
          <w:lang w:eastAsia="cs-CZ"/>
        </w:rPr>
      </w:pPr>
      <w:r>
        <w:rPr>
          <w:noProof/>
          <w:lang w:eastAsia="cs-CZ"/>
        </w:rPr>
        <mc:AlternateContent>
          <mc:Choice Requires="wps">
            <w:drawing>
              <wp:anchor distT="0" distB="0" distL="114300" distR="114300" simplePos="0" relativeHeight="251819520" behindDoc="0" locked="0" layoutInCell="1" allowOverlap="1" wp14:anchorId="7B61C7FA" wp14:editId="58123F62">
                <wp:simplePos x="0" y="0"/>
                <wp:positionH relativeFrom="column">
                  <wp:posOffset>1315156</wp:posOffset>
                </wp:positionH>
                <wp:positionV relativeFrom="paragraph">
                  <wp:posOffset>3573404</wp:posOffset>
                </wp:positionV>
                <wp:extent cx="2659488" cy="579549"/>
                <wp:effectExtent l="0" t="0" r="26670" b="11430"/>
                <wp:wrapNone/>
                <wp:docPr id="1643058998" name="Šipka: doleva 221"/>
                <wp:cNvGraphicFramePr/>
                <a:graphic xmlns:a="http://schemas.openxmlformats.org/drawingml/2006/main">
                  <a:graphicData uri="http://schemas.microsoft.com/office/word/2010/wordprocessingShape">
                    <wps:wsp>
                      <wps:cNvSpPr/>
                      <wps:spPr>
                        <a:xfrm>
                          <a:off x="0" y="0"/>
                          <a:ext cx="2659488" cy="579549"/>
                        </a:xfrm>
                        <a:prstGeom prst="leftArrow">
                          <a:avLst/>
                        </a:prstGeom>
                      </wps:spPr>
                      <wps:style>
                        <a:lnRef idx="2">
                          <a:schemeClr val="accent6"/>
                        </a:lnRef>
                        <a:fillRef idx="1">
                          <a:schemeClr val="lt1"/>
                        </a:fillRef>
                        <a:effectRef idx="0">
                          <a:schemeClr val="accent6"/>
                        </a:effectRef>
                        <a:fontRef idx="minor">
                          <a:schemeClr val="dk1"/>
                        </a:fontRef>
                      </wps:style>
                      <wps:txbx>
                        <w:txbxContent>
                          <w:p w14:paraId="5BB8A51D" w14:textId="2743D473" w:rsidR="0037283C" w:rsidRDefault="0037283C" w:rsidP="0037283C">
                            <w:pPr>
                              <w:jc w:val="center"/>
                            </w:pPr>
                            <w:r>
                              <w:t>Nové místo uložte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B61C7F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ipka: doleva 221" o:spid="_x0000_s1029" type="#_x0000_t66" style="position:absolute;left:0;text-align:left;margin-left:103.55pt;margin-top:281.35pt;width:209.4pt;height:45.65pt;z-index:25181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" adj="2354" fillcolor="white [3201]" strokecolor="#f79646 [3209]" strokeweight="2pt">
                <v:textbox>
                  <w:txbxContent>
                    <w:p w14:paraId="5BB8A51D" w14:textId="2743D473" w:rsidR="0037283C" w:rsidRDefault="0037283C" w:rsidP="0037283C">
                      <w:pPr>
                        <w:jc w:val="center"/>
                      </w:pPr>
                      <w:r>
                        <w:t>Nové místo uložte</w:t>
                      </w:r>
                    </w:p>
                  </w:txbxContent>
                </v:textbox>
              </v:shape>
            </w:pict>
          </mc:Fallback>
        </mc:AlternateContent>
      </w:r>
      <w:r>
        <w:rPr>
          <w:noProof/>
          <w:lang w:eastAsia="cs-CZ"/>
        </w:rPr>
        <mc:AlternateContent>
          <mc:Choice Requires="wps">
            <w:drawing>
              <wp:anchor distT="0" distB="0" distL="114300" distR="114300" simplePos="0" relativeHeight="251818496" behindDoc="0" locked="0" layoutInCell="1" allowOverlap="1" wp14:anchorId="761CD22D" wp14:editId="7BB2670B">
                <wp:simplePos x="0" y="0"/>
                <wp:positionH relativeFrom="column">
                  <wp:posOffset>1989241</wp:posOffset>
                </wp:positionH>
                <wp:positionV relativeFrom="paragraph">
                  <wp:posOffset>2922646</wp:posOffset>
                </wp:positionV>
                <wp:extent cx="3729496" cy="560231"/>
                <wp:effectExtent l="0" t="323850" r="4445" b="240030"/>
                <wp:wrapNone/>
                <wp:docPr id="1385988440" name="Šipka: doleva 220"/>
                <wp:cNvGraphicFramePr/>
                <a:graphic xmlns:a="http://schemas.openxmlformats.org/drawingml/2006/main">
                  <a:graphicData uri="http://schemas.microsoft.com/office/word/2010/wordprocessingShape">
                    <wps:wsp>
                      <wps:cNvSpPr/>
                      <wps:spPr>
                        <a:xfrm rot="675763">
                          <a:off x="0" y="0"/>
                          <a:ext cx="3729496" cy="560231"/>
                        </a:xfrm>
                        <a:prstGeom prst="leftArrow">
                          <a:avLst/>
                        </a:prstGeom>
                      </wps:spPr>
                      <wps:style>
                        <a:lnRef idx="2">
                          <a:schemeClr val="accent6"/>
                        </a:lnRef>
                        <a:fillRef idx="1">
                          <a:schemeClr val="lt1"/>
                        </a:fillRef>
                        <a:effectRef idx="0">
                          <a:schemeClr val="accent6"/>
                        </a:effectRef>
                        <a:fontRef idx="minor">
                          <a:schemeClr val="dk1"/>
                        </a:fontRef>
                      </wps:style>
                      <wps:txbx>
                        <w:txbxContent>
                          <w:p w14:paraId="73F461E4" w14:textId="4875D831" w:rsidR="0037283C" w:rsidRDefault="0037283C" w:rsidP="0037283C">
                            <w:pPr>
                              <w:jc w:val="center"/>
                            </w:pPr>
                            <w:r>
                              <w:t>Nahrajte mapu, kterou jste si uložili ve formátu KML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CD22D" id="Šipka: doleva 220" o:spid="_x0000_s1030" type="#_x0000_t66" style="position:absolute;left:0;text-align:left;margin-left:156.65pt;margin-top:230.15pt;width:293.65pt;height:44.1pt;rotation:738113fd;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" adj="1622" fillcolor="white [3201]" strokecolor="#f79646 [3209]" strokeweight="2pt">
                <v:textbox>
                  <w:txbxContent>
                    <w:p w14:paraId="73F461E4" w14:textId="4875D831" w:rsidR="0037283C" w:rsidRDefault="0037283C" w:rsidP="0037283C">
                      <w:pPr>
                        <w:jc w:val="center"/>
                      </w:pPr>
                      <w:r>
                        <w:t>Nahrajte mapu, kterou jste si uložili ve formátu KML</w:t>
                      </w:r>
                    </w:p>
                  </w:txbxContent>
                </v:textbox>
              </v:shape>
            </w:pict>
          </mc:Fallback>
        </mc:AlternateContent>
      </w:r>
      <w:r>
        <w:rPr>
          <w:noProof/>
          <w:lang w:eastAsia="cs-CZ"/>
        </w:rPr>
        <mc:AlternateContent>
          <mc:Choice Requires="wps">
            <w:drawing>
              <wp:anchor distT="0" distB="0" distL="114300" distR="114300" simplePos="0" relativeHeight="251816448" behindDoc="0" locked="0" layoutInCell="1" allowOverlap="1" wp14:anchorId="3C73DFE7" wp14:editId="5FA73A41">
                <wp:simplePos x="0" y="0"/>
                <wp:positionH relativeFrom="column">
                  <wp:posOffset>2595978</wp:posOffset>
                </wp:positionH>
                <wp:positionV relativeFrom="paragraph">
                  <wp:posOffset>2196027</wp:posOffset>
                </wp:positionV>
                <wp:extent cx="2852670" cy="560231"/>
                <wp:effectExtent l="0" t="0" r="24130" b="11430"/>
                <wp:wrapNone/>
                <wp:docPr id="644873720" name="Šipka: doleva 220"/>
                <wp:cNvGraphicFramePr/>
                <a:graphic xmlns:a="http://schemas.openxmlformats.org/drawingml/2006/main">
                  <a:graphicData uri="http://schemas.microsoft.com/office/word/2010/wordprocessingShape">
                    <wps:wsp>
                      <wps:cNvSpPr/>
                      <wps:spPr>
                        <a:xfrm>
                          <a:off x="0" y="0"/>
                          <a:ext cx="2852670" cy="560231"/>
                        </a:xfrm>
                        <a:prstGeom prst="leftArrow">
                          <a:avLst/>
                        </a:prstGeom>
                      </wps:spPr>
                      <wps:style>
                        <a:lnRef idx="2">
                          <a:schemeClr val="accent6"/>
                        </a:lnRef>
                        <a:fillRef idx="1">
                          <a:schemeClr val="lt1"/>
                        </a:fillRef>
                        <a:effectRef idx="0">
                          <a:schemeClr val="accent6"/>
                        </a:effectRef>
                        <a:fontRef idx="minor">
                          <a:schemeClr val="dk1"/>
                        </a:fontRef>
                      </wps:style>
                      <wps:txbx>
                        <w:txbxContent>
                          <w:p w14:paraId="2B707AE2" w14:textId="03FE6165" w:rsidR="0037283C" w:rsidRDefault="0037283C" w:rsidP="0037283C">
                            <w:pPr>
                              <w:jc w:val="center"/>
                            </w:pPr>
                            <w:r>
                              <w:t>Zadejte název místa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73DFE7" id="_x0000_s1031" type="#_x0000_t66" style="position:absolute;left:0;text-align:left;margin-left:204.4pt;margin-top:172.9pt;width:224.6pt;height:44.1pt;z-index:25181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" adj="2121" fillcolor="white [3201]" strokecolor="#f79646 [3209]" strokeweight="2pt">
                <v:textbox>
                  <w:txbxContent>
                    <w:p w14:paraId="2B707AE2" w14:textId="03FE6165" w:rsidR="0037283C" w:rsidRDefault="0037283C" w:rsidP="0037283C">
                      <w:pPr>
                        <w:jc w:val="center"/>
                      </w:pPr>
                      <w:r>
                        <w:t>Zadejte název místa</w:t>
                      </w:r>
                    </w:p>
                  </w:txbxContent>
                </v:textbox>
              </v:shape>
            </w:pict>
          </mc:Fallback>
        </mc:AlternateContent>
      </w:r>
      <w:r w:rsidR="00CC6972">
        <w:rPr>
          <w:noProof/>
          <w:lang w:eastAsia="cs-CZ"/>
        </w:rPr>
        <mc:AlternateContent>
          <mc:Choice Requires="wps">
            <w:drawing>
              <wp:anchor distT="0" distB="0" distL="114300" distR="114300" simplePos="0" relativeHeight="251815424" behindDoc="0" locked="0" layoutInCell="1" allowOverlap="1" wp14:anchorId="58DE2598" wp14:editId="31D68888">
                <wp:simplePos x="0" y="0"/>
                <wp:positionH relativeFrom="margin">
                  <wp:posOffset>2411989</wp:posOffset>
                </wp:positionH>
                <wp:positionV relativeFrom="paragraph">
                  <wp:posOffset>791961</wp:posOffset>
                </wp:positionV>
                <wp:extent cx="3239019" cy="1352282"/>
                <wp:effectExtent l="0" t="0" r="19050" b="19685"/>
                <wp:wrapNone/>
                <wp:docPr id="806601308" name="Šipka: doleva 219"/>
                <wp:cNvGraphicFramePr/>
                <a:graphic xmlns:a="http://schemas.openxmlformats.org/drawingml/2006/main">
                  <a:graphicData uri="http://schemas.microsoft.com/office/word/2010/wordprocessingShape">
                    <wps:wsp>
                      <wps:cNvSpPr/>
                      <wps:spPr>
                        <a:xfrm>
                          <a:off x="0" y="0"/>
                          <a:ext cx="3239019" cy="1352282"/>
                        </a:xfrm>
                        <a:prstGeom prst="leftArrow">
                          <a:avLst/>
                        </a:prstGeom>
                      </wps:spPr>
                      <wps:style>
                        <a:lnRef idx="2">
                          <a:schemeClr val="accent6"/>
                        </a:lnRef>
                        <a:fillRef idx="1">
                          <a:schemeClr val="lt1"/>
                        </a:fillRef>
                        <a:effectRef idx="0">
                          <a:schemeClr val="accent6"/>
                        </a:effectRef>
                        <a:fontRef idx="minor">
                          <a:schemeClr val="dk1"/>
                        </a:fontRef>
                      </wps:style>
                      <wps:txbx>
                        <w:txbxContent>
                          <w:p w14:paraId="1C25AD5F" w14:textId="58DB781D" w:rsidR="0037283C" w:rsidRDefault="0037283C" w:rsidP="0037283C">
                            <w:pPr>
                              <w:jc w:val="center"/>
                            </w:pPr>
                            <w:r>
                              <w:t>Nevytvářejte nesmyslně velká místa, zbytečně zatěžujete systém. Malá lokalita typu park, zahrada, les je ideální….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E2598" id="Šipka: doleva 219" o:spid="_x0000_s1032" type="#_x0000_t66" style="position:absolute;left:0;text-align:left;margin-left:189.9pt;margin-top:62.35pt;width:255.05pt;height:106.5pt;z-index:25181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" adj="4509" fillcolor="white [3201]" strokecolor="#f79646 [3209]" strokeweight="2pt">
                <v:textbox>
                  <w:txbxContent>
                    <w:p w14:paraId="1C25AD5F" w14:textId="58DB781D" w:rsidR="0037283C" w:rsidRDefault="0037283C" w:rsidP="0037283C">
                      <w:pPr>
                        <w:jc w:val="center"/>
                      </w:pPr>
                      <w:r>
                        <w:t>Nevytvářejte nesmyslně velká místa, zbytečně zatěžujete systém. Malá lokalita typu park, zahrada, les je ideální….</w:t>
                      </w:r>
                    </w:p>
                  </w:txbxContent>
                </v:textbox>
                <w10:wrap anchorx="margin"/>
              </v:shape>
            </w:pict>
          </mc:Fallback>
        </mc:AlternateContent>
      </w:r>
      <w:r w:rsidR="0037283C">
        <w:rPr>
          <w:noProof/>
          <w:lang w:eastAsia="cs-CZ"/>
        </w:rPr>
        <w:drawing>
          <wp:inline distT="0" distB="0" distL="0" distR="0" wp14:anchorId="787DF05B" wp14:editId="3BF17864">
            <wp:extent cx="5972810" cy="4048125"/>
            <wp:effectExtent l="0" t="0" r="8890" b="9525"/>
            <wp:docPr id="762945542" name="Obráze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45542" name="Obrázek 762945542"/>
                    <pic:cNvPicPr/>
                  </pic:nvPicPr>
                  <pic:blipFill>
                    <a:blip r:embed="rId10"/>
                    <a:stretch>
                      <a:fillRect/>
                    </a:stretch>
                  </pic:blipFill>
                  <pic:spPr>
                    <a:xfrm>
                      <a:off x="0" y="0"/>
                      <a:ext cx="5972810" cy="4048125"/>
                    </a:xfrm>
                    <a:prstGeom prst="rect">
                      <a:avLst/>
                    </a:prstGeom>
                  </pic:spPr>
                </pic:pic>
              </a:graphicData>
            </a:graphic>
          </wp:inline>
        </w:drawing>
      </w:r>
    </w:p>
    <w:p w14:paraId="04D7031C" w14:textId="2B86250F" w:rsidR="0037283C" w:rsidRDefault="008D7D68" w:rsidP="002557A4">
      <w:pPr>
        <w:rPr>
          <w:lang w:eastAsia="cs-CZ"/>
        </w:rPr>
      </w:pPr>
      <w:r>
        <w:rPr>
          <w:noProof/>
          <w:lang w:eastAsia="cs-CZ"/>
        </w:rPr>
        <mc:AlternateContent>
          <mc:Choice Requires="wps">
            <w:drawing>
              <wp:anchor distT="0" distB="0" distL="114300" distR="114300" simplePos="0" relativeHeight="251823616" behindDoc="0" locked="0" layoutInCell="1" allowOverlap="1" wp14:anchorId="60B4277A" wp14:editId="6693AEFC">
                <wp:simplePos x="0" y="0"/>
                <wp:positionH relativeFrom="column">
                  <wp:posOffset>2223135</wp:posOffset>
                </wp:positionH>
                <wp:positionV relativeFrom="paragraph">
                  <wp:posOffset>1677143</wp:posOffset>
                </wp:positionV>
                <wp:extent cx="2607972" cy="1197449"/>
                <wp:effectExtent l="0" t="0" r="20955" b="22225"/>
                <wp:wrapNone/>
                <wp:docPr id="1637994285" name="Obdélník 241"/>
                <wp:cNvGraphicFramePr/>
                <a:graphic xmlns:a="http://schemas.openxmlformats.org/drawingml/2006/main">
                  <a:graphicData uri="http://schemas.microsoft.com/office/word/2010/wordprocessingShape">
                    <wps:wsp>
                      <wps:cNvSpPr/>
                      <wps:spPr>
                        <a:xfrm>
                          <a:off x="0" y="0"/>
                          <a:ext cx="2607972" cy="1197449"/>
                        </a:xfrm>
                        <a:prstGeom prst="rect">
                          <a:avLst/>
                        </a:prstGeom>
                      </wps:spPr>
                      <wps:style>
                        <a:lnRef idx="2">
                          <a:schemeClr val="accent6"/>
                        </a:lnRef>
                        <a:fillRef idx="1">
                          <a:schemeClr val="lt1"/>
                        </a:fillRef>
                        <a:effectRef idx="0">
                          <a:schemeClr val="accent6"/>
                        </a:effectRef>
                        <a:fontRef idx="minor">
                          <a:schemeClr val="dk1"/>
                        </a:fontRef>
                      </wps:style>
                      <wps:txbx>
                        <w:txbxContent>
                          <w:p w14:paraId="62945165" w14:textId="12B7EBAA" w:rsidR="00CC6972" w:rsidRDefault="00CC6972" w:rsidP="00CC6972">
                            <w:pPr>
                              <w:jc w:val="center"/>
                            </w:pPr>
                            <w:r>
                              <w:t>Nahrajete soubor KML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4277A" id="Obdélník 241" o:spid="_x0000_s1033" style="position:absolute;left:0;text-align:left;margin-left:175.05pt;margin-top:132.05pt;width:205.35pt;height:94.3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" fillcolor="white [3201]" strokecolor="#f79646 [3209]" strokeweight="2pt">
                <v:textbox>
                  <w:txbxContent>
                    <w:p w14:paraId="62945165" w14:textId="12B7EBAA" w:rsidR="00CC6972" w:rsidRDefault="00CC6972" w:rsidP="00CC6972">
                      <w:pPr>
                        <w:jc w:val="center"/>
                      </w:pPr>
                      <w:r>
                        <w:t>Nahrajete soubor KML</w:t>
                      </w:r>
                    </w:p>
                  </w:txbxContent>
                </v:textbox>
              </v:rect>
            </w:pict>
          </mc:Fallback>
        </mc:AlternateContent>
      </w:r>
      <w:r>
        <w:rPr>
          <w:noProof/>
          <w:lang w:eastAsia="cs-CZ"/>
        </w:rPr>
        <w:drawing>
          <wp:anchor distT="0" distB="0" distL="114300" distR="114300" simplePos="0" relativeHeight="251661819" behindDoc="0" locked="0" layoutInCell="1" allowOverlap="1" wp14:anchorId="78AD96A4" wp14:editId="04F0E393">
            <wp:simplePos x="0" y="0"/>
            <wp:positionH relativeFrom="column">
              <wp:posOffset>458058</wp:posOffset>
            </wp:positionH>
            <wp:positionV relativeFrom="paragraph">
              <wp:posOffset>110133</wp:posOffset>
            </wp:positionV>
            <wp:extent cx="5041900" cy="3424555"/>
            <wp:effectExtent l="0" t="0" r="6350" b="4445"/>
            <wp:wrapSquare wrapText="bothSides"/>
            <wp:docPr id="911201278" name="Obráze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01278" name="Obrázek 911201278"/>
                    <pic:cNvPicPr/>
                  </pic:nvPicPr>
                  <pic:blipFill>
                    <a:blip r:embed="rId11"/>
                    <a:stretch>
                      <a:fillRect/>
                    </a:stretch>
                  </pic:blipFill>
                  <pic:spPr>
                    <a:xfrm>
                      <a:off x="0" y="0"/>
                      <a:ext cx="5041900" cy="3424555"/>
                    </a:xfrm>
                    <a:prstGeom prst="rect">
                      <a:avLst/>
                    </a:prstGeom>
                  </pic:spPr>
                </pic:pic>
              </a:graphicData>
            </a:graphic>
            <wp14:sizeRelH relativeFrom="margin">
              <wp14:pctWidth>0</wp14:pctWidth>
            </wp14:sizeRelH>
            <wp14:sizeRelV relativeFrom="margin">
              <wp14:pctHeight>0</wp14:pctHeight>
            </wp14:sizeRelV>
          </wp:anchor>
        </w:drawing>
      </w:r>
    </w:p>
    <w:p w14:paraId="7C499E5B" w14:textId="6727413E" w:rsidR="0037283C" w:rsidRDefault="0037283C" w:rsidP="002557A4">
      <w:pPr>
        <w:rPr>
          <w:lang w:eastAsia="cs-CZ"/>
        </w:rPr>
      </w:pPr>
      <w:r>
        <w:rPr>
          <w:lang w:eastAsia="cs-CZ"/>
        </w:rPr>
        <w:t xml:space="preserve">Krok </w:t>
      </w:r>
      <w:r w:rsidR="008D7D68">
        <w:rPr>
          <w:lang w:eastAsia="cs-CZ"/>
        </w:rPr>
        <w:t>4</w:t>
      </w:r>
      <w:r>
        <w:rPr>
          <w:lang w:eastAsia="cs-CZ"/>
        </w:rPr>
        <w:t xml:space="preserve"> – </w:t>
      </w:r>
      <w:r w:rsidR="00CC6972">
        <w:rPr>
          <w:lang w:eastAsia="cs-CZ"/>
        </w:rPr>
        <w:t>aplikace potvrdí vytvoření nového místa</w:t>
      </w:r>
    </w:p>
    <w:p w14:paraId="17C77A16" w14:textId="6CFE1C32" w:rsidR="00CC6972" w:rsidRDefault="00CC6972" w:rsidP="002557A4">
      <w:pPr>
        <w:rPr>
          <w:lang w:eastAsia="cs-CZ"/>
        </w:rPr>
      </w:pPr>
      <w:r>
        <w:rPr>
          <w:noProof/>
          <w:lang w:eastAsia="cs-CZ"/>
        </w:rPr>
        <w:drawing>
          <wp:inline distT="0" distB="0" distL="0" distR="0" wp14:anchorId="6B8C98C2" wp14:editId="75265B38">
            <wp:extent cx="6462151" cy="1951149"/>
            <wp:effectExtent l="0" t="0" r="0" b="0"/>
            <wp:docPr id="785686700"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686700" name="Obrázek 785686700"/>
                    <pic:cNvPicPr/>
                  </pic:nvPicPr>
                  <pic:blipFill>
                    <a:blip r:embed="rId12"/>
                    <a:stretch>
                      <a:fillRect/>
                    </a:stretch>
                  </pic:blipFill>
                  <pic:spPr>
                    <a:xfrm>
                      <a:off x="0" y="0"/>
                      <a:ext cx="6474892" cy="1954996"/>
                    </a:xfrm>
                    <a:prstGeom prst="rect">
                      <a:avLst/>
                    </a:prstGeom>
                  </pic:spPr>
                </pic:pic>
              </a:graphicData>
            </a:graphic>
          </wp:inline>
        </w:drawing>
      </w:r>
    </w:p>
    <w:p w14:paraId="4A03FF2F" w14:textId="42089A4C" w:rsidR="008D7D68" w:rsidRPr="008D7D68" w:rsidRDefault="008D7D68" w:rsidP="008D7D68">
      <w:pPr>
        <w:pStyle w:val="Nadpis3"/>
      </w:pPr>
      <w:bookmarkStart w:id="3" w:name="_Toc223113878"/>
      <w:r>
        <w:t>Postup v</w:t>
      </w:r>
      <w:r w:rsidRPr="008D7D68">
        <w:t xml:space="preserve">ytvoření „místa“ v </w:t>
      </w:r>
      <w:proofErr w:type="spellStart"/>
      <w:r w:rsidRPr="008D7D68">
        <w:t>iNaturalist</w:t>
      </w:r>
      <w:proofErr w:type="spellEnd"/>
      <w:r w:rsidRPr="008D7D68">
        <w:t xml:space="preserve"> </w:t>
      </w:r>
      <w:r>
        <w:t>shrnutí</w:t>
      </w:r>
      <w:bookmarkEnd w:id="3"/>
    </w:p>
    <w:p w14:paraId="16619C26" w14:textId="77777777" w:rsidR="008D7D68" w:rsidRPr="008D7D68" w:rsidRDefault="008D7D68" w:rsidP="008D7D68">
      <w:pPr>
        <w:rPr>
          <w:lang w:eastAsia="cs-CZ"/>
        </w:rPr>
      </w:pPr>
      <w:r w:rsidRPr="008D7D68">
        <w:rPr>
          <w:lang w:eastAsia="cs-CZ"/>
        </w:rPr>
        <w:t xml:space="preserve">Vytváření „místa“ děláme </w:t>
      </w:r>
      <w:r w:rsidRPr="008D7D68">
        <w:rPr>
          <w:b/>
          <w:bCs/>
          <w:lang w:eastAsia="cs-CZ"/>
        </w:rPr>
        <w:t>na webu</w:t>
      </w:r>
      <w:r w:rsidRPr="008D7D68">
        <w:rPr>
          <w:lang w:eastAsia="cs-CZ"/>
        </w:rPr>
        <w:t xml:space="preserve"> </w:t>
      </w:r>
      <w:proofErr w:type="spellStart"/>
      <w:r w:rsidRPr="008D7D68">
        <w:rPr>
          <w:lang w:eastAsia="cs-CZ"/>
        </w:rPr>
        <w:t>iNaturalist</w:t>
      </w:r>
      <w:proofErr w:type="spellEnd"/>
      <w:r w:rsidRPr="008D7D68">
        <w:rPr>
          <w:lang w:eastAsia="cs-CZ"/>
        </w:rPr>
        <w:t xml:space="preserve"> (nikoli v mobilní aplikaci).</w:t>
      </w:r>
    </w:p>
    <w:p w14:paraId="39B00AC3" w14:textId="77777777" w:rsidR="008D7D68" w:rsidRPr="008D7D68" w:rsidRDefault="008D7D68" w:rsidP="008D7D68">
      <w:pPr>
        <w:rPr>
          <w:b/>
          <w:bCs/>
          <w:lang w:eastAsia="cs-CZ"/>
        </w:rPr>
      </w:pPr>
      <w:r w:rsidRPr="008D7D68">
        <w:rPr>
          <w:b/>
          <w:bCs/>
          <w:lang w:eastAsia="cs-CZ"/>
        </w:rPr>
        <w:t>Postup:</w:t>
      </w:r>
    </w:p>
    <w:p w14:paraId="3199B415" w14:textId="305566D5" w:rsidR="008D7D68" w:rsidRPr="008D7D68" w:rsidRDefault="008D7D68" w:rsidP="008D7D68">
      <w:pPr>
        <w:pStyle w:val="OdrkyMSWORD"/>
        <w:rPr>
          <w:lang w:eastAsia="cs-CZ"/>
        </w:rPr>
      </w:pPr>
      <w:r w:rsidRPr="008D7D68">
        <w:rPr>
          <w:lang w:eastAsia="cs-CZ"/>
        </w:rPr>
        <w:t xml:space="preserve">Přihlaste se do </w:t>
      </w:r>
      <w:proofErr w:type="spellStart"/>
      <w:r w:rsidRPr="008D7D68">
        <w:rPr>
          <w:lang w:eastAsia="cs-CZ"/>
        </w:rPr>
        <w:t>iNaturalist</w:t>
      </w:r>
      <w:proofErr w:type="spellEnd"/>
      <w:r w:rsidRPr="008D7D68">
        <w:rPr>
          <w:lang w:eastAsia="cs-CZ"/>
        </w:rPr>
        <w:t xml:space="preserve"> (doporučeně účtem Gmail, viz kap. 2</w:t>
      </w:r>
      <w:r>
        <w:rPr>
          <w:lang w:eastAsia="cs-CZ"/>
        </w:rPr>
        <w:t xml:space="preserve"> a 4</w:t>
      </w:r>
      <w:r w:rsidRPr="008D7D68">
        <w:rPr>
          <w:lang w:eastAsia="cs-CZ"/>
        </w:rPr>
        <w:t>).</w:t>
      </w:r>
    </w:p>
    <w:p w14:paraId="709E49EA" w14:textId="5D1785DC" w:rsidR="008D7D68" w:rsidRPr="008D7D68" w:rsidRDefault="008D7D68" w:rsidP="008D7D68">
      <w:pPr>
        <w:pStyle w:val="OdrkyMSWORD"/>
        <w:rPr>
          <w:lang w:eastAsia="cs-CZ"/>
        </w:rPr>
      </w:pPr>
      <w:r w:rsidRPr="008D7D68">
        <w:rPr>
          <w:lang w:eastAsia="cs-CZ"/>
        </w:rPr>
        <w:t xml:space="preserve">Otevřete </w:t>
      </w:r>
      <w:r w:rsidRPr="008D7D68">
        <w:rPr>
          <w:b/>
          <w:bCs/>
          <w:lang w:eastAsia="cs-CZ"/>
        </w:rPr>
        <w:t>sekci pro místa</w:t>
      </w:r>
      <w:r w:rsidRPr="008D7D68">
        <w:rPr>
          <w:lang w:eastAsia="cs-CZ"/>
        </w:rPr>
        <w:t>– buď přes nabídku v profilu/</w:t>
      </w:r>
      <w:proofErr w:type="spellStart"/>
      <w:r w:rsidRPr="008D7D68">
        <w:rPr>
          <w:lang w:eastAsia="cs-CZ"/>
        </w:rPr>
        <w:t>Explore</w:t>
      </w:r>
      <w:proofErr w:type="spellEnd"/>
      <w:r w:rsidRPr="008D7D68">
        <w:rPr>
          <w:lang w:eastAsia="cs-CZ"/>
        </w:rPr>
        <w:t>, nebo v průvodci pro zakládání projektu.</w:t>
      </w:r>
    </w:p>
    <w:p w14:paraId="0386905F" w14:textId="77777777" w:rsidR="008D7D68" w:rsidRPr="008D7D68" w:rsidRDefault="008D7D68" w:rsidP="008D7D68">
      <w:pPr>
        <w:pStyle w:val="OdrkyMSWORD"/>
        <w:rPr>
          <w:lang w:eastAsia="cs-CZ"/>
        </w:rPr>
      </w:pPr>
      <w:r w:rsidRPr="008D7D68">
        <w:rPr>
          <w:lang w:eastAsia="cs-CZ"/>
        </w:rPr>
        <w:t xml:space="preserve">Zvolte </w:t>
      </w:r>
      <w:r w:rsidRPr="008D7D68">
        <w:rPr>
          <w:b/>
          <w:bCs/>
          <w:lang w:eastAsia="cs-CZ"/>
        </w:rPr>
        <w:t>Vytvořit nové místo</w:t>
      </w:r>
      <w:r w:rsidRPr="008D7D68">
        <w:rPr>
          <w:lang w:eastAsia="cs-CZ"/>
        </w:rPr>
        <w:t>.</w:t>
      </w:r>
    </w:p>
    <w:p w14:paraId="5C5D3173" w14:textId="77777777" w:rsidR="008D7D68" w:rsidRPr="008D7D68" w:rsidRDefault="008D7D68" w:rsidP="008D7D68">
      <w:pPr>
        <w:pStyle w:val="OdrkyMSWORD"/>
        <w:rPr>
          <w:lang w:eastAsia="cs-CZ"/>
        </w:rPr>
      </w:pPr>
      <w:r w:rsidRPr="008D7D68">
        <w:rPr>
          <w:b/>
          <w:bCs/>
          <w:lang w:eastAsia="cs-CZ"/>
        </w:rPr>
        <w:t>Název</w:t>
      </w:r>
      <w:r w:rsidRPr="008D7D68">
        <w:rPr>
          <w:lang w:eastAsia="cs-CZ"/>
        </w:rPr>
        <w:t xml:space="preserve">: uveďte krátký a jednoznačný název (např. </w:t>
      </w:r>
      <w:r w:rsidRPr="008D7D68">
        <w:rPr>
          <w:i/>
          <w:iCs/>
          <w:lang w:eastAsia="cs-CZ"/>
        </w:rPr>
        <w:t>Zámecký park Sychrov – jižní část</w:t>
      </w:r>
      <w:r w:rsidRPr="008D7D68">
        <w:rPr>
          <w:lang w:eastAsia="cs-CZ"/>
        </w:rPr>
        <w:t>).</w:t>
      </w:r>
    </w:p>
    <w:p w14:paraId="7E3EF7AB" w14:textId="77777777" w:rsidR="008D7D68" w:rsidRPr="008D7D68" w:rsidRDefault="008D7D68" w:rsidP="008D7D68">
      <w:pPr>
        <w:pStyle w:val="OdrkyMSWORD"/>
        <w:rPr>
          <w:lang w:eastAsia="cs-CZ"/>
        </w:rPr>
      </w:pPr>
      <w:r w:rsidRPr="008D7D68">
        <w:rPr>
          <w:b/>
          <w:bCs/>
          <w:lang w:eastAsia="cs-CZ"/>
        </w:rPr>
        <w:t>Vymezení</w:t>
      </w:r>
      <w:r w:rsidRPr="008D7D68">
        <w:rPr>
          <w:lang w:eastAsia="cs-CZ"/>
        </w:rPr>
        <w:t xml:space="preserve">: nahrajte </w:t>
      </w:r>
      <w:r w:rsidRPr="008D7D68">
        <w:rPr>
          <w:b/>
          <w:bCs/>
          <w:lang w:eastAsia="cs-CZ"/>
        </w:rPr>
        <w:t>KML/KMZ</w:t>
      </w:r>
      <w:r w:rsidRPr="008D7D68">
        <w:rPr>
          <w:lang w:eastAsia="cs-CZ"/>
        </w:rPr>
        <w:t xml:space="preserve"> z My </w:t>
      </w:r>
      <w:proofErr w:type="spellStart"/>
      <w:r w:rsidRPr="008D7D68">
        <w:rPr>
          <w:lang w:eastAsia="cs-CZ"/>
        </w:rPr>
        <w:t>Maps</w:t>
      </w:r>
      <w:proofErr w:type="spellEnd"/>
      <w:r w:rsidRPr="008D7D68">
        <w:rPr>
          <w:lang w:eastAsia="cs-CZ"/>
        </w:rPr>
        <w:t xml:space="preserve"> </w:t>
      </w:r>
      <w:r w:rsidRPr="008D7D68">
        <w:rPr>
          <w:b/>
          <w:bCs/>
          <w:lang w:eastAsia="cs-CZ"/>
        </w:rPr>
        <w:t>nebo</w:t>
      </w:r>
      <w:r w:rsidRPr="008D7D68">
        <w:rPr>
          <w:lang w:eastAsia="cs-CZ"/>
        </w:rPr>
        <w:t xml:space="preserve"> vyznačte hranici ručně přímo na mapě.</w:t>
      </w:r>
    </w:p>
    <w:p w14:paraId="50B054BB" w14:textId="2CFF66CD" w:rsidR="008D7D68" w:rsidRPr="008D7D68" w:rsidRDefault="008D7D68" w:rsidP="008D7D68">
      <w:pPr>
        <w:pStyle w:val="OdrkyMSWORD"/>
        <w:rPr>
          <w:lang w:eastAsia="cs-CZ"/>
        </w:rPr>
      </w:pPr>
      <w:r w:rsidRPr="008D7D68">
        <w:rPr>
          <w:lang w:eastAsia="cs-CZ"/>
        </w:rPr>
        <w:t xml:space="preserve">Uložte. </w:t>
      </w:r>
      <w:r>
        <w:rPr>
          <w:lang w:eastAsia="cs-CZ"/>
        </w:rPr>
        <w:t>Vaše místo</w:t>
      </w:r>
      <w:r w:rsidRPr="008D7D68">
        <w:rPr>
          <w:lang w:eastAsia="cs-CZ"/>
        </w:rPr>
        <w:t xml:space="preserve"> je připravený pro projekt.</w:t>
      </w:r>
    </w:p>
    <w:p w14:paraId="09894A86" w14:textId="6132BF5F" w:rsidR="008D7D68" w:rsidRDefault="008D7D68">
      <w:pPr>
        <w:jc w:val="left"/>
        <w:rPr>
          <w:lang w:eastAsia="cs-CZ"/>
        </w:rPr>
      </w:pPr>
      <w:r>
        <w:rPr>
          <w:lang w:eastAsia="cs-CZ"/>
        </w:rPr>
        <w:br w:type="page"/>
      </w:r>
    </w:p>
    <w:p w14:paraId="4441E02B" w14:textId="3064B0F1" w:rsidR="008D7D68" w:rsidRPr="008D7D68" w:rsidRDefault="008D7D68" w:rsidP="008D7D68">
      <w:pPr>
        <w:pStyle w:val="Nadpis2"/>
      </w:pPr>
      <w:bookmarkStart w:id="4" w:name="_Toc223113879"/>
      <w:r>
        <w:t>Z</w:t>
      </w:r>
      <w:r w:rsidRPr="008D7D68">
        <w:t>aložení projektu: typ, název, filtr podle místa</w:t>
      </w:r>
      <w:bookmarkEnd w:id="4"/>
    </w:p>
    <w:p w14:paraId="2E41B07B" w14:textId="77777777" w:rsidR="008D7D68" w:rsidRPr="008D7D68" w:rsidRDefault="008D7D68" w:rsidP="008D7D68">
      <w:pPr>
        <w:rPr>
          <w:lang w:eastAsia="cs-CZ"/>
        </w:rPr>
      </w:pPr>
      <w:r w:rsidRPr="008D7D68">
        <w:rPr>
          <w:lang w:eastAsia="cs-CZ"/>
        </w:rPr>
        <w:t xml:space="preserve">Pro projekty, které </w:t>
      </w:r>
      <w:r w:rsidRPr="008D7D68">
        <w:rPr>
          <w:b/>
          <w:bCs/>
          <w:lang w:eastAsia="cs-CZ"/>
        </w:rPr>
        <w:t>sbírají pozorování automaticky</w:t>
      </w:r>
      <w:r w:rsidRPr="008D7D68">
        <w:rPr>
          <w:lang w:eastAsia="cs-CZ"/>
        </w:rPr>
        <w:t xml:space="preserve"> podle </w:t>
      </w:r>
      <w:r w:rsidRPr="008D7D68">
        <w:rPr>
          <w:b/>
          <w:bCs/>
          <w:lang w:eastAsia="cs-CZ"/>
        </w:rPr>
        <w:t>místa a jednoduchých filtrů</w:t>
      </w:r>
      <w:r w:rsidRPr="008D7D68">
        <w:rPr>
          <w:lang w:eastAsia="cs-CZ"/>
        </w:rPr>
        <w:t xml:space="preserve">, je ideální </w:t>
      </w:r>
      <w:r w:rsidRPr="008D7D68">
        <w:rPr>
          <w:b/>
          <w:bCs/>
          <w:lang w:eastAsia="cs-CZ"/>
        </w:rPr>
        <w:t>„sběrný“</w:t>
      </w:r>
      <w:proofErr w:type="gramStart"/>
      <w:r w:rsidRPr="008D7D68">
        <w:rPr>
          <w:b/>
          <w:bCs/>
          <w:lang w:eastAsia="cs-CZ"/>
        </w:rPr>
        <w:t>/„</w:t>
      </w:r>
      <w:proofErr w:type="gramEnd"/>
      <w:r w:rsidRPr="008D7D68">
        <w:rPr>
          <w:b/>
          <w:bCs/>
          <w:lang w:eastAsia="cs-CZ"/>
        </w:rPr>
        <w:t>filtrační“ projekt</w:t>
      </w:r>
      <w:r w:rsidRPr="008D7D68">
        <w:rPr>
          <w:lang w:eastAsia="cs-CZ"/>
        </w:rPr>
        <w:t xml:space="preserve"> (v </w:t>
      </w:r>
      <w:proofErr w:type="spellStart"/>
      <w:r w:rsidRPr="008D7D68">
        <w:rPr>
          <w:lang w:eastAsia="cs-CZ"/>
        </w:rPr>
        <w:t>iNaturalist</w:t>
      </w:r>
      <w:proofErr w:type="spellEnd"/>
      <w:r w:rsidRPr="008D7D68">
        <w:rPr>
          <w:lang w:eastAsia="cs-CZ"/>
        </w:rPr>
        <w:t xml:space="preserve"> označovaný jako </w:t>
      </w:r>
      <w:proofErr w:type="spellStart"/>
      <w:r w:rsidRPr="008D7D68">
        <w:rPr>
          <w:b/>
          <w:bCs/>
          <w:lang w:eastAsia="cs-CZ"/>
        </w:rPr>
        <w:t>Collection</w:t>
      </w:r>
      <w:proofErr w:type="spellEnd"/>
      <w:r w:rsidRPr="008D7D68">
        <w:rPr>
          <w:b/>
          <w:bCs/>
          <w:lang w:eastAsia="cs-CZ"/>
        </w:rPr>
        <w:t xml:space="preserve"> Project</w:t>
      </w:r>
      <w:r w:rsidRPr="008D7D68">
        <w:rPr>
          <w:lang w:eastAsia="cs-CZ"/>
        </w:rPr>
        <w:t xml:space="preserve">). Ten </w:t>
      </w:r>
      <w:r w:rsidRPr="008D7D68">
        <w:rPr>
          <w:b/>
          <w:bCs/>
          <w:lang w:eastAsia="cs-CZ"/>
        </w:rPr>
        <w:t>nevyžaduje ruční přidávání záznamů</w:t>
      </w:r>
      <w:r w:rsidRPr="008D7D68">
        <w:rPr>
          <w:lang w:eastAsia="cs-CZ"/>
        </w:rPr>
        <w:t xml:space="preserve"> – vše, co splní zadané podmínky, se do projektu přidá samo.</w:t>
      </w:r>
    </w:p>
    <w:p w14:paraId="291C36E0" w14:textId="72B0340A" w:rsidR="008D7D68" w:rsidRPr="008D7D68" w:rsidRDefault="008D7D68" w:rsidP="008D7D68">
      <w:pPr>
        <w:rPr>
          <w:lang w:eastAsia="cs-CZ"/>
        </w:rPr>
      </w:pPr>
      <w:r w:rsidRPr="008D7D68">
        <w:rPr>
          <w:b/>
          <w:bCs/>
          <w:lang w:eastAsia="cs-CZ"/>
        </w:rPr>
        <w:t xml:space="preserve">Postup </w:t>
      </w:r>
      <w:r>
        <w:rPr>
          <w:b/>
          <w:bCs/>
          <w:lang w:eastAsia="cs-CZ"/>
        </w:rPr>
        <w:t xml:space="preserve">založení tohoto typu projektu </w:t>
      </w:r>
      <w:r w:rsidRPr="008D7D68">
        <w:rPr>
          <w:b/>
          <w:bCs/>
          <w:lang w:eastAsia="cs-CZ"/>
        </w:rPr>
        <w:t xml:space="preserve">(web </w:t>
      </w:r>
      <w:proofErr w:type="spellStart"/>
      <w:r w:rsidRPr="008D7D68">
        <w:rPr>
          <w:b/>
          <w:bCs/>
          <w:lang w:eastAsia="cs-CZ"/>
        </w:rPr>
        <w:t>iNaturalist</w:t>
      </w:r>
      <w:proofErr w:type="spellEnd"/>
      <w:r w:rsidRPr="008D7D68">
        <w:rPr>
          <w:b/>
          <w:bCs/>
          <w:lang w:eastAsia="cs-CZ"/>
        </w:rPr>
        <w:t>):</w:t>
      </w:r>
    </w:p>
    <w:p w14:paraId="3A720133" w14:textId="72EF5AA0" w:rsidR="008D7D68" w:rsidRPr="008D7D68" w:rsidRDefault="008D7D68" w:rsidP="008D7D68">
      <w:pPr>
        <w:pStyle w:val="OdrkyMSWORD"/>
        <w:rPr>
          <w:lang w:eastAsia="cs-CZ"/>
        </w:rPr>
      </w:pPr>
      <w:r w:rsidRPr="008D7D68">
        <w:rPr>
          <w:lang w:eastAsia="cs-CZ"/>
        </w:rPr>
        <w:t xml:space="preserve">Přihlaste se a přejděte do </w:t>
      </w:r>
      <w:r>
        <w:rPr>
          <w:b/>
          <w:bCs/>
          <w:lang w:eastAsia="cs-CZ"/>
        </w:rPr>
        <w:t>Projekty</w:t>
      </w:r>
      <w:r w:rsidRPr="008D7D68">
        <w:rPr>
          <w:b/>
          <w:bCs/>
          <w:lang w:eastAsia="cs-CZ"/>
        </w:rPr>
        <w:t xml:space="preserve">→ </w:t>
      </w:r>
      <w:r>
        <w:rPr>
          <w:b/>
          <w:bCs/>
          <w:lang w:eastAsia="cs-CZ"/>
        </w:rPr>
        <w:t>Nový projekt</w:t>
      </w:r>
      <w:r w:rsidRPr="008D7D68">
        <w:rPr>
          <w:lang w:eastAsia="cs-CZ"/>
        </w:rPr>
        <w:t>.</w:t>
      </w:r>
    </w:p>
    <w:p w14:paraId="42A4C27E" w14:textId="4F0AE66E" w:rsidR="008D7D68" w:rsidRPr="008D7D68" w:rsidRDefault="008D7D68" w:rsidP="008D7D68">
      <w:pPr>
        <w:pStyle w:val="OdrkyMSWORD"/>
        <w:rPr>
          <w:lang w:eastAsia="cs-CZ"/>
        </w:rPr>
      </w:pPr>
      <w:r w:rsidRPr="008D7D68">
        <w:rPr>
          <w:lang w:eastAsia="cs-CZ"/>
        </w:rPr>
        <w:t xml:space="preserve">Zvolte typ: </w:t>
      </w:r>
      <w:r>
        <w:rPr>
          <w:lang w:eastAsia="cs-CZ"/>
        </w:rPr>
        <w:t>SBÍRKA PROJEKTŮ</w:t>
      </w:r>
    </w:p>
    <w:p w14:paraId="45C621C2" w14:textId="41E63A66" w:rsidR="008D7D68" w:rsidRPr="008D7D68" w:rsidRDefault="008D7D68" w:rsidP="008D7D68">
      <w:pPr>
        <w:pStyle w:val="OdrkyMSWORD"/>
        <w:rPr>
          <w:lang w:eastAsia="cs-CZ"/>
        </w:rPr>
      </w:pPr>
      <w:r>
        <w:rPr>
          <w:lang w:eastAsia="cs-CZ"/>
        </w:rPr>
        <w:t xml:space="preserve">Vyplňte základní informace o </w:t>
      </w:r>
      <w:r w:rsidR="00AD11C0">
        <w:rPr>
          <w:lang w:eastAsia="cs-CZ"/>
        </w:rPr>
        <w:t>projektu – Název</w:t>
      </w:r>
      <w:r w:rsidRPr="008D7D68">
        <w:rPr>
          <w:lang w:eastAsia="cs-CZ"/>
        </w:rPr>
        <w:t xml:space="preserve"> a popis:</w:t>
      </w:r>
    </w:p>
    <w:p w14:paraId="02D65AA0" w14:textId="77777777" w:rsidR="008D7D68" w:rsidRDefault="008D7D68" w:rsidP="00290105">
      <w:pPr>
        <w:pStyle w:val="OdrkyMSWORD"/>
        <w:numPr>
          <w:ilvl w:val="1"/>
          <w:numId w:val="63"/>
        </w:numPr>
        <w:rPr>
          <w:lang w:eastAsia="cs-CZ"/>
        </w:rPr>
      </w:pPr>
      <w:r w:rsidRPr="008D7D68">
        <w:rPr>
          <w:lang w:eastAsia="cs-CZ"/>
        </w:rPr>
        <w:t xml:space="preserve">Název stručně a výstižně (např. </w:t>
      </w:r>
      <w:r w:rsidRPr="008D7D68">
        <w:rPr>
          <w:i/>
          <w:iCs/>
          <w:lang w:eastAsia="cs-CZ"/>
        </w:rPr>
        <w:t>Zámecký park Sychrov – pozorování</w:t>
      </w:r>
      <w:r w:rsidRPr="008D7D68">
        <w:rPr>
          <w:lang w:eastAsia="cs-CZ"/>
        </w:rPr>
        <w:t>).</w:t>
      </w:r>
    </w:p>
    <w:p w14:paraId="5E48F11E" w14:textId="5423F762" w:rsidR="008D7D68" w:rsidRPr="008D7D68" w:rsidRDefault="008D7D68" w:rsidP="00290105">
      <w:pPr>
        <w:pStyle w:val="OdrkyMSWORD"/>
        <w:numPr>
          <w:ilvl w:val="1"/>
          <w:numId w:val="63"/>
        </w:numPr>
        <w:rPr>
          <w:lang w:eastAsia="cs-CZ"/>
        </w:rPr>
      </w:pPr>
      <w:r w:rsidRPr="008D7D68">
        <w:rPr>
          <w:lang w:eastAsia="cs-CZ"/>
        </w:rPr>
        <w:t>Do popisu uveďte cíl (co sledujete, pro koho je projekt), odkaz na pravidla etiky (kap. 2.4) a základní kontakty.</w:t>
      </w:r>
    </w:p>
    <w:p w14:paraId="2F56E9EF" w14:textId="0F141B98" w:rsidR="008D7D68" w:rsidRPr="008D7D68" w:rsidRDefault="008D7D68" w:rsidP="008D7D68">
      <w:pPr>
        <w:pStyle w:val="OdrkyMSWORD"/>
        <w:rPr>
          <w:lang w:eastAsia="cs-CZ"/>
        </w:rPr>
      </w:pPr>
      <w:r>
        <w:rPr>
          <w:b/>
          <w:bCs/>
          <w:lang w:eastAsia="cs-CZ"/>
        </w:rPr>
        <w:t>Nastavte f</w:t>
      </w:r>
      <w:r w:rsidRPr="008D7D68">
        <w:rPr>
          <w:b/>
          <w:bCs/>
          <w:lang w:eastAsia="cs-CZ"/>
        </w:rPr>
        <w:t>iltry projektu</w:t>
      </w:r>
      <w:r w:rsidRPr="008D7D68">
        <w:rPr>
          <w:lang w:eastAsia="cs-CZ"/>
        </w:rPr>
        <w:t>:</w:t>
      </w:r>
    </w:p>
    <w:p w14:paraId="34594E17" w14:textId="77777777" w:rsidR="008D7D68" w:rsidRPr="008D7D68" w:rsidRDefault="008D7D68" w:rsidP="00290105">
      <w:pPr>
        <w:numPr>
          <w:ilvl w:val="1"/>
          <w:numId w:val="63"/>
        </w:numPr>
        <w:rPr>
          <w:lang w:eastAsia="cs-CZ"/>
        </w:rPr>
      </w:pPr>
      <w:r w:rsidRPr="008D7D68">
        <w:rPr>
          <w:b/>
          <w:bCs/>
          <w:lang w:eastAsia="cs-CZ"/>
        </w:rPr>
        <w:t>Místo (Place)</w:t>
      </w:r>
      <w:r w:rsidRPr="008D7D68">
        <w:rPr>
          <w:lang w:eastAsia="cs-CZ"/>
        </w:rPr>
        <w:t>: vyberte vámi vytvořené „místo“ z kap. 6.2.</w:t>
      </w:r>
    </w:p>
    <w:p w14:paraId="6115A125" w14:textId="378F69F7" w:rsidR="008D7D68" w:rsidRPr="008D7D68" w:rsidRDefault="008D7D68" w:rsidP="00290105">
      <w:pPr>
        <w:pStyle w:val="OdrkyMSWORD"/>
        <w:numPr>
          <w:ilvl w:val="1"/>
          <w:numId w:val="63"/>
        </w:numPr>
        <w:rPr>
          <w:lang w:eastAsia="cs-CZ"/>
        </w:rPr>
      </w:pPr>
      <w:r>
        <w:rPr>
          <w:b/>
          <w:bCs/>
          <w:lang w:eastAsia="cs-CZ"/>
        </w:rPr>
        <w:t>S</w:t>
      </w:r>
      <w:r w:rsidRPr="008D7D68">
        <w:rPr>
          <w:b/>
          <w:bCs/>
          <w:lang w:eastAsia="cs-CZ"/>
        </w:rPr>
        <w:t>kupiny</w:t>
      </w:r>
      <w:r>
        <w:rPr>
          <w:b/>
          <w:bCs/>
          <w:lang w:eastAsia="cs-CZ"/>
        </w:rPr>
        <w:t>, které chcete pozorovat</w:t>
      </w:r>
      <w:r w:rsidRPr="008D7D68">
        <w:rPr>
          <w:b/>
          <w:bCs/>
          <w:lang w:eastAsia="cs-CZ"/>
        </w:rPr>
        <w:t xml:space="preserve"> (Taxa)</w:t>
      </w:r>
      <w:r w:rsidRPr="008D7D68">
        <w:rPr>
          <w:lang w:eastAsia="cs-CZ"/>
        </w:rPr>
        <w:t>: můžete ponechat „vše“ (rostliny, živočichy, houby), nebo vybrat jen část (např. pouze ptáci)</w:t>
      </w:r>
      <w:r>
        <w:rPr>
          <w:lang w:eastAsia="cs-CZ"/>
        </w:rPr>
        <w:t xml:space="preserve"> – my jsme vybrali pro náš projekt pouze rostliny.</w:t>
      </w:r>
    </w:p>
    <w:p w14:paraId="15D3EBA6" w14:textId="77777777" w:rsidR="008D7D68" w:rsidRPr="008D7D68" w:rsidRDefault="008D7D68" w:rsidP="00290105">
      <w:pPr>
        <w:pStyle w:val="OdrkyMSWORD"/>
        <w:numPr>
          <w:ilvl w:val="1"/>
          <w:numId w:val="63"/>
        </w:numPr>
        <w:rPr>
          <w:lang w:eastAsia="cs-CZ"/>
        </w:rPr>
      </w:pPr>
      <w:r w:rsidRPr="008D7D68">
        <w:rPr>
          <w:b/>
          <w:bCs/>
          <w:lang w:eastAsia="cs-CZ"/>
        </w:rPr>
        <w:t>Typy pozorování</w:t>
      </w:r>
      <w:r w:rsidRPr="008D7D68">
        <w:rPr>
          <w:lang w:eastAsia="cs-CZ"/>
        </w:rPr>
        <w:t>: obvykle ponechte fotografie i zvuk; pro interní projekty lze zúžit (např. jen foto).</w:t>
      </w:r>
    </w:p>
    <w:p w14:paraId="7E0405A9" w14:textId="77777777" w:rsidR="008D7D68" w:rsidRPr="008D7D68" w:rsidRDefault="008D7D68" w:rsidP="00290105">
      <w:pPr>
        <w:pStyle w:val="OdrkyMSWORD"/>
        <w:numPr>
          <w:ilvl w:val="1"/>
          <w:numId w:val="63"/>
        </w:numPr>
        <w:rPr>
          <w:lang w:eastAsia="cs-CZ"/>
        </w:rPr>
      </w:pPr>
      <w:r w:rsidRPr="008D7D68">
        <w:rPr>
          <w:b/>
          <w:bCs/>
          <w:lang w:eastAsia="cs-CZ"/>
        </w:rPr>
        <w:t>Časové období (volitelné)</w:t>
      </w:r>
      <w:r w:rsidRPr="008D7D68">
        <w:rPr>
          <w:lang w:eastAsia="cs-CZ"/>
        </w:rPr>
        <w:t>: chcete-li sledovat konkrétní sezonu, nastavte datumy.</w:t>
      </w:r>
    </w:p>
    <w:p w14:paraId="7B5A13BC" w14:textId="1B898EDA" w:rsidR="008D7D68" w:rsidRPr="008D7D68" w:rsidRDefault="008D7D68" w:rsidP="008D7D68">
      <w:pPr>
        <w:pStyle w:val="OdrkyMSWORD"/>
        <w:rPr>
          <w:lang w:eastAsia="cs-CZ"/>
        </w:rPr>
      </w:pPr>
      <w:r>
        <w:rPr>
          <w:b/>
          <w:bCs/>
          <w:lang w:eastAsia="cs-CZ"/>
        </w:rPr>
        <w:t>Zadejte v</w:t>
      </w:r>
      <w:r w:rsidRPr="008D7D68">
        <w:rPr>
          <w:b/>
          <w:bCs/>
          <w:lang w:eastAsia="cs-CZ"/>
        </w:rPr>
        <w:t>iditelnost a členství</w:t>
      </w:r>
      <w:r w:rsidRPr="008D7D68">
        <w:rPr>
          <w:lang w:eastAsia="cs-CZ"/>
        </w:rPr>
        <w:t>:</w:t>
      </w:r>
    </w:p>
    <w:p w14:paraId="49B41080" w14:textId="77777777" w:rsidR="008D7D68" w:rsidRPr="008D7D68" w:rsidRDefault="008D7D68" w:rsidP="00290105">
      <w:pPr>
        <w:pStyle w:val="OdrkyMSWORD"/>
        <w:numPr>
          <w:ilvl w:val="1"/>
          <w:numId w:val="63"/>
        </w:numPr>
        <w:rPr>
          <w:lang w:eastAsia="cs-CZ"/>
        </w:rPr>
      </w:pPr>
      <w:r w:rsidRPr="008D7D68">
        <w:rPr>
          <w:b/>
          <w:bCs/>
          <w:lang w:eastAsia="cs-CZ"/>
        </w:rPr>
        <w:t>Veřejný projekt</w:t>
      </w:r>
      <w:r w:rsidRPr="008D7D68">
        <w:rPr>
          <w:lang w:eastAsia="cs-CZ"/>
        </w:rPr>
        <w:t>: uvidí každý; přispívá kdokoli, kdo v oblasti pozoruje (doporučeno pro naše účely).</w:t>
      </w:r>
    </w:p>
    <w:p w14:paraId="1BE9EC6C" w14:textId="77777777" w:rsidR="008D7D68" w:rsidRPr="008D7D68" w:rsidRDefault="008D7D68" w:rsidP="00290105">
      <w:pPr>
        <w:pStyle w:val="OdrkyMSWORD"/>
        <w:numPr>
          <w:ilvl w:val="1"/>
          <w:numId w:val="63"/>
        </w:numPr>
        <w:rPr>
          <w:lang w:eastAsia="cs-CZ"/>
        </w:rPr>
      </w:pPr>
      <w:r w:rsidRPr="008D7D68">
        <w:rPr>
          <w:b/>
          <w:bCs/>
          <w:lang w:eastAsia="cs-CZ"/>
        </w:rPr>
        <w:t>Soukromý/jen pro členy</w:t>
      </w:r>
      <w:r w:rsidRPr="008D7D68">
        <w:rPr>
          <w:lang w:eastAsia="cs-CZ"/>
        </w:rPr>
        <w:t>: vhodné pro uzavřenou skupinu (školní dvůr, soukromá zahrada).</w:t>
      </w:r>
    </w:p>
    <w:p w14:paraId="781FB09D" w14:textId="77777777" w:rsidR="008D7D68" w:rsidRPr="008D7D68" w:rsidRDefault="008D7D68" w:rsidP="008D7D68">
      <w:pPr>
        <w:pStyle w:val="OdrkyMSWORD"/>
        <w:rPr>
          <w:lang w:eastAsia="cs-CZ"/>
        </w:rPr>
      </w:pPr>
      <w:r w:rsidRPr="008D7D68">
        <w:rPr>
          <w:b/>
          <w:bCs/>
          <w:lang w:eastAsia="cs-CZ"/>
        </w:rPr>
        <w:t>Grafická identita (volitelné)</w:t>
      </w:r>
      <w:r w:rsidRPr="008D7D68">
        <w:rPr>
          <w:lang w:eastAsia="cs-CZ"/>
        </w:rPr>
        <w:t xml:space="preserve">: přidejte </w:t>
      </w:r>
      <w:r w:rsidRPr="008D7D68">
        <w:rPr>
          <w:b/>
          <w:bCs/>
          <w:lang w:eastAsia="cs-CZ"/>
        </w:rPr>
        <w:t>obrázek/ikonu</w:t>
      </w:r>
      <w:r w:rsidRPr="008D7D68">
        <w:rPr>
          <w:lang w:eastAsia="cs-CZ"/>
        </w:rPr>
        <w:t xml:space="preserve"> projektu (logo, ilustrační foto).</w:t>
      </w:r>
    </w:p>
    <w:p w14:paraId="72C77EE1" w14:textId="77777777" w:rsidR="008D7D68" w:rsidRPr="008D7D68" w:rsidRDefault="008D7D68" w:rsidP="008D7D68">
      <w:pPr>
        <w:pStyle w:val="OdrkyMSWORD"/>
        <w:rPr>
          <w:lang w:eastAsia="cs-CZ"/>
        </w:rPr>
      </w:pPr>
      <w:r w:rsidRPr="008D7D68">
        <w:rPr>
          <w:b/>
          <w:bCs/>
          <w:lang w:eastAsia="cs-CZ"/>
        </w:rPr>
        <w:t>Uložte</w:t>
      </w:r>
      <w:r w:rsidRPr="008D7D68">
        <w:rPr>
          <w:lang w:eastAsia="cs-CZ"/>
        </w:rPr>
        <w:t xml:space="preserve">. Projekt se založí a začne </w:t>
      </w:r>
      <w:r w:rsidRPr="008D7D68">
        <w:rPr>
          <w:b/>
          <w:bCs/>
          <w:lang w:eastAsia="cs-CZ"/>
        </w:rPr>
        <w:t>automaticky sbírat</w:t>
      </w:r>
      <w:r w:rsidRPr="008D7D68">
        <w:rPr>
          <w:lang w:eastAsia="cs-CZ"/>
        </w:rPr>
        <w:t xml:space="preserve"> pozorování splňující filtr (místo + případné další podmínky).</w:t>
      </w:r>
    </w:p>
    <w:p w14:paraId="23FF192C" w14:textId="77777777" w:rsidR="008D7D68" w:rsidRDefault="008D7D68">
      <w:pPr>
        <w:jc w:val="left"/>
        <w:rPr>
          <w:b/>
          <w:bCs/>
          <w:lang w:eastAsia="cs-CZ"/>
        </w:rPr>
      </w:pPr>
      <w:r>
        <w:rPr>
          <w:b/>
          <w:bCs/>
          <w:lang w:eastAsia="cs-CZ"/>
        </w:rPr>
        <w:br w:type="page"/>
      </w:r>
    </w:p>
    <w:p w14:paraId="4F761A55" w14:textId="44E1C2E8" w:rsidR="00CC6972" w:rsidRDefault="008D7D68" w:rsidP="008D7D68">
      <w:pPr>
        <w:spacing w:before="240"/>
        <w:rPr>
          <w:lang w:eastAsia="cs-CZ"/>
        </w:rPr>
      </w:pPr>
      <w:r w:rsidRPr="008D7D68">
        <w:rPr>
          <w:b/>
          <w:bCs/>
          <w:lang w:eastAsia="cs-CZ"/>
        </w:rPr>
        <w:t>Celý postup si ukážeme ještě v obrázkovém průvodci krok za krokem:</w:t>
      </w:r>
    </w:p>
    <w:p w14:paraId="28F00B24" w14:textId="20EDE339" w:rsidR="00AB1536" w:rsidRDefault="0037283C" w:rsidP="002557A4">
      <w:pPr>
        <w:rPr>
          <w:lang w:eastAsia="cs-CZ"/>
        </w:rPr>
      </w:pPr>
      <w:r>
        <w:rPr>
          <w:lang w:eastAsia="cs-CZ"/>
        </w:rPr>
        <w:t xml:space="preserve">Krok </w:t>
      </w:r>
      <w:r w:rsidR="008D7D68">
        <w:rPr>
          <w:lang w:eastAsia="cs-CZ"/>
        </w:rPr>
        <w:t>1</w:t>
      </w:r>
      <w:r>
        <w:rPr>
          <w:lang w:eastAsia="cs-CZ"/>
        </w:rPr>
        <w:t xml:space="preserve"> Vlastní založení projektu</w:t>
      </w:r>
    </w:p>
    <w:p w14:paraId="37BE66F3" w14:textId="3DDB4B8B" w:rsidR="0037283C" w:rsidRDefault="00CC6972" w:rsidP="002557A4">
      <w:pPr>
        <w:rPr>
          <w:lang w:eastAsia="cs-CZ"/>
        </w:rPr>
      </w:pPr>
      <w:r>
        <w:rPr>
          <w:noProof/>
          <w:lang w:eastAsia="cs-CZ"/>
        </w:rPr>
        <mc:AlternateContent>
          <mc:Choice Requires="wps">
            <w:drawing>
              <wp:anchor distT="0" distB="0" distL="114300" distR="114300" simplePos="0" relativeHeight="251825664" behindDoc="0" locked="0" layoutInCell="1" allowOverlap="1" wp14:anchorId="5F4C6D63" wp14:editId="7BB24961">
                <wp:simplePos x="0" y="0"/>
                <wp:positionH relativeFrom="column">
                  <wp:posOffset>1210301</wp:posOffset>
                </wp:positionH>
                <wp:positionV relativeFrom="paragraph">
                  <wp:posOffset>5285579</wp:posOffset>
                </wp:positionV>
                <wp:extent cx="2653048" cy="689019"/>
                <wp:effectExtent l="0" t="19050" r="33020" b="34925"/>
                <wp:wrapNone/>
                <wp:docPr id="1924519908" name="Šipka: doprava 226"/>
                <wp:cNvGraphicFramePr/>
                <a:graphic xmlns:a="http://schemas.openxmlformats.org/drawingml/2006/main">
                  <a:graphicData uri="http://schemas.microsoft.com/office/word/2010/wordprocessingShape">
                    <wps:wsp>
                      <wps:cNvSpPr/>
                      <wps:spPr>
                        <a:xfrm>
                          <a:off x="0" y="0"/>
                          <a:ext cx="2653048" cy="689019"/>
                        </a:xfrm>
                        <a:prstGeom prst="rightArrow">
                          <a:avLst/>
                        </a:prstGeom>
                      </wps:spPr>
                      <wps:style>
                        <a:lnRef idx="2">
                          <a:schemeClr val="accent6"/>
                        </a:lnRef>
                        <a:fillRef idx="1">
                          <a:schemeClr val="lt1"/>
                        </a:fillRef>
                        <a:effectRef idx="0">
                          <a:schemeClr val="accent6"/>
                        </a:effectRef>
                        <a:fontRef idx="minor">
                          <a:schemeClr val="dk1"/>
                        </a:fontRef>
                      </wps:style>
                      <wps:txbx>
                        <w:txbxContent>
                          <w:p w14:paraId="5853F16C" w14:textId="51D6C940" w:rsidR="0037283C" w:rsidRDefault="0037283C" w:rsidP="0037283C">
                            <w:pPr>
                              <w:jc w:val="center"/>
                            </w:pPr>
                            <w:r>
                              <w:t>Kliknete na tlačítko ZAČÍT PROJEKT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4C6D63" id="Šipka: doprava 226" o:spid="_x0000_s1034" type="#_x0000_t13" style="position:absolute;left:0;text-align:left;margin-left:95.3pt;margin-top:416.2pt;width:208.9pt;height:54.25pt;z-index:25182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" adj="18795" fillcolor="white [3201]" strokecolor="#f79646 [3209]" strokeweight="2pt">
                <v:textbox>
                  <w:txbxContent>
                    <w:p w14:paraId="5853F16C" w14:textId="51D6C940" w:rsidR="0037283C" w:rsidRDefault="0037283C" w:rsidP="0037283C">
                      <w:pPr>
                        <w:jc w:val="center"/>
                      </w:pPr>
                      <w:r>
                        <w:t>Kliknete na tlačítko ZAČÍT PROJEKT</w:t>
                      </w:r>
                    </w:p>
                  </w:txbxContent>
                </v:textbox>
              </v:shape>
            </w:pict>
          </mc:Fallback>
        </mc:AlternateContent>
      </w:r>
      <w:r>
        <w:rPr>
          <w:noProof/>
          <w:lang w:eastAsia="cs-CZ"/>
        </w:rPr>
        <w:drawing>
          <wp:anchor distT="0" distB="0" distL="114300" distR="114300" simplePos="0" relativeHeight="251824640" behindDoc="0" locked="0" layoutInCell="1" allowOverlap="1" wp14:anchorId="40997AAA" wp14:editId="71ABFF29">
            <wp:simplePos x="0" y="0"/>
            <wp:positionH relativeFrom="margin">
              <wp:align>right</wp:align>
            </wp:positionH>
            <wp:positionV relativeFrom="paragraph">
              <wp:posOffset>2486025</wp:posOffset>
            </wp:positionV>
            <wp:extent cx="6160135" cy="3721735"/>
            <wp:effectExtent l="0" t="0" r="0" b="0"/>
            <wp:wrapSquare wrapText="bothSides"/>
            <wp:docPr id="94478476" name="Obráze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78476" name="Obrázek 94478476"/>
                    <pic:cNvPicPr/>
                  </pic:nvPicPr>
                  <pic:blipFill>
                    <a:blip r:embed="rId13"/>
                    <a:stretch>
                      <a:fillRect/>
                    </a:stretch>
                  </pic:blipFill>
                  <pic:spPr>
                    <a:xfrm>
                      <a:off x="0" y="0"/>
                      <a:ext cx="6160135" cy="3721735"/>
                    </a:xfrm>
                    <a:prstGeom prst="rect">
                      <a:avLst/>
                    </a:prstGeom>
                  </pic:spPr>
                </pic:pic>
              </a:graphicData>
            </a:graphic>
            <wp14:sizeRelH relativeFrom="margin">
              <wp14:pctWidth>0</wp14:pctWidth>
            </wp14:sizeRelH>
            <wp14:sizeRelV relativeFrom="margin">
              <wp14:pctHeight>0</wp14:pctHeight>
            </wp14:sizeRelV>
          </wp:anchor>
        </w:drawing>
      </w:r>
      <w:r w:rsidR="0037283C">
        <w:rPr>
          <w:noProof/>
          <w:lang w:eastAsia="cs-CZ"/>
        </w:rPr>
        <mc:AlternateContent>
          <mc:Choice Requires="wps">
            <w:drawing>
              <wp:anchor distT="0" distB="0" distL="114300" distR="114300" simplePos="0" relativeHeight="251820544" behindDoc="0" locked="0" layoutInCell="1" allowOverlap="1" wp14:anchorId="70EAD167" wp14:editId="3828CF9D">
                <wp:simplePos x="0" y="0"/>
                <wp:positionH relativeFrom="column">
                  <wp:posOffset>2757564</wp:posOffset>
                </wp:positionH>
                <wp:positionV relativeFrom="paragraph">
                  <wp:posOffset>326757</wp:posOffset>
                </wp:positionV>
                <wp:extent cx="2426094" cy="798490"/>
                <wp:effectExtent l="0" t="19050" r="31750" b="40005"/>
                <wp:wrapNone/>
                <wp:docPr id="1577508974" name="Šipka: doprava 223"/>
                <wp:cNvGraphicFramePr/>
                <a:graphic xmlns:a="http://schemas.openxmlformats.org/drawingml/2006/main">
                  <a:graphicData uri="http://schemas.microsoft.com/office/word/2010/wordprocessingShape">
                    <wps:wsp>
                      <wps:cNvSpPr/>
                      <wps:spPr>
                        <a:xfrm>
                          <a:off x="0" y="0"/>
                          <a:ext cx="2426094" cy="798490"/>
                        </a:xfrm>
                        <a:prstGeom prst="rightArrow">
                          <a:avLst/>
                        </a:prstGeom>
                      </wps:spPr>
                      <wps:style>
                        <a:lnRef idx="2">
                          <a:schemeClr val="accent6"/>
                        </a:lnRef>
                        <a:fillRef idx="1">
                          <a:schemeClr val="lt1"/>
                        </a:fillRef>
                        <a:effectRef idx="0">
                          <a:schemeClr val="accent6"/>
                        </a:effectRef>
                        <a:fontRef idx="minor">
                          <a:schemeClr val="dk1"/>
                        </a:fontRef>
                      </wps:style>
                      <wps:txbx>
                        <w:txbxContent>
                          <w:p w14:paraId="57E6D342" w14:textId="27A9B983" w:rsidR="0037283C" w:rsidRDefault="0037283C" w:rsidP="0037283C">
                            <w:pPr>
                              <w:jc w:val="center"/>
                            </w:pPr>
                            <w:r>
                              <w:t>Klikneme na položku PROJEKT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EAD167" id="Šipka: doprava 223" o:spid="_x0000_s1035" type="#_x0000_t13" style="position:absolute;left:0;text-align:left;margin-left:217.15pt;margin-top:25.75pt;width:191.05pt;height:62.85pt;z-index:25182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" adj="18045" fillcolor="white [3201]" strokecolor="#f79646 [3209]" strokeweight="2pt">
                <v:textbox>
                  <w:txbxContent>
                    <w:p w14:paraId="57E6D342" w14:textId="27A9B983" w:rsidR="0037283C" w:rsidRDefault="0037283C" w:rsidP="0037283C">
                      <w:pPr>
                        <w:jc w:val="center"/>
                      </w:pPr>
                      <w:r>
                        <w:t>Klikneme na položku PROJEKT</w:t>
                      </w:r>
                    </w:p>
                  </w:txbxContent>
                </v:textbox>
              </v:shape>
            </w:pict>
          </mc:Fallback>
        </mc:AlternateContent>
      </w:r>
      <w:r w:rsidR="0037283C">
        <w:rPr>
          <w:noProof/>
          <w:lang w:eastAsia="cs-CZ"/>
        </w:rPr>
        <w:drawing>
          <wp:inline distT="0" distB="0" distL="0" distR="0" wp14:anchorId="32443492" wp14:editId="2D89973F">
            <wp:extent cx="5827690" cy="1641865"/>
            <wp:effectExtent l="0" t="0" r="1905" b="0"/>
            <wp:docPr id="22498578"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8578" name="Obrázek 22498578"/>
                    <pic:cNvPicPr/>
                  </pic:nvPicPr>
                  <pic:blipFill>
                    <a:blip r:embed="rId14"/>
                    <a:stretch>
                      <a:fillRect/>
                    </a:stretch>
                  </pic:blipFill>
                  <pic:spPr>
                    <a:xfrm>
                      <a:off x="0" y="0"/>
                      <a:ext cx="5836374" cy="1644312"/>
                    </a:xfrm>
                    <a:prstGeom prst="rect">
                      <a:avLst/>
                    </a:prstGeom>
                  </pic:spPr>
                </pic:pic>
              </a:graphicData>
            </a:graphic>
          </wp:inline>
        </w:drawing>
      </w:r>
    </w:p>
    <w:p w14:paraId="45343D6F" w14:textId="2DB6643B" w:rsidR="0037283C" w:rsidRDefault="00CC6972" w:rsidP="002557A4">
      <w:pPr>
        <w:rPr>
          <w:lang w:eastAsia="cs-CZ"/>
        </w:rPr>
      </w:pPr>
      <w:r>
        <w:rPr>
          <w:noProof/>
          <w:lang w:eastAsia="cs-CZ"/>
        </w:rPr>
        <mc:AlternateContent>
          <mc:Choice Requires="wps">
            <w:drawing>
              <wp:anchor distT="0" distB="0" distL="114300" distR="114300" simplePos="0" relativeHeight="251828736" behindDoc="0" locked="0" layoutInCell="1" allowOverlap="1" wp14:anchorId="49300293" wp14:editId="63E5B601">
                <wp:simplePos x="0" y="0"/>
                <wp:positionH relativeFrom="margin">
                  <wp:posOffset>121545</wp:posOffset>
                </wp:positionH>
                <wp:positionV relativeFrom="paragraph">
                  <wp:posOffset>3941374</wp:posOffset>
                </wp:positionV>
                <wp:extent cx="378871" cy="527632"/>
                <wp:effectExtent l="57150" t="19050" r="21590" b="101600"/>
                <wp:wrapNone/>
                <wp:docPr id="323162153" name="Šipka: dolů 244"/>
                <wp:cNvGraphicFramePr/>
                <a:graphic xmlns:a="http://schemas.openxmlformats.org/drawingml/2006/main">
                  <a:graphicData uri="http://schemas.microsoft.com/office/word/2010/wordprocessingShape">
                    <wps:wsp>
                      <wps:cNvSpPr/>
                      <wps:spPr>
                        <a:xfrm>
                          <a:off x="0" y="0"/>
                          <a:ext cx="378871" cy="527632"/>
                        </a:xfrm>
                        <a:prstGeom prst="down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791AE" id="Šipka: dolů 244" o:spid="_x0000_s1026" type="#_x0000_t67" style="position:absolute;margin-left:9.55pt;margin-top:310.35pt;width:29.85pt;height:41.55pt;z-index:25182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" adj="13845" fillcolor="#f79646 [3209]" strokecolor="#f68c36 [3049]">
                <v:fill color2="#fbcaa2 [1625]" rotate="t" angle="180" focus="100%" type="gradient">
                  <o:fill v:ext="view" type="gradientUnscaled"/>
                </v:fill>
                <v:shadow on="t" color="black" opacity="22937f" origin=",.5" offset="0,.63889mm"/>
                <w10:wrap anchorx="margin"/>
              </v:shape>
            </w:pict>
          </mc:Fallback>
        </mc:AlternateContent>
      </w:r>
      <w:r>
        <w:rPr>
          <w:noProof/>
          <w:lang w:eastAsia="cs-CZ"/>
        </w:rPr>
        <mc:AlternateContent>
          <mc:Choice Requires="wps">
            <w:drawing>
              <wp:anchor distT="0" distB="0" distL="114300" distR="114300" simplePos="0" relativeHeight="251822592" behindDoc="0" locked="0" layoutInCell="1" allowOverlap="1" wp14:anchorId="5AAB092D" wp14:editId="0BC07AC6">
                <wp:simplePos x="0" y="0"/>
                <wp:positionH relativeFrom="margin">
                  <wp:posOffset>2636019</wp:posOffset>
                </wp:positionH>
                <wp:positionV relativeFrom="paragraph">
                  <wp:posOffset>5601764</wp:posOffset>
                </wp:positionV>
                <wp:extent cx="3148885" cy="1010992"/>
                <wp:effectExtent l="0" t="190500" r="33020" b="17780"/>
                <wp:wrapNone/>
                <wp:docPr id="2023179481" name="Šipka: doleva 227"/>
                <wp:cNvGraphicFramePr/>
                <a:graphic xmlns:a="http://schemas.openxmlformats.org/drawingml/2006/main">
                  <a:graphicData uri="http://schemas.microsoft.com/office/word/2010/wordprocessingShape">
                    <wps:wsp>
                      <wps:cNvSpPr/>
                      <wps:spPr>
                        <a:xfrm rot="572703">
                          <a:off x="0" y="0"/>
                          <a:ext cx="3148885" cy="1010992"/>
                        </a:xfrm>
                        <a:prstGeom prst="leftArrow">
                          <a:avLst/>
                        </a:prstGeom>
                      </wps:spPr>
                      <wps:style>
                        <a:lnRef idx="2">
                          <a:schemeClr val="accent6"/>
                        </a:lnRef>
                        <a:fillRef idx="1">
                          <a:schemeClr val="lt1"/>
                        </a:fillRef>
                        <a:effectRef idx="0">
                          <a:schemeClr val="accent6"/>
                        </a:effectRef>
                        <a:fontRef idx="minor">
                          <a:schemeClr val="dk1"/>
                        </a:fontRef>
                      </wps:style>
                      <wps:txbx>
                        <w:txbxContent>
                          <w:p w14:paraId="2EAA7160" w14:textId="31743275" w:rsidR="0037283C" w:rsidRDefault="0037283C" w:rsidP="0037283C">
                            <w:pPr>
                              <w:jc w:val="center"/>
                            </w:pPr>
                            <w:r>
                              <w:t>Vyplníte údaje o svém projektu, můžete nahrát obrázek a ikonu vlastního projektu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AB092D" id="Šipka: doleva 227" o:spid="_x0000_s1036" type="#_x0000_t66" style="position:absolute;left:0;text-align:left;margin-left:207.55pt;margin-top:441.1pt;width:247.95pt;height:79.6pt;rotation:625544fd;z-index:2518225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" adj="3467" fillcolor="white [3201]" strokecolor="#f79646 [3209]" strokeweight="2pt">
                <v:textbox>
                  <w:txbxContent>
                    <w:p w14:paraId="2EAA7160" w14:textId="31743275" w:rsidR="0037283C" w:rsidRDefault="0037283C" w:rsidP="0037283C">
                      <w:pPr>
                        <w:jc w:val="center"/>
                      </w:pPr>
                      <w:r>
                        <w:t>Vyplníte údaje o svém projektu, můžete nahrát obrázek a ikonu vlastního projektu</w:t>
                      </w:r>
                    </w:p>
                  </w:txbxContent>
                </v:textbox>
                <w10:wrap anchorx="margin"/>
              </v:shape>
            </w:pict>
          </mc:Fallback>
        </mc:AlternateContent>
      </w:r>
      <w:r>
        <w:rPr>
          <w:noProof/>
          <w:lang w:eastAsia="cs-CZ"/>
        </w:rPr>
        <w:drawing>
          <wp:inline distT="0" distB="0" distL="0" distR="0" wp14:anchorId="35915AF3" wp14:editId="738E779C">
            <wp:extent cx="5972810" cy="4174490"/>
            <wp:effectExtent l="0" t="0" r="8890" b="0"/>
            <wp:docPr id="206365842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658426" name="Obrázek 2063658426"/>
                    <pic:cNvPicPr/>
                  </pic:nvPicPr>
                  <pic:blipFill>
                    <a:blip r:embed="rId15"/>
                    <a:stretch>
                      <a:fillRect/>
                    </a:stretch>
                  </pic:blipFill>
                  <pic:spPr>
                    <a:xfrm>
                      <a:off x="0" y="0"/>
                      <a:ext cx="5972810" cy="4174490"/>
                    </a:xfrm>
                    <a:prstGeom prst="rect">
                      <a:avLst/>
                    </a:prstGeom>
                  </pic:spPr>
                </pic:pic>
              </a:graphicData>
            </a:graphic>
          </wp:inline>
        </w:drawing>
      </w:r>
      <w:r w:rsidR="0037283C">
        <w:rPr>
          <w:noProof/>
          <w:lang w:eastAsia="cs-CZ"/>
        </w:rPr>
        <w:drawing>
          <wp:inline distT="0" distB="0" distL="0" distR="0" wp14:anchorId="67B35D20" wp14:editId="52774DC2">
            <wp:extent cx="5972810" cy="3740150"/>
            <wp:effectExtent l="0" t="0" r="8890" b="0"/>
            <wp:docPr id="1118133508"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33508" name="Obrázek 1118133508"/>
                    <pic:cNvPicPr/>
                  </pic:nvPicPr>
                  <pic:blipFill>
                    <a:blip r:embed="rId16"/>
                    <a:stretch>
                      <a:fillRect/>
                    </a:stretch>
                  </pic:blipFill>
                  <pic:spPr>
                    <a:xfrm>
                      <a:off x="0" y="0"/>
                      <a:ext cx="5972810" cy="3740150"/>
                    </a:xfrm>
                    <a:prstGeom prst="rect">
                      <a:avLst/>
                    </a:prstGeom>
                  </pic:spPr>
                </pic:pic>
              </a:graphicData>
            </a:graphic>
          </wp:inline>
        </w:drawing>
      </w:r>
    </w:p>
    <w:p w14:paraId="18B9857A" w14:textId="63EC6517" w:rsidR="00CC6972" w:rsidRDefault="00CC6972" w:rsidP="002557A4">
      <w:pPr>
        <w:rPr>
          <w:lang w:eastAsia="cs-CZ"/>
        </w:rPr>
      </w:pPr>
    </w:p>
    <w:p w14:paraId="5AA3DCEB" w14:textId="6622B660" w:rsidR="00CC6972" w:rsidRDefault="00CC6972" w:rsidP="002557A4">
      <w:pPr>
        <w:rPr>
          <w:lang w:eastAsia="cs-CZ"/>
        </w:rPr>
      </w:pPr>
      <w:r>
        <w:rPr>
          <w:lang w:eastAsia="cs-CZ"/>
        </w:rPr>
        <w:t>V další části obrazovky doplníte místo k vašemu projektu</w:t>
      </w:r>
    </w:p>
    <w:p w14:paraId="27DCB334" w14:textId="5CBB814D" w:rsidR="00CC6972" w:rsidRDefault="00CC6972" w:rsidP="002557A4">
      <w:pPr>
        <w:rPr>
          <w:lang w:eastAsia="cs-CZ"/>
        </w:rPr>
      </w:pPr>
      <w:r>
        <w:rPr>
          <w:noProof/>
          <w:lang w:eastAsia="cs-CZ"/>
        </w:rPr>
        <mc:AlternateContent>
          <mc:Choice Requires="wps">
            <w:drawing>
              <wp:anchor distT="0" distB="0" distL="114300" distR="114300" simplePos="0" relativeHeight="251826688" behindDoc="0" locked="0" layoutInCell="1" allowOverlap="1" wp14:anchorId="10D25D74" wp14:editId="03E3D5F4">
                <wp:simplePos x="0" y="0"/>
                <wp:positionH relativeFrom="column">
                  <wp:posOffset>2665032</wp:posOffset>
                </wp:positionH>
                <wp:positionV relativeFrom="paragraph">
                  <wp:posOffset>80940</wp:posOffset>
                </wp:positionV>
                <wp:extent cx="854075" cy="630555"/>
                <wp:effectExtent l="0" t="21590" r="19685" b="95885"/>
                <wp:wrapNone/>
                <wp:docPr id="1554126564" name="Šipka: doprava 242"/>
                <wp:cNvGraphicFramePr/>
                <a:graphic xmlns:a="http://schemas.openxmlformats.org/drawingml/2006/main">
                  <a:graphicData uri="http://schemas.microsoft.com/office/word/2010/wordprocessingShape">
                    <wps:wsp>
                      <wps:cNvSpPr/>
                      <wps:spPr>
                        <a:xfrm rot="5400000">
                          <a:off x="0" y="0"/>
                          <a:ext cx="854075" cy="630555"/>
                        </a:xfrm>
                        <a:prstGeom prst="rightArrow">
                          <a:avLst>
                            <a:gd name="adj1" fmla="val 29575"/>
                            <a:gd name="adj2" fmla="val 36724"/>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0AB4D3" id="Šipka: doprava 242" o:spid="_x0000_s1026" type="#_x0000_t13" style="position:absolute;margin-left:209.85pt;margin-top:6.35pt;width:67.25pt;height:49.65pt;rotation:90;z-index:25182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" adj="15744,7606" fillcolor="#f79646 [3209]" strokecolor="#f68c36 [3049]">
                <v:fill color2="#fbcaa2 [1625]" rotate="t" angle="180" focus="100%" type="gradient">
                  <o:fill v:ext="view" type="gradientUnscaled"/>
                </v:fill>
                <v:shadow on="t" color="black" opacity="22937f" origin=",.5" offset="0,.63889mm"/>
              </v:shape>
            </w:pict>
          </mc:Fallback>
        </mc:AlternateContent>
      </w:r>
      <w:r>
        <w:rPr>
          <w:noProof/>
          <w:lang w:eastAsia="cs-CZ"/>
        </w:rPr>
        <w:drawing>
          <wp:inline distT="0" distB="0" distL="0" distR="0" wp14:anchorId="354151F5" wp14:editId="1BC71BF8">
            <wp:extent cx="5972810" cy="2097405"/>
            <wp:effectExtent l="0" t="0" r="8890" b="0"/>
            <wp:docPr id="821537222" name="Obráze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37222" name="Obrázek 821537222"/>
                    <pic:cNvPicPr/>
                  </pic:nvPicPr>
                  <pic:blipFill>
                    <a:blip r:embed="rId17"/>
                    <a:stretch>
                      <a:fillRect/>
                    </a:stretch>
                  </pic:blipFill>
                  <pic:spPr>
                    <a:xfrm>
                      <a:off x="0" y="0"/>
                      <a:ext cx="5972810" cy="2097405"/>
                    </a:xfrm>
                    <a:prstGeom prst="rect">
                      <a:avLst/>
                    </a:prstGeom>
                  </pic:spPr>
                </pic:pic>
              </a:graphicData>
            </a:graphic>
          </wp:inline>
        </w:drawing>
      </w:r>
    </w:p>
    <w:p w14:paraId="73B68902" w14:textId="77777777" w:rsidR="00CC6972" w:rsidRDefault="00CC6972" w:rsidP="00CC6972">
      <w:pPr>
        <w:rPr>
          <w:lang w:eastAsia="cs-CZ"/>
        </w:rPr>
      </w:pPr>
      <w:r>
        <w:rPr>
          <w:lang w:eastAsia="cs-CZ"/>
        </w:rPr>
        <w:t xml:space="preserve">Až budete zadávat parametry svého projektu, v této části vyhledáte „svoje místo“ a potvrdíte jeho přiřazení k vašemu projektu (je důležité zapamatovat si, jak jste své místo nahrané do databáze míst </w:t>
      </w:r>
      <w:proofErr w:type="spellStart"/>
      <w:r>
        <w:rPr>
          <w:lang w:eastAsia="cs-CZ"/>
        </w:rPr>
        <w:t>iNaturalist</w:t>
      </w:r>
      <w:proofErr w:type="spellEnd"/>
      <w:r>
        <w:rPr>
          <w:lang w:eastAsia="cs-CZ"/>
        </w:rPr>
        <w:t xml:space="preserve"> nazvali – v tomto poli zadáváte uložený název místa).</w:t>
      </w:r>
    </w:p>
    <w:p w14:paraId="393CFCAF" w14:textId="77777777" w:rsidR="00CC6972" w:rsidRDefault="00CC6972" w:rsidP="002557A4">
      <w:pPr>
        <w:rPr>
          <w:lang w:eastAsia="cs-CZ"/>
        </w:rPr>
      </w:pPr>
    </w:p>
    <w:p w14:paraId="5E299C3B" w14:textId="4C168C85" w:rsidR="00CC6972" w:rsidRDefault="00CC6972" w:rsidP="002557A4">
      <w:pPr>
        <w:rPr>
          <w:lang w:eastAsia="cs-CZ"/>
        </w:rPr>
      </w:pPr>
      <w:r>
        <w:rPr>
          <w:noProof/>
          <w:lang w:eastAsia="cs-CZ"/>
        </w:rPr>
        <mc:AlternateContent>
          <mc:Choice Requires="wps">
            <w:drawing>
              <wp:anchor distT="0" distB="0" distL="114300" distR="114300" simplePos="0" relativeHeight="251827712" behindDoc="0" locked="0" layoutInCell="1" allowOverlap="1" wp14:anchorId="2C65A895" wp14:editId="5F22E6A1">
                <wp:simplePos x="0" y="0"/>
                <wp:positionH relativeFrom="column">
                  <wp:posOffset>1346951</wp:posOffset>
                </wp:positionH>
                <wp:positionV relativeFrom="paragraph">
                  <wp:posOffset>2028305</wp:posOffset>
                </wp:positionV>
                <wp:extent cx="3361386" cy="772732"/>
                <wp:effectExtent l="0" t="285750" r="10795" b="370840"/>
                <wp:wrapNone/>
                <wp:docPr id="1151647799" name="Šipka: doleva 243"/>
                <wp:cNvGraphicFramePr/>
                <a:graphic xmlns:a="http://schemas.openxmlformats.org/drawingml/2006/main">
                  <a:graphicData uri="http://schemas.microsoft.com/office/word/2010/wordprocessingShape">
                    <wps:wsp>
                      <wps:cNvSpPr/>
                      <wps:spPr>
                        <a:xfrm rot="20647863">
                          <a:off x="0" y="0"/>
                          <a:ext cx="3361386" cy="772732"/>
                        </a:xfrm>
                        <a:prstGeom prst="leftArrow">
                          <a:avLst/>
                        </a:prstGeom>
                      </wps:spPr>
                      <wps:style>
                        <a:lnRef idx="2">
                          <a:schemeClr val="accent6"/>
                        </a:lnRef>
                        <a:fillRef idx="1">
                          <a:schemeClr val="lt1"/>
                        </a:fillRef>
                        <a:effectRef idx="0">
                          <a:schemeClr val="accent6"/>
                        </a:effectRef>
                        <a:fontRef idx="minor">
                          <a:schemeClr val="dk1"/>
                        </a:fontRef>
                      </wps:style>
                      <wps:txbx>
                        <w:txbxContent>
                          <w:p w14:paraId="745E4250" w14:textId="17AB4D3D" w:rsidR="00CC6972" w:rsidRDefault="00CC6972" w:rsidP="00CC6972">
                            <w:pPr>
                              <w:jc w:val="center"/>
                            </w:pPr>
                            <w:r>
                              <w:t>Nový projekt nezapomeňte uložit „HOTOVO“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65A895" id="Šipka: doleva 243" o:spid="_x0000_s1037" type="#_x0000_t66" style="position:absolute;left:0;text-align:left;margin-left:106.05pt;margin-top:159.7pt;width:264.7pt;height:60.85pt;rotation:-1039988fd;z-index:25182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" adj="2483" fillcolor="white [3201]" strokecolor="#f79646 [3209]" strokeweight="2pt">
                <v:textbox>
                  <w:txbxContent>
                    <w:p w14:paraId="745E4250" w14:textId="17AB4D3D" w:rsidR="00CC6972" w:rsidRDefault="00CC6972" w:rsidP="00CC6972">
                      <w:pPr>
                        <w:jc w:val="center"/>
                      </w:pPr>
                      <w:r>
                        <w:t>Nový projekt nezapomeňte uložit „HOTOVO“</w:t>
                      </w:r>
                    </w:p>
                  </w:txbxContent>
                </v:textbox>
              </v:shape>
            </w:pict>
          </mc:Fallback>
        </mc:AlternateContent>
      </w:r>
      <w:r>
        <w:rPr>
          <w:noProof/>
          <w:lang w:eastAsia="cs-CZ"/>
        </w:rPr>
        <w:drawing>
          <wp:inline distT="0" distB="0" distL="0" distR="0" wp14:anchorId="087CA638" wp14:editId="5AB4C084">
            <wp:extent cx="5972810" cy="3378835"/>
            <wp:effectExtent l="0" t="0" r="8890" b="0"/>
            <wp:docPr id="1009748648"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748648" name="Obrázek 1009748648"/>
                    <pic:cNvPicPr/>
                  </pic:nvPicPr>
                  <pic:blipFill>
                    <a:blip r:embed="rId18"/>
                    <a:stretch>
                      <a:fillRect/>
                    </a:stretch>
                  </pic:blipFill>
                  <pic:spPr>
                    <a:xfrm>
                      <a:off x="0" y="0"/>
                      <a:ext cx="5972810" cy="3378835"/>
                    </a:xfrm>
                    <a:prstGeom prst="rect">
                      <a:avLst/>
                    </a:prstGeom>
                  </pic:spPr>
                </pic:pic>
              </a:graphicData>
            </a:graphic>
          </wp:inline>
        </w:drawing>
      </w:r>
    </w:p>
    <w:p w14:paraId="1819A6B5" w14:textId="77777777" w:rsidR="00CC6972" w:rsidRDefault="00CC6972">
      <w:pPr>
        <w:jc w:val="left"/>
        <w:rPr>
          <w:lang w:eastAsia="cs-CZ"/>
        </w:rPr>
      </w:pPr>
      <w:r>
        <w:rPr>
          <w:lang w:eastAsia="cs-CZ"/>
        </w:rPr>
        <w:br w:type="page"/>
      </w:r>
    </w:p>
    <w:p w14:paraId="590316F2" w14:textId="200E5DF7" w:rsidR="00CC6972" w:rsidRDefault="00CC6972" w:rsidP="002557A4">
      <w:pPr>
        <w:rPr>
          <w:lang w:eastAsia="cs-CZ"/>
        </w:rPr>
      </w:pPr>
      <w:r>
        <w:rPr>
          <w:lang w:eastAsia="cs-CZ"/>
        </w:rPr>
        <w:t>Krok 4 – projekt je založený a můžete sledovat všechna pozorování realizovaná ve vašem místě podle vašeho nastavení:</w:t>
      </w:r>
    </w:p>
    <w:p w14:paraId="09A53BBE" w14:textId="57EFB86C" w:rsidR="00CC6972" w:rsidRDefault="00CC6972" w:rsidP="002557A4">
      <w:pPr>
        <w:rPr>
          <w:lang w:eastAsia="cs-CZ"/>
        </w:rPr>
      </w:pPr>
      <w:r>
        <w:rPr>
          <w:noProof/>
          <w:lang w:eastAsia="cs-CZ"/>
        </w:rPr>
        <w:drawing>
          <wp:anchor distT="0" distB="0" distL="114300" distR="114300" simplePos="0" relativeHeight="251830784" behindDoc="0" locked="0" layoutInCell="1" allowOverlap="1" wp14:anchorId="40882146" wp14:editId="023F1016">
            <wp:simplePos x="0" y="0"/>
            <wp:positionH relativeFrom="column">
              <wp:posOffset>-24318</wp:posOffset>
            </wp:positionH>
            <wp:positionV relativeFrom="paragraph">
              <wp:posOffset>3155369</wp:posOffset>
            </wp:positionV>
            <wp:extent cx="5972810" cy="3672205"/>
            <wp:effectExtent l="0" t="0" r="8890" b="4445"/>
            <wp:wrapSquare wrapText="bothSides"/>
            <wp:docPr id="1106073474"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73474" name="Obrázek 1106073474"/>
                    <pic:cNvPicPr/>
                  </pic:nvPicPr>
                  <pic:blipFill>
                    <a:blip r:embed="rId19"/>
                    <a:stretch>
                      <a:fillRect/>
                    </a:stretch>
                  </pic:blipFill>
                  <pic:spPr>
                    <a:xfrm>
                      <a:off x="0" y="0"/>
                      <a:ext cx="5972810" cy="3672205"/>
                    </a:xfrm>
                    <a:prstGeom prst="rect">
                      <a:avLst/>
                    </a:prstGeom>
                  </pic:spPr>
                </pic:pic>
              </a:graphicData>
            </a:graphic>
          </wp:anchor>
        </w:drawing>
      </w:r>
      <w:r>
        <w:rPr>
          <w:noProof/>
          <w:lang w:eastAsia="cs-CZ"/>
        </w:rPr>
        <w:drawing>
          <wp:anchor distT="0" distB="0" distL="114300" distR="114300" simplePos="0" relativeHeight="251829760" behindDoc="0" locked="0" layoutInCell="1" allowOverlap="1" wp14:anchorId="7F856AC0" wp14:editId="2F34155A">
            <wp:simplePos x="0" y="0"/>
            <wp:positionH relativeFrom="column">
              <wp:posOffset>1726</wp:posOffset>
            </wp:positionH>
            <wp:positionV relativeFrom="paragraph">
              <wp:posOffset>-581</wp:posOffset>
            </wp:positionV>
            <wp:extent cx="5885645" cy="2802659"/>
            <wp:effectExtent l="0" t="0" r="1270" b="0"/>
            <wp:wrapSquare wrapText="bothSides"/>
            <wp:docPr id="1269081295" name="Obráze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081295" name="Obrázek 1269081295"/>
                    <pic:cNvPicPr/>
                  </pic:nvPicPr>
                  <pic:blipFill>
                    <a:blip r:embed="rId20"/>
                    <a:stretch>
                      <a:fillRect/>
                    </a:stretch>
                  </pic:blipFill>
                  <pic:spPr>
                    <a:xfrm>
                      <a:off x="0" y="0"/>
                      <a:ext cx="5885645" cy="2802659"/>
                    </a:xfrm>
                    <a:prstGeom prst="rect">
                      <a:avLst/>
                    </a:prstGeom>
                  </pic:spPr>
                </pic:pic>
              </a:graphicData>
            </a:graphic>
          </wp:anchor>
        </w:drawing>
      </w:r>
    </w:p>
    <w:p w14:paraId="5EBE8CB7" w14:textId="4858BE62" w:rsidR="0037283C" w:rsidRDefault="0037283C" w:rsidP="002557A4">
      <w:pPr>
        <w:rPr>
          <w:lang w:eastAsia="cs-CZ"/>
        </w:rPr>
      </w:pPr>
    </w:p>
    <w:p w14:paraId="2531EEA4" w14:textId="77777777" w:rsidR="009C1AF8" w:rsidRPr="009C1AF8" w:rsidRDefault="009C1AF8" w:rsidP="009C1AF8">
      <w:pPr>
        <w:pStyle w:val="Nadpis2"/>
      </w:pPr>
      <w:bookmarkStart w:id="5" w:name="_Toc223113880"/>
      <w:r w:rsidRPr="009C1AF8">
        <w:t>Základní správa (administrace) projektu</w:t>
      </w:r>
      <w:bookmarkEnd w:id="5"/>
    </w:p>
    <w:p w14:paraId="079CE226" w14:textId="77777777" w:rsidR="009C1AF8" w:rsidRPr="009C1AF8" w:rsidRDefault="009C1AF8" w:rsidP="009C1AF8">
      <w:pPr>
        <w:rPr>
          <w:lang w:eastAsia="cs-CZ"/>
        </w:rPr>
      </w:pPr>
      <w:r w:rsidRPr="009C1AF8">
        <w:rPr>
          <w:lang w:eastAsia="cs-CZ"/>
        </w:rPr>
        <w:t xml:space="preserve">Jako správce (admin) můžete projekt </w:t>
      </w:r>
      <w:r w:rsidRPr="009C1AF8">
        <w:rPr>
          <w:b/>
          <w:bCs/>
          <w:lang w:eastAsia="cs-CZ"/>
        </w:rPr>
        <w:t>upravovat</w:t>
      </w:r>
      <w:r w:rsidRPr="009C1AF8">
        <w:rPr>
          <w:lang w:eastAsia="cs-CZ"/>
        </w:rPr>
        <w:t xml:space="preserve">, </w:t>
      </w:r>
      <w:r w:rsidRPr="009C1AF8">
        <w:rPr>
          <w:b/>
          <w:bCs/>
          <w:lang w:eastAsia="cs-CZ"/>
        </w:rPr>
        <w:t>měnit filtry</w:t>
      </w:r>
      <w:r w:rsidRPr="009C1AF8">
        <w:rPr>
          <w:lang w:eastAsia="cs-CZ"/>
        </w:rPr>
        <w:t xml:space="preserve">, </w:t>
      </w:r>
      <w:r w:rsidRPr="009C1AF8">
        <w:rPr>
          <w:b/>
          <w:bCs/>
          <w:lang w:eastAsia="cs-CZ"/>
        </w:rPr>
        <w:t>spravovat členy</w:t>
      </w:r>
      <w:r w:rsidRPr="009C1AF8">
        <w:rPr>
          <w:lang w:eastAsia="cs-CZ"/>
        </w:rPr>
        <w:t xml:space="preserve"> i </w:t>
      </w:r>
      <w:r w:rsidRPr="009C1AF8">
        <w:rPr>
          <w:b/>
          <w:bCs/>
          <w:lang w:eastAsia="cs-CZ"/>
        </w:rPr>
        <w:t>přidávat poznámky</w:t>
      </w:r>
      <w:r w:rsidRPr="009C1AF8">
        <w:rPr>
          <w:lang w:eastAsia="cs-CZ"/>
        </w:rPr>
        <w:t xml:space="preserve"> v deníku.</w:t>
      </w:r>
    </w:p>
    <w:p w14:paraId="5954FE6C" w14:textId="77777777" w:rsidR="009C1AF8" w:rsidRDefault="009C1AF8" w:rsidP="009C1AF8">
      <w:pPr>
        <w:tabs>
          <w:tab w:val="num" w:pos="720"/>
        </w:tabs>
        <w:rPr>
          <w:b/>
          <w:bCs/>
          <w:lang w:eastAsia="cs-CZ"/>
        </w:rPr>
      </w:pPr>
      <w:r w:rsidRPr="009C1AF8">
        <w:rPr>
          <w:b/>
          <w:bCs/>
          <w:lang w:eastAsia="cs-CZ"/>
        </w:rPr>
        <w:t>Co dává smysl průběžně ladit:</w:t>
      </w:r>
    </w:p>
    <w:p w14:paraId="151112BF" w14:textId="0DBAFBA7" w:rsidR="009C1AF8" w:rsidRPr="009C1AF8" w:rsidRDefault="009C1AF8" w:rsidP="009C1AF8">
      <w:pPr>
        <w:pStyle w:val="OdrkyMSWORD"/>
        <w:rPr>
          <w:lang w:eastAsia="cs-CZ"/>
        </w:rPr>
      </w:pPr>
      <w:r w:rsidRPr="009C1AF8">
        <w:rPr>
          <w:b/>
          <w:bCs/>
          <w:lang w:eastAsia="cs-CZ"/>
        </w:rPr>
        <w:t>Popis projektu</w:t>
      </w:r>
      <w:r w:rsidRPr="009C1AF8">
        <w:rPr>
          <w:lang w:eastAsia="cs-CZ"/>
        </w:rPr>
        <w:t xml:space="preserve"> – zpřesnit cíl, doplnit doporučení pro fotografování a práci s polohou (</w:t>
      </w:r>
      <w:proofErr w:type="spellStart"/>
      <w:r w:rsidRPr="009C1AF8">
        <w:rPr>
          <w:lang w:eastAsia="cs-CZ"/>
        </w:rPr>
        <w:t>geoprivacy</w:t>
      </w:r>
      <w:proofErr w:type="spellEnd"/>
      <w:r w:rsidRPr="009C1AF8">
        <w:rPr>
          <w:lang w:eastAsia="cs-CZ"/>
        </w:rPr>
        <w:t>; viz kap. 4.4 a 2.4).</w:t>
      </w:r>
    </w:p>
    <w:p w14:paraId="311BB8C8" w14:textId="77777777" w:rsidR="009C1AF8" w:rsidRPr="009C1AF8" w:rsidRDefault="009C1AF8" w:rsidP="009C1AF8">
      <w:pPr>
        <w:pStyle w:val="OdrkyMSWORD"/>
        <w:rPr>
          <w:lang w:eastAsia="cs-CZ"/>
        </w:rPr>
      </w:pPr>
      <w:r w:rsidRPr="009C1AF8">
        <w:rPr>
          <w:b/>
          <w:bCs/>
          <w:lang w:eastAsia="cs-CZ"/>
        </w:rPr>
        <w:t>Logo/obrázek</w:t>
      </w:r>
      <w:r w:rsidRPr="009C1AF8">
        <w:rPr>
          <w:lang w:eastAsia="cs-CZ"/>
        </w:rPr>
        <w:t xml:space="preserve"> – ilustrační fotka pomůže lidem projekt najít.</w:t>
      </w:r>
    </w:p>
    <w:p w14:paraId="0F8CA1A8" w14:textId="77777777" w:rsidR="009C1AF8" w:rsidRPr="009C1AF8" w:rsidRDefault="009C1AF8" w:rsidP="009C1AF8">
      <w:pPr>
        <w:pStyle w:val="OdrkyMSWORD"/>
        <w:rPr>
          <w:lang w:eastAsia="cs-CZ"/>
        </w:rPr>
      </w:pPr>
      <w:r w:rsidRPr="009C1AF8">
        <w:rPr>
          <w:b/>
          <w:bCs/>
          <w:lang w:eastAsia="cs-CZ"/>
        </w:rPr>
        <w:t>Správa členů (volitelné)</w:t>
      </w:r>
      <w:r w:rsidRPr="009C1AF8">
        <w:rPr>
          <w:lang w:eastAsia="cs-CZ"/>
        </w:rPr>
        <w:t xml:space="preserve"> – u veřejného projektu není nutná; u uzavřeného určete, kdo smí číst a kdo přidávat.</w:t>
      </w:r>
    </w:p>
    <w:p w14:paraId="526A41BB" w14:textId="77777777" w:rsidR="009C1AF8" w:rsidRDefault="009C1AF8" w:rsidP="009C1AF8">
      <w:pPr>
        <w:rPr>
          <w:lang w:eastAsia="cs-CZ"/>
        </w:rPr>
      </w:pPr>
      <w:r w:rsidRPr="009C1AF8">
        <w:rPr>
          <w:lang w:eastAsia="cs-CZ"/>
        </w:rPr>
        <w:t xml:space="preserve">Doporučení: Ponechte ve výchozím stavu </w:t>
      </w:r>
      <w:r w:rsidRPr="009C1AF8">
        <w:rPr>
          <w:b/>
          <w:bCs/>
          <w:lang w:eastAsia="cs-CZ"/>
        </w:rPr>
        <w:t>co nejjednodušší pravidla</w:t>
      </w:r>
      <w:r w:rsidRPr="009C1AF8">
        <w:rPr>
          <w:lang w:eastAsia="cs-CZ"/>
        </w:rPr>
        <w:t xml:space="preserve">, ať se noví pozorovatelé snadno zapojí. </w:t>
      </w:r>
    </w:p>
    <w:p w14:paraId="21226B12" w14:textId="750B6D3A" w:rsidR="009C1AF8" w:rsidRDefault="009C1AF8" w:rsidP="009C1AF8">
      <w:pPr>
        <w:rPr>
          <w:lang w:eastAsia="cs-CZ"/>
        </w:rPr>
      </w:pPr>
      <w:r w:rsidRPr="009C1AF8">
        <w:rPr>
          <w:lang w:eastAsia="cs-CZ"/>
        </w:rPr>
        <w:t xml:space="preserve">Podrobnosti (jak fotit, jak skrývat polohu citlivých druhů) uveďte </w:t>
      </w:r>
      <w:r w:rsidRPr="009C1AF8">
        <w:rPr>
          <w:b/>
          <w:bCs/>
          <w:lang w:eastAsia="cs-CZ"/>
        </w:rPr>
        <w:t>v popisu projektu</w:t>
      </w:r>
      <w:r w:rsidRPr="009C1AF8">
        <w:rPr>
          <w:lang w:eastAsia="cs-CZ"/>
        </w:rPr>
        <w:t xml:space="preserve"> a </w:t>
      </w:r>
      <w:r w:rsidRPr="009C1AF8">
        <w:rPr>
          <w:b/>
          <w:bCs/>
          <w:lang w:eastAsia="cs-CZ"/>
        </w:rPr>
        <w:t>v deníku</w:t>
      </w:r>
      <w:r w:rsidRPr="009C1AF8">
        <w:rPr>
          <w:lang w:eastAsia="cs-CZ"/>
        </w:rPr>
        <w:t>.</w:t>
      </w:r>
    </w:p>
    <w:p w14:paraId="6194144C" w14:textId="5EE110EC" w:rsidR="009C1AF8" w:rsidRPr="009C1AF8" w:rsidRDefault="009C1AF8" w:rsidP="009C1AF8">
      <w:pPr>
        <w:pStyle w:val="Nadpis3"/>
      </w:pPr>
      <w:bookmarkStart w:id="6" w:name="_Toc223113881"/>
      <w:r w:rsidRPr="009C1AF8">
        <w:t>Deník projektu: co psát a proč</w:t>
      </w:r>
      <w:bookmarkEnd w:id="6"/>
    </w:p>
    <w:p w14:paraId="08DBA425" w14:textId="77777777" w:rsidR="009C1AF8" w:rsidRPr="009C1AF8" w:rsidRDefault="009C1AF8" w:rsidP="009C1AF8">
      <w:pPr>
        <w:rPr>
          <w:lang w:eastAsia="cs-CZ"/>
        </w:rPr>
      </w:pPr>
      <w:r w:rsidRPr="009C1AF8">
        <w:rPr>
          <w:b/>
          <w:bCs/>
          <w:lang w:eastAsia="cs-CZ"/>
        </w:rPr>
        <w:t>Deník</w:t>
      </w:r>
      <w:r w:rsidRPr="009C1AF8">
        <w:rPr>
          <w:lang w:eastAsia="cs-CZ"/>
        </w:rPr>
        <w:t xml:space="preserve"> je jednoduchá „nástěnka“ projektu. Pomáhá udržet </w:t>
      </w:r>
      <w:r w:rsidRPr="009C1AF8">
        <w:rPr>
          <w:b/>
          <w:bCs/>
          <w:lang w:eastAsia="cs-CZ"/>
        </w:rPr>
        <w:t>kontakt s komunitou</w:t>
      </w:r>
      <w:r w:rsidRPr="009C1AF8">
        <w:rPr>
          <w:lang w:eastAsia="cs-CZ"/>
        </w:rPr>
        <w:t xml:space="preserve"> a </w:t>
      </w:r>
      <w:r w:rsidRPr="009C1AF8">
        <w:rPr>
          <w:b/>
          <w:bCs/>
          <w:lang w:eastAsia="cs-CZ"/>
        </w:rPr>
        <w:t>průběžně dokumentovat</w:t>
      </w:r>
      <w:r w:rsidRPr="009C1AF8">
        <w:rPr>
          <w:lang w:eastAsia="cs-CZ"/>
        </w:rPr>
        <w:t xml:space="preserve"> dění v lokalitě.</w:t>
      </w:r>
    </w:p>
    <w:p w14:paraId="6D34CE92" w14:textId="77777777" w:rsidR="009C1AF8" w:rsidRPr="009C1AF8" w:rsidRDefault="009C1AF8" w:rsidP="009C1AF8">
      <w:pPr>
        <w:rPr>
          <w:lang w:eastAsia="cs-CZ"/>
        </w:rPr>
      </w:pPr>
      <w:r w:rsidRPr="009C1AF8">
        <w:rPr>
          <w:b/>
          <w:bCs/>
          <w:lang w:eastAsia="cs-CZ"/>
        </w:rPr>
        <w:t>Co se osvědčuje publikovat:</w:t>
      </w:r>
    </w:p>
    <w:p w14:paraId="1DE59A8C" w14:textId="77777777" w:rsidR="009C1AF8" w:rsidRPr="009C1AF8" w:rsidRDefault="009C1AF8" w:rsidP="009C1AF8">
      <w:pPr>
        <w:pStyle w:val="OdrkyMSWORD"/>
        <w:rPr>
          <w:lang w:eastAsia="cs-CZ"/>
        </w:rPr>
      </w:pPr>
      <w:r w:rsidRPr="009C1AF8">
        <w:rPr>
          <w:b/>
          <w:bCs/>
          <w:lang w:eastAsia="cs-CZ"/>
        </w:rPr>
        <w:t>Pozvánky</w:t>
      </w:r>
      <w:r w:rsidRPr="009C1AF8">
        <w:rPr>
          <w:lang w:eastAsia="cs-CZ"/>
        </w:rPr>
        <w:t>: kdy a kde se potkáme na společné pozorování.</w:t>
      </w:r>
    </w:p>
    <w:p w14:paraId="0C66A8BB" w14:textId="77777777" w:rsidR="009C1AF8" w:rsidRPr="009C1AF8" w:rsidRDefault="009C1AF8" w:rsidP="009C1AF8">
      <w:pPr>
        <w:pStyle w:val="OdrkyMSWORD"/>
        <w:rPr>
          <w:lang w:eastAsia="cs-CZ"/>
        </w:rPr>
      </w:pPr>
      <w:r w:rsidRPr="009C1AF8">
        <w:rPr>
          <w:b/>
          <w:bCs/>
          <w:lang w:eastAsia="cs-CZ"/>
        </w:rPr>
        <w:t>Souhrny</w:t>
      </w:r>
      <w:r w:rsidRPr="009C1AF8">
        <w:rPr>
          <w:lang w:eastAsia="cs-CZ"/>
        </w:rPr>
        <w:t>: „Co se povedlo minulý měsíc“ (počty druhů, zajímavosti, nové nálezy).</w:t>
      </w:r>
    </w:p>
    <w:p w14:paraId="5963C66E" w14:textId="77777777" w:rsidR="009C1AF8" w:rsidRPr="009C1AF8" w:rsidRDefault="009C1AF8" w:rsidP="009C1AF8">
      <w:pPr>
        <w:pStyle w:val="OdrkyMSWORD"/>
        <w:rPr>
          <w:lang w:eastAsia="cs-CZ"/>
        </w:rPr>
      </w:pPr>
      <w:r w:rsidRPr="009C1AF8">
        <w:rPr>
          <w:b/>
          <w:bCs/>
          <w:lang w:eastAsia="cs-CZ"/>
        </w:rPr>
        <w:t>Tipy pro kvalitní snímky</w:t>
      </w:r>
      <w:r w:rsidRPr="009C1AF8">
        <w:rPr>
          <w:lang w:eastAsia="cs-CZ"/>
        </w:rPr>
        <w:t>: připomenutí pravidel (ostrost, více úhlů, fotka biotopu).</w:t>
      </w:r>
    </w:p>
    <w:p w14:paraId="63C04226" w14:textId="77777777" w:rsidR="009C1AF8" w:rsidRPr="009C1AF8" w:rsidRDefault="009C1AF8" w:rsidP="009C1AF8">
      <w:pPr>
        <w:pStyle w:val="OdrkyMSWORD"/>
        <w:rPr>
          <w:lang w:eastAsia="cs-CZ"/>
        </w:rPr>
      </w:pPr>
      <w:r w:rsidRPr="009C1AF8">
        <w:rPr>
          <w:b/>
          <w:bCs/>
          <w:lang w:eastAsia="cs-CZ"/>
        </w:rPr>
        <w:t xml:space="preserve">Etika a </w:t>
      </w:r>
      <w:proofErr w:type="spellStart"/>
      <w:r w:rsidRPr="009C1AF8">
        <w:rPr>
          <w:b/>
          <w:bCs/>
          <w:lang w:eastAsia="cs-CZ"/>
        </w:rPr>
        <w:t>geoprivacy</w:t>
      </w:r>
      <w:proofErr w:type="spellEnd"/>
      <w:r w:rsidRPr="009C1AF8">
        <w:rPr>
          <w:lang w:eastAsia="cs-CZ"/>
        </w:rPr>
        <w:t xml:space="preserve">: kdy polohu </w:t>
      </w:r>
      <w:r w:rsidRPr="009C1AF8">
        <w:rPr>
          <w:b/>
          <w:bCs/>
          <w:lang w:eastAsia="cs-CZ"/>
        </w:rPr>
        <w:t>neuvádět přesně</w:t>
      </w:r>
      <w:r w:rsidRPr="009C1AF8">
        <w:rPr>
          <w:lang w:eastAsia="cs-CZ"/>
        </w:rPr>
        <w:t xml:space="preserve"> (citlivé/přísně chráněné druhy).</w:t>
      </w:r>
    </w:p>
    <w:p w14:paraId="61B6A3FD" w14:textId="77777777" w:rsidR="009C1AF8" w:rsidRPr="009C1AF8" w:rsidRDefault="009C1AF8" w:rsidP="009C1AF8">
      <w:pPr>
        <w:pStyle w:val="OdrkyMSWORD"/>
        <w:rPr>
          <w:lang w:eastAsia="cs-CZ"/>
        </w:rPr>
      </w:pPr>
      <w:r w:rsidRPr="009C1AF8">
        <w:rPr>
          <w:b/>
          <w:bCs/>
          <w:lang w:eastAsia="cs-CZ"/>
        </w:rPr>
        <w:t>Výzvy</w:t>
      </w:r>
      <w:r w:rsidRPr="009C1AF8">
        <w:rPr>
          <w:lang w:eastAsia="cs-CZ"/>
        </w:rPr>
        <w:t>: „Tento měsíc zkusme zdokumentovat jarní kvetení v aleji X…“.</w:t>
      </w:r>
    </w:p>
    <w:p w14:paraId="36BE083D" w14:textId="3AAE5E93" w:rsidR="009C1AF8" w:rsidRPr="009C1AF8" w:rsidRDefault="009C1AF8" w:rsidP="009C1AF8">
      <w:pPr>
        <w:spacing w:before="240"/>
        <w:rPr>
          <w:lang w:eastAsia="cs-CZ"/>
        </w:rPr>
      </w:pPr>
      <w:r w:rsidRPr="009C1AF8">
        <w:rPr>
          <w:lang w:eastAsia="cs-CZ"/>
        </w:rPr>
        <w:t>Deník je viditelný u projektu na webu. Krátké, věcné zápisy udrží pozornost a pomohou i nováčkům.</w:t>
      </w:r>
      <w:r>
        <w:rPr>
          <w:lang w:eastAsia="cs-CZ"/>
        </w:rPr>
        <w:t xml:space="preserve"> Do deníku můžete vkládat také externí odkazy – zde můžete uplatnit své dovednosti v programu </w:t>
      </w:r>
      <w:proofErr w:type="spellStart"/>
      <w:r>
        <w:rPr>
          <w:lang w:eastAsia="cs-CZ"/>
        </w:rPr>
        <w:t>Canva</w:t>
      </w:r>
      <w:proofErr w:type="spellEnd"/>
      <w:r>
        <w:rPr>
          <w:lang w:eastAsia="cs-CZ"/>
        </w:rPr>
        <w:t xml:space="preserve"> a vytvářet prezentace, grafické pozvánky nebo videa, která můžete v deníku sdílet prostřednictvím odkazu (jak jsme se naučili v předchozím kurzu a znovu zopakovali v tomto kurzu).</w:t>
      </w:r>
    </w:p>
    <w:p w14:paraId="3100442C" w14:textId="38CDE089" w:rsidR="009C1AF8" w:rsidRPr="009C1AF8" w:rsidRDefault="009C1AF8" w:rsidP="009C1AF8">
      <w:pPr>
        <w:rPr>
          <w:lang w:eastAsia="cs-CZ"/>
        </w:rPr>
      </w:pPr>
      <w:r>
        <w:rPr>
          <w:noProof/>
          <w:lang w:eastAsia="cs-CZ"/>
        </w:rPr>
        <mc:AlternateContent>
          <mc:Choice Requires="wps">
            <w:drawing>
              <wp:anchor distT="0" distB="0" distL="114300" distR="114300" simplePos="0" relativeHeight="251831808" behindDoc="0" locked="0" layoutInCell="1" allowOverlap="1" wp14:anchorId="4D2BAC41" wp14:editId="2A27727C">
                <wp:simplePos x="0" y="0"/>
                <wp:positionH relativeFrom="column">
                  <wp:posOffset>3156764</wp:posOffset>
                </wp:positionH>
                <wp:positionV relativeFrom="paragraph">
                  <wp:posOffset>1154448</wp:posOffset>
                </wp:positionV>
                <wp:extent cx="1880316" cy="579817"/>
                <wp:effectExtent l="0" t="19050" r="43815" b="29845"/>
                <wp:wrapNone/>
                <wp:docPr id="814149027" name="Šipka: doprava 246"/>
                <wp:cNvGraphicFramePr/>
                <a:graphic xmlns:a="http://schemas.openxmlformats.org/drawingml/2006/main">
                  <a:graphicData uri="http://schemas.microsoft.com/office/word/2010/wordprocessingShape">
                    <wps:wsp>
                      <wps:cNvSpPr/>
                      <wps:spPr>
                        <a:xfrm>
                          <a:off x="0" y="0"/>
                          <a:ext cx="1880316" cy="579817"/>
                        </a:xfrm>
                        <a:prstGeom prst="rightArrow">
                          <a:avLst/>
                        </a:prstGeom>
                      </wps:spPr>
                      <wps:style>
                        <a:lnRef idx="2">
                          <a:schemeClr val="accent6"/>
                        </a:lnRef>
                        <a:fillRef idx="1">
                          <a:schemeClr val="lt1"/>
                        </a:fillRef>
                        <a:effectRef idx="0">
                          <a:schemeClr val="accent6"/>
                        </a:effectRef>
                        <a:fontRef idx="minor">
                          <a:schemeClr val="dk1"/>
                        </a:fontRef>
                      </wps:style>
                      <wps:txbx>
                        <w:txbxContent>
                          <w:p w14:paraId="0815E085" w14:textId="361900A7" w:rsidR="009C1AF8" w:rsidRDefault="009C1AF8" w:rsidP="009C1AF8">
                            <w:pPr>
                              <w:jc w:val="center"/>
                            </w:pPr>
                            <w:r>
                              <w:t>Deník projektu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2BAC41" id="Šipka: doprava 246" o:spid="_x0000_s1038" type="#_x0000_t13" style="position:absolute;left:0;text-align:left;margin-left:248.55pt;margin-top:90.9pt;width:148.05pt;height:45.65pt;z-index:25183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" adj="18270" fillcolor="white [3201]" strokecolor="#f79646 [3209]" strokeweight="2pt">
                <v:textbox>
                  <w:txbxContent>
                    <w:p w14:paraId="0815E085" w14:textId="361900A7" w:rsidR="009C1AF8" w:rsidRDefault="009C1AF8" w:rsidP="009C1AF8">
                      <w:pPr>
                        <w:jc w:val="center"/>
                      </w:pPr>
                      <w:r>
                        <w:t>Deník projektu</w:t>
                      </w:r>
                    </w:p>
                  </w:txbxContent>
                </v:textbox>
              </v:shape>
            </w:pict>
          </mc:Fallback>
        </mc:AlternateContent>
      </w:r>
      <w:r>
        <w:rPr>
          <w:noProof/>
          <w:lang w:eastAsia="cs-CZ"/>
        </w:rPr>
        <w:drawing>
          <wp:inline distT="0" distB="0" distL="0" distR="0" wp14:anchorId="70AA3366" wp14:editId="1C9480D7">
            <wp:extent cx="5972810" cy="1791335"/>
            <wp:effectExtent l="0" t="0" r="8890" b="0"/>
            <wp:docPr id="2145208631"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208631" name="Obrázek 2145208631"/>
                    <pic:cNvPicPr/>
                  </pic:nvPicPr>
                  <pic:blipFill>
                    <a:blip r:embed="rId21"/>
                    <a:stretch>
                      <a:fillRect/>
                    </a:stretch>
                  </pic:blipFill>
                  <pic:spPr>
                    <a:xfrm>
                      <a:off x="0" y="0"/>
                      <a:ext cx="5972810" cy="1791335"/>
                    </a:xfrm>
                    <a:prstGeom prst="rect">
                      <a:avLst/>
                    </a:prstGeom>
                  </pic:spPr>
                </pic:pic>
              </a:graphicData>
            </a:graphic>
          </wp:inline>
        </w:drawing>
      </w:r>
    </w:p>
    <w:p w14:paraId="208CD207" w14:textId="1391BC25" w:rsidR="00CC6972" w:rsidRDefault="009C1AF8" w:rsidP="002557A4">
      <w:pPr>
        <w:rPr>
          <w:lang w:eastAsia="cs-CZ"/>
        </w:rPr>
      </w:pPr>
      <w:r>
        <w:rPr>
          <w:noProof/>
          <w:lang w:eastAsia="cs-CZ"/>
        </w:rPr>
        <mc:AlternateContent>
          <mc:Choice Requires="wps">
            <w:drawing>
              <wp:anchor distT="0" distB="0" distL="114300" distR="114300" simplePos="0" relativeHeight="251832832" behindDoc="0" locked="0" layoutInCell="1" allowOverlap="1" wp14:anchorId="58EB9269" wp14:editId="48058D79">
                <wp:simplePos x="0" y="0"/>
                <wp:positionH relativeFrom="column">
                  <wp:posOffset>2641332</wp:posOffset>
                </wp:positionH>
                <wp:positionV relativeFrom="paragraph">
                  <wp:posOffset>180447</wp:posOffset>
                </wp:positionV>
                <wp:extent cx="3071612" cy="946597"/>
                <wp:effectExtent l="0" t="0" r="14605" b="25400"/>
                <wp:wrapNone/>
                <wp:docPr id="711956912" name="Šipka: doleva 248"/>
                <wp:cNvGraphicFramePr/>
                <a:graphic xmlns:a="http://schemas.openxmlformats.org/drawingml/2006/main">
                  <a:graphicData uri="http://schemas.microsoft.com/office/word/2010/wordprocessingShape">
                    <wps:wsp>
                      <wps:cNvSpPr/>
                      <wps:spPr>
                        <a:xfrm>
                          <a:off x="0" y="0"/>
                          <a:ext cx="3071612" cy="946597"/>
                        </a:xfrm>
                        <a:prstGeom prst="leftArrow">
                          <a:avLst/>
                        </a:prstGeom>
                      </wps:spPr>
                      <wps:style>
                        <a:lnRef idx="2">
                          <a:schemeClr val="accent6"/>
                        </a:lnRef>
                        <a:fillRef idx="1">
                          <a:schemeClr val="lt1"/>
                        </a:fillRef>
                        <a:effectRef idx="0">
                          <a:schemeClr val="accent6"/>
                        </a:effectRef>
                        <a:fontRef idx="minor">
                          <a:schemeClr val="dk1"/>
                        </a:fontRef>
                      </wps:style>
                      <wps:txbx>
                        <w:txbxContent>
                          <w:p w14:paraId="1CB03E2B" w14:textId="4A86CE2A" w:rsidR="009C1AF8" w:rsidRDefault="009C1AF8" w:rsidP="009C1AF8">
                            <w:pPr>
                              <w:jc w:val="center"/>
                            </w:pPr>
                            <w:r>
                              <w:t>Ukázka deníku s odkazem na externí soubor (video youtube)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B9269" id="Šipka: doleva 248" o:spid="_x0000_s1039" type="#_x0000_t66" style="position:absolute;left:0;text-align:left;margin-left:208pt;margin-top:14.2pt;width:241.85pt;height:74.5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" adj="3328" fillcolor="white [3201]" strokecolor="#f79646 [3209]" strokeweight="2pt">
                <v:textbox>
                  <w:txbxContent>
                    <w:p w14:paraId="1CB03E2B" w14:textId="4A86CE2A" w:rsidR="009C1AF8" w:rsidRDefault="009C1AF8" w:rsidP="009C1AF8">
                      <w:pPr>
                        <w:jc w:val="center"/>
                      </w:pPr>
                      <w:r>
                        <w:t>Ukázka deníku s odkazem na externí soubor (video youtube)</w:t>
                      </w:r>
                    </w:p>
                  </w:txbxContent>
                </v:textbox>
              </v:shape>
            </w:pict>
          </mc:Fallback>
        </mc:AlternateContent>
      </w:r>
      <w:r>
        <w:rPr>
          <w:noProof/>
          <w:lang w:eastAsia="cs-CZ"/>
        </w:rPr>
        <w:drawing>
          <wp:inline distT="0" distB="0" distL="0" distR="0" wp14:anchorId="118C6E37" wp14:editId="71AC6273">
            <wp:extent cx="5972810" cy="2072005"/>
            <wp:effectExtent l="0" t="0" r="8890" b="4445"/>
            <wp:docPr id="585852258"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52258" name="Obrázek 585852258"/>
                    <pic:cNvPicPr/>
                  </pic:nvPicPr>
                  <pic:blipFill>
                    <a:blip r:embed="rId22"/>
                    <a:stretch>
                      <a:fillRect/>
                    </a:stretch>
                  </pic:blipFill>
                  <pic:spPr>
                    <a:xfrm>
                      <a:off x="0" y="0"/>
                      <a:ext cx="5972810" cy="2072005"/>
                    </a:xfrm>
                    <a:prstGeom prst="rect">
                      <a:avLst/>
                    </a:prstGeom>
                  </pic:spPr>
                </pic:pic>
              </a:graphicData>
            </a:graphic>
          </wp:inline>
        </w:drawing>
      </w:r>
    </w:p>
    <w:p w14:paraId="665FD093" w14:textId="58356862" w:rsidR="009C1AF8" w:rsidRDefault="009C1AF8" w:rsidP="002557A4">
      <w:pPr>
        <w:rPr>
          <w:lang w:eastAsia="cs-CZ"/>
        </w:rPr>
      </w:pPr>
      <w:r>
        <w:rPr>
          <w:noProof/>
          <w:lang w:eastAsia="cs-CZ"/>
        </w:rPr>
        <mc:AlternateContent>
          <mc:Choice Requires="wps">
            <w:drawing>
              <wp:anchor distT="0" distB="0" distL="114300" distR="114300" simplePos="0" relativeHeight="251833856" behindDoc="0" locked="0" layoutInCell="1" allowOverlap="1" wp14:anchorId="13F25B56" wp14:editId="4FC26B1E">
                <wp:simplePos x="0" y="0"/>
                <wp:positionH relativeFrom="column">
                  <wp:posOffset>3047016</wp:posOffset>
                </wp:positionH>
                <wp:positionV relativeFrom="paragraph">
                  <wp:posOffset>1629696</wp:posOffset>
                </wp:positionV>
                <wp:extent cx="2575775" cy="1023870"/>
                <wp:effectExtent l="0" t="0" r="15240" b="24130"/>
                <wp:wrapNone/>
                <wp:docPr id="468938195" name="Šipka: doleva 253"/>
                <wp:cNvGraphicFramePr/>
                <a:graphic xmlns:a="http://schemas.openxmlformats.org/drawingml/2006/main">
                  <a:graphicData uri="http://schemas.microsoft.com/office/word/2010/wordprocessingShape">
                    <wps:wsp>
                      <wps:cNvSpPr/>
                      <wps:spPr>
                        <a:xfrm>
                          <a:off x="0" y="0"/>
                          <a:ext cx="2575775" cy="1023870"/>
                        </a:xfrm>
                        <a:prstGeom prst="leftArrow">
                          <a:avLst/>
                        </a:prstGeom>
                      </wps:spPr>
                      <wps:style>
                        <a:lnRef idx="2">
                          <a:schemeClr val="accent6"/>
                        </a:lnRef>
                        <a:fillRef idx="1">
                          <a:schemeClr val="lt1"/>
                        </a:fillRef>
                        <a:effectRef idx="0">
                          <a:schemeClr val="accent6"/>
                        </a:effectRef>
                        <a:fontRef idx="minor">
                          <a:schemeClr val="dk1"/>
                        </a:fontRef>
                      </wps:style>
                      <wps:txbx>
                        <w:txbxContent>
                          <w:p w14:paraId="419251D4" w14:textId="19CE93B0" w:rsidR="009C1AF8" w:rsidRDefault="009C1AF8" w:rsidP="009C1AF8">
                            <w:pPr>
                              <w:jc w:val="center"/>
                            </w:pPr>
                            <w:r>
                              <w:t>Jednotlivé deníky lze komentovat a dodatečně upravovat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25B56" id="Šipka: doleva 253" o:spid="_x0000_s1040" type="#_x0000_t66" style="position:absolute;left:0;text-align:left;margin-left:239.9pt;margin-top:128.3pt;width:202.8pt;height:80.6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" adj="4293" fillcolor="white [3201]" strokecolor="#f79646 [3209]" strokeweight="2pt">
                <v:textbox>
                  <w:txbxContent>
                    <w:p w14:paraId="419251D4" w14:textId="19CE93B0" w:rsidR="009C1AF8" w:rsidRDefault="009C1AF8" w:rsidP="009C1AF8">
                      <w:pPr>
                        <w:jc w:val="center"/>
                      </w:pPr>
                      <w:r>
                        <w:t>Jednotlivé deníky lze komentovat a dodatečně upravovat</w:t>
                      </w:r>
                    </w:p>
                  </w:txbxContent>
                </v:textbox>
              </v:shape>
            </w:pict>
          </mc:Fallback>
        </mc:AlternateContent>
      </w:r>
      <w:r>
        <w:rPr>
          <w:noProof/>
          <w:lang w:eastAsia="cs-CZ"/>
        </w:rPr>
        <w:drawing>
          <wp:inline distT="0" distB="0" distL="0" distR="0" wp14:anchorId="6ACD790F" wp14:editId="1AF33000">
            <wp:extent cx="5972810" cy="3158490"/>
            <wp:effectExtent l="0" t="0" r="8890" b="3810"/>
            <wp:docPr id="2086853694"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853694" name="Obrázek 2086853694"/>
                    <pic:cNvPicPr/>
                  </pic:nvPicPr>
                  <pic:blipFill>
                    <a:blip r:embed="rId23"/>
                    <a:stretch>
                      <a:fillRect/>
                    </a:stretch>
                  </pic:blipFill>
                  <pic:spPr>
                    <a:xfrm>
                      <a:off x="0" y="0"/>
                      <a:ext cx="5972810" cy="3158490"/>
                    </a:xfrm>
                    <a:prstGeom prst="rect">
                      <a:avLst/>
                    </a:prstGeom>
                  </pic:spPr>
                </pic:pic>
              </a:graphicData>
            </a:graphic>
          </wp:inline>
        </w:drawing>
      </w:r>
    </w:p>
    <w:p w14:paraId="058CC481" w14:textId="7C145D07" w:rsidR="009C1AF8" w:rsidRPr="009C1AF8" w:rsidRDefault="009C1AF8" w:rsidP="009C1AF8">
      <w:pPr>
        <w:pStyle w:val="Nadpis2"/>
      </w:pPr>
      <w:bookmarkStart w:id="7" w:name="_Toc223113882"/>
      <w:r w:rsidRPr="009C1AF8">
        <w:t xml:space="preserve">Co </w:t>
      </w:r>
      <w:r>
        <w:t>e stránek</w:t>
      </w:r>
      <w:r w:rsidRPr="009C1AF8">
        <w:t xml:space="preserve"> projektu vyčtete: přehledy a souhrny</w:t>
      </w:r>
      <w:bookmarkEnd w:id="7"/>
    </w:p>
    <w:p w14:paraId="045B2ABC" w14:textId="25740380" w:rsidR="009C1AF8" w:rsidRPr="009C1AF8" w:rsidRDefault="009C1AF8" w:rsidP="009C1AF8">
      <w:pPr>
        <w:rPr>
          <w:lang w:eastAsia="cs-CZ"/>
        </w:rPr>
      </w:pPr>
      <w:r w:rsidRPr="009C1AF8">
        <w:rPr>
          <w:lang w:eastAsia="cs-CZ"/>
        </w:rPr>
        <w:t>Po</w:t>
      </w:r>
      <w:r>
        <w:rPr>
          <w:lang w:eastAsia="cs-CZ"/>
        </w:rPr>
        <w:t xml:space="preserve"> čase (který záleží na tom, kdy budou v projektu zaznamenána první pozorování)</w:t>
      </w:r>
      <w:r w:rsidRPr="009C1AF8">
        <w:rPr>
          <w:lang w:eastAsia="cs-CZ"/>
        </w:rPr>
        <w:t xml:space="preserve"> uvidíte v projektu </w:t>
      </w:r>
      <w:r w:rsidRPr="009C1AF8">
        <w:rPr>
          <w:b/>
          <w:bCs/>
          <w:lang w:eastAsia="cs-CZ"/>
        </w:rPr>
        <w:t>živé souhrny</w:t>
      </w:r>
      <w:r w:rsidRPr="009C1AF8">
        <w:rPr>
          <w:lang w:eastAsia="cs-CZ"/>
        </w:rPr>
        <w:t>:</w:t>
      </w:r>
    </w:p>
    <w:p w14:paraId="388325AB" w14:textId="77777777" w:rsidR="009C1AF8" w:rsidRPr="009C1AF8" w:rsidRDefault="009C1AF8" w:rsidP="009C1AF8">
      <w:pPr>
        <w:pStyle w:val="OdrkyMSWORD"/>
        <w:rPr>
          <w:lang w:eastAsia="cs-CZ"/>
        </w:rPr>
      </w:pPr>
      <w:r w:rsidRPr="009C1AF8">
        <w:rPr>
          <w:b/>
          <w:bCs/>
          <w:lang w:eastAsia="cs-CZ"/>
        </w:rPr>
        <w:t>Počet pozorování</w:t>
      </w:r>
      <w:r w:rsidRPr="009C1AF8">
        <w:rPr>
          <w:lang w:eastAsia="cs-CZ"/>
        </w:rPr>
        <w:t xml:space="preserve">, </w:t>
      </w:r>
      <w:r w:rsidRPr="009C1AF8">
        <w:rPr>
          <w:b/>
          <w:bCs/>
          <w:lang w:eastAsia="cs-CZ"/>
        </w:rPr>
        <w:t>počet druhů</w:t>
      </w:r>
      <w:r w:rsidRPr="009C1AF8">
        <w:rPr>
          <w:lang w:eastAsia="cs-CZ"/>
        </w:rPr>
        <w:t xml:space="preserve">, </w:t>
      </w:r>
      <w:r w:rsidRPr="009C1AF8">
        <w:rPr>
          <w:b/>
          <w:bCs/>
          <w:lang w:eastAsia="cs-CZ"/>
        </w:rPr>
        <w:t>počet pozorovatelů</w:t>
      </w:r>
      <w:r w:rsidRPr="009C1AF8">
        <w:rPr>
          <w:lang w:eastAsia="cs-CZ"/>
        </w:rPr>
        <w:t>.</w:t>
      </w:r>
    </w:p>
    <w:p w14:paraId="1A48F3E1" w14:textId="77777777" w:rsidR="009C1AF8" w:rsidRPr="009C1AF8" w:rsidRDefault="009C1AF8" w:rsidP="009C1AF8">
      <w:pPr>
        <w:pStyle w:val="OdrkyMSWORD"/>
        <w:rPr>
          <w:lang w:eastAsia="cs-CZ"/>
        </w:rPr>
      </w:pPr>
      <w:r w:rsidRPr="009C1AF8">
        <w:rPr>
          <w:b/>
          <w:bCs/>
          <w:lang w:eastAsia="cs-CZ"/>
        </w:rPr>
        <w:t>Časové trendy</w:t>
      </w:r>
      <w:r w:rsidRPr="009C1AF8">
        <w:rPr>
          <w:lang w:eastAsia="cs-CZ"/>
        </w:rPr>
        <w:t xml:space="preserve"> (které měsíce jsou nejsilnější).</w:t>
      </w:r>
    </w:p>
    <w:p w14:paraId="7BC0C1A5" w14:textId="77777777" w:rsidR="009C1AF8" w:rsidRPr="009C1AF8" w:rsidRDefault="009C1AF8" w:rsidP="009C1AF8">
      <w:pPr>
        <w:pStyle w:val="OdrkyMSWORD"/>
        <w:rPr>
          <w:lang w:eastAsia="cs-CZ"/>
        </w:rPr>
      </w:pPr>
      <w:r w:rsidRPr="009C1AF8">
        <w:rPr>
          <w:b/>
          <w:bCs/>
          <w:lang w:eastAsia="cs-CZ"/>
        </w:rPr>
        <w:t>Nejčastější druhy</w:t>
      </w:r>
      <w:r w:rsidRPr="009C1AF8">
        <w:rPr>
          <w:lang w:eastAsia="cs-CZ"/>
        </w:rPr>
        <w:t xml:space="preserve"> a </w:t>
      </w:r>
      <w:r w:rsidRPr="009C1AF8">
        <w:rPr>
          <w:b/>
          <w:bCs/>
          <w:lang w:eastAsia="cs-CZ"/>
        </w:rPr>
        <w:t>vzácné/nové nálezy</w:t>
      </w:r>
      <w:r w:rsidRPr="009C1AF8">
        <w:rPr>
          <w:lang w:eastAsia="cs-CZ"/>
        </w:rPr>
        <w:t>.</w:t>
      </w:r>
    </w:p>
    <w:p w14:paraId="2CD1DF03" w14:textId="77777777" w:rsidR="009C1AF8" w:rsidRPr="009C1AF8" w:rsidRDefault="009C1AF8" w:rsidP="009C1AF8">
      <w:pPr>
        <w:pStyle w:val="OdrkyMSWORD"/>
        <w:rPr>
          <w:lang w:eastAsia="cs-CZ"/>
        </w:rPr>
      </w:pPr>
      <w:r w:rsidRPr="009C1AF8">
        <w:rPr>
          <w:b/>
          <w:bCs/>
          <w:lang w:eastAsia="cs-CZ"/>
        </w:rPr>
        <w:t>Mapa pozorování</w:t>
      </w:r>
      <w:r w:rsidRPr="009C1AF8">
        <w:rPr>
          <w:lang w:eastAsia="cs-CZ"/>
        </w:rPr>
        <w:t xml:space="preserve"> – překryv s hranicí místa.</w:t>
      </w:r>
    </w:p>
    <w:p w14:paraId="0A654A8A" w14:textId="77777777" w:rsidR="009C1AF8" w:rsidRDefault="009C1AF8" w:rsidP="009C1AF8">
      <w:pPr>
        <w:rPr>
          <w:lang w:eastAsia="cs-CZ"/>
        </w:rPr>
      </w:pPr>
      <w:r w:rsidRPr="009C1AF8">
        <w:rPr>
          <w:lang w:eastAsia="cs-CZ"/>
        </w:rPr>
        <w:t xml:space="preserve">Tyto přehledy pomáhají plánovat další pozorování (např. „kdy přiletěli rorýsi“ nebo „kdy naposledy kvetly koniklece“), a zároveň slouží jako </w:t>
      </w:r>
      <w:r w:rsidRPr="009C1AF8">
        <w:rPr>
          <w:b/>
          <w:bCs/>
          <w:lang w:eastAsia="cs-CZ"/>
        </w:rPr>
        <w:t>motivační zpětná vazba</w:t>
      </w:r>
      <w:r w:rsidRPr="009C1AF8">
        <w:rPr>
          <w:lang w:eastAsia="cs-CZ"/>
        </w:rPr>
        <w:t xml:space="preserve"> pro všechny, kdo přispívají.</w:t>
      </w:r>
    </w:p>
    <w:p w14:paraId="0070FC36" w14:textId="1C68399E" w:rsidR="00474E34" w:rsidRDefault="00474E34" w:rsidP="009C1AF8">
      <w:pPr>
        <w:rPr>
          <w:lang w:eastAsia="cs-CZ"/>
        </w:rPr>
      </w:pPr>
      <w:r>
        <w:rPr>
          <w:lang w:eastAsia="cs-CZ"/>
        </w:rPr>
        <w:t xml:space="preserve">Na stránkách uvidíte jména </w:t>
      </w:r>
      <w:r w:rsidR="00AD11C0">
        <w:rPr>
          <w:lang w:eastAsia="cs-CZ"/>
        </w:rPr>
        <w:t>přispívatelů</w:t>
      </w:r>
      <w:r>
        <w:rPr>
          <w:lang w:eastAsia="cs-CZ"/>
        </w:rPr>
        <w:t xml:space="preserve"> i jména členů sítě, kteří spoluurčili pozorování ve vašem projektu – pravidla komunikace v komunitě už jsme uvedli v kapitole 4, nicméně znovu můžeme zdůraznit, že s ostatními členy sítě můžete komunikovat a za dodatečná určení vašich pozorování můžete poděkovat. Tím můžete vytvářet komunitu lidí, které spojují stejné zájmy o přírodu v dané lokalitě.</w:t>
      </w:r>
    </w:p>
    <w:p w14:paraId="619437AB" w14:textId="6211E4E6" w:rsidR="00474E34" w:rsidRDefault="00474E34" w:rsidP="009C1AF8">
      <w:pPr>
        <w:rPr>
          <w:lang w:eastAsia="cs-CZ"/>
        </w:rPr>
      </w:pPr>
      <w:r>
        <w:rPr>
          <w:lang w:eastAsia="cs-CZ"/>
        </w:rPr>
        <w:t>Na následujících obrázcích je několik ukázek z informací o našem projektu Zámecký park Sychrov. Co vše se o svém projektu můžete ze stránek projektu (například)dozvědět:</w:t>
      </w:r>
    </w:p>
    <w:p w14:paraId="271DEEE5" w14:textId="380CA91E" w:rsidR="00474E34" w:rsidRDefault="00474E34" w:rsidP="009C1AF8">
      <w:pPr>
        <w:rPr>
          <w:lang w:eastAsia="cs-CZ"/>
        </w:rPr>
      </w:pPr>
      <w:r>
        <w:rPr>
          <w:lang w:eastAsia="cs-CZ"/>
        </w:rPr>
        <w:t>Přehled pozorování a jejich lokaci</w:t>
      </w:r>
    </w:p>
    <w:p w14:paraId="0DA43ED6" w14:textId="5B5F7D59" w:rsidR="00474E34" w:rsidRPr="009C1AF8" w:rsidRDefault="00474E34" w:rsidP="009C1AF8">
      <w:pPr>
        <w:rPr>
          <w:lang w:eastAsia="cs-CZ"/>
        </w:rPr>
      </w:pPr>
      <w:r>
        <w:rPr>
          <w:noProof/>
          <w:lang w:eastAsia="cs-CZ"/>
        </w:rPr>
        <w:drawing>
          <wp:inline distT="0" distB="0" distL="0" distR="0" wp14:anchorId="7958A5E8" wp14:editId="7C167D2C">
            <wp:extent cx="5498760" cy="2550017"/>
            <wp:effectExtent l="0" t="0" r="6985" b="3175"/>
            <wp:docPr id="781696975"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96975" name="Obrázek 781696975"/>
                    <pic:cNvPicPr/>
                  </pic:nvPicPr>
                  <pic:blipFill rotWithShape="1">
                    <a:blip r:embed="rId24"/>
                    <a:srcRect t="-1" b="23700"/>
                    <a:stretch>
                      <a:fillRect/>
                    </a:stretch>
                  </pic:blipFill>
                  <pic:spPr bwMode="auto">
                    <a:xfrm>
                      <a:off x="0" y="0"/>
                      <a:ext cx="5509594" cy="2555041"/>
                    </a:xfrm>
                    <a:prstGeom prst="rect">
                      <a:avLst/>
                    </a:prstGeom>
                    <a:ln>
                      <a:noFill/>
                    </a:ln>
                    <a:extLst>
                      <a:ext uri="{53640926-AAD7-44D8-BBD7-CCE9431645EC}">
                        <a14:shadowObscured xmlns:a14="http://schemas.microsoft.com/office/drawing/2010/main"/>
                      </a:ext>
                    </a:extLst>
                  </pic:spPr>
                </pic:pic>
              </a:graphicData>
            </a:graphic>
          </wp:inline>
        </w:drawing>
      </w:r>
    </w:p>
    <w:p w14:paraId="00DAA2F5" w14:textId="62FFE393" w:rsidR="009C1AF8" w:rsidRDefault="00474E34" w:rsidP="002557A4">
      <w:pPr>
        <w:rPr>
          <w:lang w:eastAsia="cs-CZ"/>
        </w:rPr>
      </w:pPr>
      <w:r>
        <w:rPr>
          <w:lang w:eastAsia="cs-CZ"/>
        </w:rPr>
        <w:t>Přehled pozorovaných druhů</w:t>
      </w:r>
    </w:p>
    <w:p w14:paraId="75A068CD" w14:textId="58628F63" w:rsidR="00474E34" w:rsidRDefault="00474E34" w:rsidP="002557A4">
      <w:pPr>
        <w:rPr>
          <w:lang w:eastAsia="cs-CZ"/>
        </w:rPr>
      </w:pPr>
      <w:r>
        <w:rPr>
          <w:noProof/>
          <w:lang w:eastAsia="cs-CZ"/>
        </w:rPr>
        <w:drawing>
          <wp:inline distT="0" distB="0" distL="0" distR="0" wp14:anchorId="5823B2EA" wp14:editId="29C8BEBA">
            <wp:extent cx="5705341" cy="3075886"/>
            <wp:effectExtent l="0" t="0" r="0" b="0"/>
            <wp:docPr id="246901526"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901526" name="Obrázek 246901526"/>
                    <pic:cNvPicPr/>
                  </pic:nvPicPr>
                  <pic:blipFill>
                    <a:blip r:embed="rId25"/>
                    <a:stretch>
                      <a:fillRect/>
                    </a:stretch>
                  </pic:blipFill>
                  <pic:spPr>
                    <a:xfrm>
                      <a:off x="0" y="0"/>
                      <a:ext cx="5712736" cy="3079873"/>
                    </a:xfrm>
                    <a:prstGeom prst="rect">
                      <a:avLst/>
                    </a:prstGeom>
                  </pic:spPr>
                </pic:pic>
              </a:graphicData>
            </a:graphic>
          </wp:inline>
        </w:drawing>
      </w:r>
    </w:p>
    <w:p w14:paraId="3A4D42E8" w14:textId="77777777" w:rsidR="00474E34" w:rsidRDefault="00474E34">
      <w:pPr>
        <w:jc w:val="left"/>
        <w:rPr>
          <w:lang w:eastAsia="cs-CZ"/>
        </w:rPr>
      </w:pPr>
      <w:r>
        <w:rPr>
          <w:lang w:eastAsia="cs-CZ"/>
        </w:rPr>
        <w:br w:type="page"/>
      </w:r>
    </w:p>
    <w:p w14:paraId="22A6C7D3" w14:textId="13E45994" w:rsidR="00474E34" w:rsidRDefault="00474E34" w:rsidP="002557A4">
      <w:pPr>
        <w:rPr>
          <w:lang w:eastAsia="cs-CZ"/>
        </w:rPr>
      </w:pPr>
      <w:r>
        <w:rPr>
          <w:lang w:eastAsia="cs-CZ"/>
        </w:rPr>
        <w:t>Přehled pozorování</w:t>
      </w:r>
    </w:p>
    <w:p w14:paraId="183DD114" w14:textId="611EB6AC" w:rsidR="00474E34" w:rsidRDefault="00474E34" w:rsidP="002557A4">
      <w:pPr>
        <w:rPr>
          <w:lang w:eastAsia="cs-CZ"/>
        </w:rPr>
      </w:pPr>
      <w:r>
        <w:rPr>
          <w:noProof/>
          <w:lang w:eastAsia="cs-CZ"/>
        </w:rPr>
        <w:drawing>
          <wp:inline distT="0" distB="0" distL="0" distR="0" wp14:anchorId="7252DF97" wp14:editId="57DA50F2">
            <wp:extent cx="5972810" cy="2998470"/>
            <wp:effectExtent l="0" t="0" r="8890" b="0"/>
            <wp:docPr id="1935629406" name="Obráze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629406" name="Obrázek 1935629406"/>
                    <pic:cNvPicPr/>
                  </pic:nvPicPr>
                  <pic:blipFill>
                    <a:blip r:embed="rId26"/>
                    <a:stretch>
                      <a:fillRect/>
                    </a:stretch>
                  </pic:blipFill>
                  <pic:spPr>
                    <a:xfrm>
                      <a:off x="0" y="0"/>
                      <a:ext cx="5972810" cy="2998470"/>
                    </a:xfrm>
                    <a:prstGeom prst="rect">
                      <a:avLst/>
                    </a:prstGeom>
                  </pic:spPr>
                </pic:pic>
              </a:graphicData>
            </a:graphic>
          </wp:inline>
        </w:drawing>
      </w:r>
    </w:p>
    <w:p w14:paraId="1E3551E0" w14:textId="48BE842C" w:rsidR="00474E34" w:rsidRDefault="00474E34" w:rsidP="002557A4">
      <w:pPr>
        <w:rPr>
          <w:lang w:eastAsia="cs-CZ"/>
        </w:rPr>
      </w:pPr>
    </w:p>
    <w:p w14:paraId="4119B963" w14:textId="77777777" w:rsidR="00474E34" w:rsidRPr="00474E34" w:rsidRDefault="00474E34" w:rsidP="00474E34">
      <w:pPr>
        <w:pStyle w:val="Nadpis2"/>
      </w:pPr>
      <w:bookmarkStart w:id="8" w:name="_Toc223113883"/>
      <w:r w:rsidRPr="00474E34">
        <w:t>Veřejné vs. uzavřené projekty, „pěstované“ a „domácí“ organismy</w:t>
      </w:r>
      <w:bookmarkEnd w:id="8"/>
    </w:p>
    <w:p w14:paraId="12E9D020" w14:textId="2EE84DFC" w:rsidR="00474E34" w:rsidRPr="00474E34" w:rsidRDefault="00474E34" w:rsidP="00474E34">
      <w:pPr>
        <w:rPr>
          <w:lang w:eastAsia="cs-CZ"/>
        </w:rPr>
      </w:pPr>
      <w:proofErr w:type="spellStart"/>
      <w:r w:rsidRPr="00474E34">
        <w:rPr>
          <w:lang w:eastAsia="cs-CZ"/>
        </w:rPr>
        <w:t>iNaturalist</w:t>
      </w:r>
      <w:proofErr w:type="spellEnd"/>
      <w:r w:rsidRPr="00474E34">
        <w:rPr>
          <w:lang w:eastAsia="cs-CZ"/>
        </w:rPr>
        <w:t xml:space="preserve"> umožňuje vést </w:t>
      </w:r>
      <w:r w:rsidRPr="00474E34">
        <w:rPr>
          <w:b/>
          <w:bCs/>
          <w:lang w:eastAsia="cs-CZ"/>
        </w:rPr>
        <w:t>veřejné projekty</w:t>
      </w:r>
      <w:r w:rsidRPr="00474E34">
        <w:rPr>
          <w:lang w:eastAsia="cs-CZ"/>
        </w:rPr>
        <w:t xml:space="preserve"> (doporučeno pro parky, přírodní lokality) i </w:t>
      </w:r>
      <w:r w:rsidRPr="00474E34">
        <w:rPr>
          <w:b/>
          <w:bCs/>
          <w:lang w:eastAsia="cs-CZ"/>
        </w:rPr>
        <w:t>projekty uzavřené</w:t>
      </w:r>
      <w:r w:rsidRPr="00474E34">
        <w:rPr>
          <w:lang w:eastAsia="cs-CZ"/>
        </w:rPr>
        <w:t xml:space="preserve"> (např. soukromá zahrada nebo školní dvůr</w:t>
      </w:r>
      <w:r>
        <w:rPr>
          <w:lang w:eastAsia="cs-CZ"/>
        </w:rPr>
        <w:t xml:space="preserve"> můžete omezit skupinu osob, jejichž pozorování budou do projektu zahrnuta</w:t>
      </w:r>
      <w:r w:rsidRPr="00474E34">
        <w:rPr>
          <w:lang w:eastAsia="cs-CZ"/>
        </w:rPr>
        <w:t xml:space="preserve">). V obou případech je důležité dbát na </w:t>
      </w:r>
      <w:r w:rsidRPr="00474E34">
        <w:rPr>
          <w:b/>
          <w:bCs/>
          <w:lang w:eastAsia="cs-CZ"/>
        </w:rPr>
        <w:t>kvalitu dat</w:t>
      </w:r>
      <w:r w:rsidRPr="00474E34">
        <w:rPr>
          <w:lang w:eastAsia="cs-CZ"/>
        </w:rPr>
        <w:t>:</w:t>
      </w:r>
    </w:p>
    <w:p w14:paraId="2EE22834" w14:textId="22AA15BE" w:rsidR="00474E34" w:rsidRPr="00474E34" w:rsidRDefault="00474E34" w:rsidP="00474E34">
      <w:pPr>
        <w:pStyle w:val="OdrkyMSWORD"/>
        <w:rPr>
          <w:lang w:eastAsia="cs-CZ"/>
        </w:rPr>
      </w:pPr>
      <w:r w:rsidRPr="00474E34">
        <w:rPr>
          <w:b/>
          <w:bCs/>
          <w:lang w:eastAsia="cs-CZ"/>
        </w:rPr>
        <w:t>Pěstované rostliny</w:t>
      </w:r>
      <w:r w:rsidRPr="00474E34">
        <w:rPr>
          <w:lang w:eastAsia="cs-CZ"/>
        </w:rPr>
        <w:t xml:space="preserve"> (zahradní výsadby) a </w:t>
      </w:r>
      <w:r w:rsidRPr="00474E34">
        <w:rPr>
          <w:b/>
          <w:bCs/>
          <w:lang w:eastAsia="cs-CZ"/>
        </w:rPr>
        <w:t>domácí zvířata</w:t>
      </w:r>
      <w:r w:rsidRPr="00474E34">
        <w:rPr>
          <w:lang w:eastAsia="cs-CZ"/>
        </w:rPr>
        <w:t xml:space="preserve"> </w:t>
      </w:r>
      <w:r w:rsidRPr="00474E34">
        <w:rPr>
          <w:b/>
          <w:bCs/>
          <w:lang w:eastAsia="cs-CZ"/>
        </w:rPr>
        <w:t>VŽDY</w:t>
      </w:r>
      <w:r>
        <w:rPr>
          <w:lang w:eastAsia="cs-CZ"/>
        </w:rPr>
        <w:t xml:space="preserve"> </w:t>
      </w:r>
      <w:r w:rsidRPr="00474E34">
        <w:rPr>
          <w:b/>
          <w:bCs/>
          <w:lang w:eastAsia="cs-CZ"/>
        </w:rPr>
        <w:t>označte jako pěstované/domestikované</w:t>
      </w:r>
      <w:r w:rsidRPr="00474E34">
        <w:rPr>
          <w:lang w:eastAsia="cs-CZ"/>
        </w:rPr>
        <w:t>. Předejdete tím zkreslení dat o volně žijících druzích</w:t>
      </w:r>
      <w:r>
        <w:rPr>
          <w:lang w:eastAsia="cs-CZ"/>
        </w:rPr>
        <w:t>.</w:t>
      </w:r>
    </w:p>
    <w:p w14:paraId="352D1ECB" w14:textId="77777777" w:rsidR="00474E34" w:rsidRPr="00474E34" w:rsidRDefault="00474E34" w:rsidP="00474E34">
      <w:pPr>
        <w:pStyle w:val="OdrkyMSWORD"/>
        <w:rPr>
          <w:lang w:eastAsia="cs-CZ"/>
        </w:rPr>
      </w:pPr>
      <w:r w:rsidRPr="00474E34">
        <w:rPr>
          <w:lang w:eastAsia="cs-CZ"/>
        </w:rPr>
        <w:t xml:space="preserve">U citlivých druhů použijte </w:t>
      </w:r>
      <w:proofErr w:type="spellStart"/>
      <w:r w:rsidRPr="00474E34">
        <w:rPr>
          <w:b/>
          <w:bCs/>
          <w:lang w:eastAsia="cs-CZ"/>
        </w:rPr>
        <w:t>geoprivacy</w:t>
      </w:r>
      <w:proofErr w:type="spellEnd"/>
      <w:r w:rsidRPr="00474E34">
        <w:rPr>
          <w:lang w:eastAsia="cs-CZ"/>
        </w:rPr>
        <w:t xml:space="preserve"> (rozostřená/soukromá poloha), jak vysvětlujeme v kap. 4.4 a kap. 2.4.</w:t>
      </w:r>
    </w:p>
    <w:p w14:paraId="1F032BAA" w14:textId="1C987C0C" w:rsidR="00474E34" w:rsidRPr="00474E34" w:rsidRDefault="00474E34" w:rsidP="00290105">
      <w:pPr>
        <w:numPr>
          <w:ilvl w:val="0"/>
          <w:numId w:val="64"/>
        </w:numPr>
        <w:rPr>
          <w:lang w:eastAsia="cs-CZ"/>
        </w:rPr>
      </w:pPr>
      <w:r w:rsidRPr="00474E34">
        <w:rPr>
          <w:lang w:eastAsia="cs-CZ"/>
        </w:rPr>
        <w:t xml:space="preserve">Vše lze </w:t>
      </w:r>
      <w:r w:rsidRPr="00474E34">
        <w:rPr>
          <w:b/>
          <w:bCs/>
          <w:lang w:eastAsia="cs-CZ"/>
        </w:rPr>
        <w:t>dodatečně upravit</w:t>
      </w:r>
      <w:r w:rsidRPr="00474E34">
        <w:rPr>
          <w:lang w:eastAsia="cs-CZ"/>
        </w:rPr>
        <w:t xml:space="preserve"> přímo u pozorování na webu </w:t>
      </w:r>
      <w:proofErr w:type="spellStart"/>
      <w:r w:rsidRPr="00474E34">
        <w:rPr>
          <w:lang w:eastAsia="cs-CZ"/>
        </w:rPr>
        <w:t>iNaturalist</w:t>
      </w:r>
      <w:proofErr w:type="spellEnd"/>
      <w:r w:rsidRPr="00474E34">
        <w:rPr>
          <w:lang w:eastAsia="cs-CZ"/>
        </w:rPr>
        <w:t xml:space="preserve"> (</w:t>
      </w:r>
      <w:r>
        <w:rPr>
          <w:lang w:eastAsia="cs-CZ"/>
        </w:rPr>
        <w:t>poznámka u pozorování</w:t>
      </w:r>
      <w:r w:rsidRPr="00474E34">
        <w:rPr>
          <w:lang w:eastAsia="cs-CZ"/>
        </w:rPr>
        <w:t xml:space="preserve"> „pěstované“, doplnění údajů, úprava polohy).</w:t>
      </w:r>
    </w:p>
    <w:p w14:paraId="574170DB" w14:textId="4D59D71E" w:rsidR="00474E34" w:rsidRDefault="00B62598" w:rsidP="00B62598">
      <w:pPr>
        <w:pStyle w:val="Nadpis2"/>
      </w:pPr>
      <w:bookmarkStart w:id="9" w:name="_Toc223113884"/>
      <w:r>
        <w:t>Závěrečné shrnutí</w:t>
      </w:r>
      <w:bookmarkEnd w:id="9"/>
    </w:p>
    <w:p w14:paraId="2077AC7C" w14:textId="370FE83B" w:rsidR="00B62598" w:rsidRDefault="00B62598" w:rsidP="00B62598">
      <w:pPr>
        <w:rPr>
          <w:lang w:eastAsia="cs-CZ"/>
        </w:rPr>
      </w:pPr>
      <w:r>
        <w:rPr>
          <w:lang w:eastAsia="cs-CZ"/>
        </w:rPr>
        <w:t xml:space="preserve">V této kapitole jsme si ukázali postup, jak založit a rozvíjet vlastní projekt. Vše jsme si ukázali na příkladu našeho cvičného projektu Z8mecký park Sychrov, který najdete na stránce </w:t>
      </w:r>
      <w:hyperlink r:id="rId27" w:history="1">
        <w:r w:rsidRPr="008B1D2D">
          <w:rPr>
            <w:rStyle w:val="Hypertextovodkaz"/>
            <w:lang w:eastAsia="cs-CZ"/>
          </w:rPr>
          <w:t>https://www.inaturalist.org/projects/zamecky-park-sychrov</w:t>
        </w:r>
      </w:hyperlink>
      <w:r>
        <w:rPr>
          <w:lang w:eastAsia="cs-CZ"/>
        </w:rPr>
        <w:t>. Zde si můžete „živý“ projekt ještě jednou projít a prohlédnout možnosti, které sledování lokality umožňuje. Získáte tím inspiraci pro založení projektu vlastního.</w:t>
      </w:r>
    </w:p>
    <w:p w14:paraId="3968E21B" w14:textId="478361DA" w:rsidR="00B62598" w:rsidRPr="00B62598" w:rsidRDefault="00B62598" w:rsidP="00B62598">
      <w:pPr>
        <w:rPr>
          <w:b/>
          <w:bCs/>
          <w:lang w:eastAsia="cs-CZ"/>
        </w:rPr>
      </w:pPr>
      <w:r w:rsidRPr="00B62598">
        <w:rPr>
          <w:b/>
          <w:bCs/>
          <w:lang w:eastAsia="cs-CZ"/>
        </w:rPr>
        <w:t>Na závěr ještě shrneme hlavní kroky, jak takový projekt založit:</w:t>
      </w:r>
    </w:p>
    <w:p w14:paraId="4E99E447" w14:textId="77777777" w:rsidR="00B62598" w:rsidRPr="00B62598" w:rsidRDefault="00B62598" w:rsidP="00B62598">
      <w:pPr>
        <w:pStyle w:val="OdrkyMSWORD"/>
        <w:rPr>
          <w:lang w:eastAsia="cs-CZ"/>
        </w:rPr>
      </w:pPr>
      <w:r w:rsidRPr="00B62598">
        <w:rPr>
          <w:lang w:eastAsia="cs-CZ"/>
        </w:rPr>
        <w:t xml:space="preserve">Připravím hranici lokality v My </w:t>
      </w:r>
      <w:proofErr w:type="spellStart"/>
      <w:r w:rsidRPr="00B62598">
        <w:rPr>
          <w:lang w:eastAsia="cs-CZ"/>
        </w:rPr>
        <w:t>Maps</w:t>
      </w:r>
      <w:proofErr w:type="spellEnd"/>
      <w:r w:rsidRPr="00B62598">
        <w:rPr>
          <w:lang w:eastAsia="cs-CZ"/>
        </w:rPr>
        <w:t>, exportuji KML.</w:t>
      </w:r>
    </w:p>
    <w:p w14:paraId="00D751F0" w14:textId="77777777" w:rsidR="00B62598" w:rsidRPr="00B62598" w:rsidRDefault="00B62598" w:rsidP="00B62598">
      <w:pPr>
        <w:pStyle w:val="OdrkyMSWORD"/>
        <w:rPr>
          <w:lang w:eastAsia="cs-CZ"/>
        </w:rPr>
      </w:pPr>
      <w:r w:rsidRPr="00B62598">
        <w:rPr>
          <w:b/>
          <w:bCs/>
          <w:lang w:eastAsia="cs-CZ"/>
        </w:rPr>
        <w:t xml:space="preserve">Ve webu </w:t>
      </w:r>
      <w:proofErr w:type="spellStart"/>
      <w:r w:rsidRPr="00B62598">
        <w:rPr>
          <w:b/>
          <w:bCs/>
          <w:lang w:eastAsia="cs-CZ"/>
        </w:rPr>
        <w:t>iNaturalist</w:t>
      </w:r>
      <w:proofErr w:type="spellEnd"/>
      <w:r w:rsidRPr="00B62598">
        <w:rPr>
          <w:lang w:eastAsia="cs-CZ"/>
        </w:rPr>
        <w:t xml:space="preserve"> vytvořím </w:t>
      </w:r>
      <w:r w:rsidRPr="00B62598">
        <w:rPr>
          <w:b/>
          <w:bCs/>
          <w:lang w:eastAsia="cs-CZ"/>
        </w:rPr>
        <w:t>nové „místo“ (place)</w:t>
      </w:r>
      <w:r w:rsidRPr="00B62598">
        <w:rPr>
          <w:lang w:eastAsia="cs-CZ"/>
        </w:rPr>
        <w:t xml:space="preserve"> a </w:t>
      </w:r>
      <w:r w:rsidRPr="00B62598">
        <w:rPr>
          <w:b/>
          <w:bCs/>
          <w:lang w:eastAsia="cs-CZ"/>
        </w:rPr>
        <w:t>nahraji KML</w:t>
      </w:r>
      <w:r w:rsidRPr="00B62598">
        <w:rPr>
          <w:lang w:eastAsia="cs-CZ"/>
        </w:rPr>
        <w:t>.</w:t>
      </w:r>
    </w:p>
    <w:p w14:paraId="5F6F0501" w14:textId="5AFCC416" w:rsidR="00B62598" w:rsidRPr="00B62598" w:rsidRDefault="00B62598" w:rsidP="00B62598">
      <w:pPr>
        <w:pStyle w:val="OdrkyMSWORD"/>
        <w:rPr>
          <w:lang w:eastAsia="cs-CZ"/>
        </w:rPr>
      </w:pPr>
      <w:r w:rsidRPr="00B62598">
        <w:rPr>
          <w:lang w:eastAsia="cs-CZ"/>
        </w:rPr>
        <w:t xml:space="preserve">Založím </w:t>
      </w:r>
      <w:r>
        <w:rPr>
          <w:b/>
          <w:bCs/>
          <w:lang w:eastAsia="cs-CZ"/>
        </w:rPr>
        <w:t>projekt typu SBÍRKA</w:t>
      </w:r>
      <w:r w:rsidRPr="00B62598">
        <w:rPr>
          <w:lang w:eastAsia="cs-CZ"/>
        </w:rPr>
        <w:t xml:space="preserve">, vyberu </w:t>
      </w:r>
      <w:r w:rsidRPr="00B62598">
        <w:rPr>
          <w:b/>
          <w:bCs/>
          <w:lang w:eastAsia="cs-CZ"/>
        </w:rPr>
        <w:t>místo</w:t>
      </w:r>
      <w:r w:rsidRPr="00B62598">
        <w:rPr>
          <w:lang w:eastAsia="cs-CZ"/>
        </w:rPr>
        <w:t xml:space="preserve">, nastavím filtry a </w:t>
      </w:r>
      <w:r w:rsidRPr="00B62598">
        <w:rPr>
          <w:b/>
          <w:bCs/>
          <w:lang w:eastAsia="cs-CZ"/>
        </w:rPr>
        <w:t>zveřejním</w:t>
      </w:r>
      <w:r w:rsidRPr="00B62598">
        <w:rPr>
          <w:lang w:eastAsia="cs-CZ"/>
        </w:rPr>
        <w:t>.</w:t>
      </w:r>
    </w:p>
    <w:p w14:paraId="411FE6A2" w14:textId="77777777" w:rsidR="00B62598" w:rsidRPr="00B62598" w:rsidRDefault="00B62598" w:rsidP="00B62598">
      <w:pPr>
        <w:pStyle w:val="OdrkyMSWORD"/>
        <w:rPr>
          <w:lang w:eastAsia="cs-CZ"/>
        </w:rPr>
      </w:pPr>
      <w:r w:rsidRPr="00B62598">
        <w:rPr>
          <w:b/>
          <w:bCs/>
          <w:lang w:eastAsia="cs-CZ"/>
        </w:rPr>
        <w:t>Neomezuji přispěvatele</w:t>
      </w:r>
      <w:r w:rsidRPr="00B62598">
        <w:rPr>
          <w:lang w:eastAsia="cs-CZ"/>
        </w:rPr>
        <w:t xml:space="preserve"> – všechna pozorování z oblasti se propíší </w:t>
      </w:r>
      <w:r w:rsidRPr="00B62598">
        <w:rPr>
          <w:b/>
          <w:bCs/>
          <w:lang w:eastAsia="cs-CZ"/>
        </w:rPr>
        <w:t>automaticky</w:t>
      </w:r>
      <w:r w:rsidRPr="00B62598">
        <w:rPr>
          <w:lang w:eastAsia="cs-CZ"/>
        </w:rPr>
        <w:t>.</w:t>
      </w:r>
    </w:p>
    <w:p w14:paraId="7FDFB009" w14:textId="77777777" w:rsidR="00B62598" w:rsidRPr="00B62598" w:rsidRDefault="00B62598" w:rsidP="00B62598">
      <w:pPr>
        <w:pStyle w:val="OdrkyMSWORD"/>
        <w:rPr>
          <w:lang w:eastAsia="cs-CZ"/>
        </w:rPr>
      </w:pPr>
      <w:r w:rsidRPr="00B62598">
        <w:rPr>
          <w:lang w:eastAsia="cs-CZ"/>
        </w:rPr>
        <w:t xml:space="preserve">V </w:t>
      </w:r>
      <w:r w:rsidRPr="00B62598">
        <w:rPr>
          <w:b/>
          <w:bCs/>
          <w:lang w:eastAsia="cs-CZ"/>
        </w:rPr>
        <w:t>Deníku</w:t>
      </w:r>
      <w:r w:rsidRPr="00B62598">
        <w:rPr>
          <w:lang w:eastAsia="cs-CZ"/>
        </w:rPr>
        <w:t xml:space="preserve"> publikuji pozvánky, souhrny a tipy; hlídám </w:t>
      </w:r>
      <w:r w:rsidRPr="00B62598">
        <w:rPr>
          <w:b/>
          <w:bCs/>
          <w:lang w:eastAsia="cs-CZ"/>
        </w:rPr>
        <w:t>etiku</w:t>
      </w:r>
      <w:r w:rsidRPr="00B62598">
        <w:rPr>
          <w:lang w:eastAsia="cs-CZ"/>
        </w:rPr>
        <w:t xml:space="preserve"> a </w:t>
      </w:r>
      <w:proofErr w:type="spellStart"/>
      <w:r w:rsidRPr="00B62598">
        <w:rPr>
          <w:b/>
          <w:bCs/>
          <w:lang w:eastAsia="cs-CZ"/>
        </w:rPr>
        <w:t>geoprivacy</w:t>
      </w:r>
      <w:proofErr w:type="spellEnd"/>
      <w:r w:rsidRPr="00B62598">
        <w:rPr>
          <w:lang w:eastAsia="cs-CZ"/>
        </w:rPr>
        <w:t>.</w:t>
      </w:r>
    </w:p>
    <w:p w14:paraId="43714BA5" w14:textId="77777777" w:rsidR="00B62598" w:rsidRPr="00B62598" w:rsidRDefault="00B62598" w:rsidP="00B62598">
      <w:pPr>
        <w:pStyle w:val="OdrkyMSWORD"/>
        <w:rPr>
          <w:lang w:eastAsia="cs-CZ"/>
        </w:rPr>
      </w:pPr>
      <w:r w:rsidRPr="00B62598">
        <w:rPr>
          <w:lang w:eastAsia="cs-CZ"/>
        </w:rPr>
        <w:t xml:space="preserve">V přehledech sleduji </w:t>
      </w:r>
      <w:r w:rsidRPr="00B62598">
        <w:rPr>
          <w:b/>
          <w:bCs/>
          <w:lang w:eastAsia="cs-CZ"/>
        </w:rPr>
        <w:t>počty druhů, pozorování a trendy</w:t>
      </w:r>
      <w:r w:rsidRPr="00B62598">
        <w:rPr>
          <w:lang w:eastAsia="cs-CZ"/>
        </w:rPr>
        <w:t xml:space="preserve"> – podle nich plánuji další kroky.</w:t>
      </w:r>
    </w:p>
    <w:p w14:paraId="7E1DF08F" w14:textId="76612252" w:rsidR="00B62598" w:rsidRDefault="00B62598" w:rsidP="00B62598">
      <w:pPr>
        <w:pStyle w:val="Nadpis3"/>
      </w:pPr>
      <w:bookmarkStart w:id="10" w:name="_Toc223113885"/>
      <w:r>
        <w:t>Závěrečný úkol</w:t>
      </w:r>
      <w:bookmarkEnd w:id="10"/>
    </w:p>
    <w:p w14:paraId="3A373D5D" w14:textId="0B4A0E12" w:rsidR="00B62598" w:rsidRDefault="00B62598" w:rsidP="00B62598">
      <w:pPr>
        <w:rPr>
          <w:lang w:eastAsia="cs-CZ"/>
        </w:rPr>
      </w:pPr>
      <w:r>
        <w:rPr>
          <w:lang w:eastAsia="cs-CZ"/>
        </w:rPr>
        <w:t xml:space="preserve">Nyní vyberte vlastní místo, kde budete provádět pozorování, vytvořte mapu a založte projekt na </w:t>
      </w:r>
      <w:proofErr w:type="spellStart"/>
      <w:r>
        <w:rPr>
          <w:lang w:eastAsia="cs-CZ"/>
        </w:rPr>
        <w:t>iNAturalist</w:t>
      </w:r>
      <w:proofErr w:type="spellEnd"/>
      <w:r>
        <w:rPr>
          <w:lang w:eastAsia="cs-CZ"/>
        </w:rPr>
        <w:t>.</w:t>
      </w:r>
    </w:p>
    <w:p w14:paraId="3480D469" w14:textId="1F75F0BF" w:rsidR="00B62598" w:rsidRDefault="00B62598" w:rsidP="00B62598">
      <w:pPr>
        <w:rPr>
          <w:lang w:eastAsia="cs-CZ"/>
        </w:rPr>
      </w:pPr>
      <w:r>
        <w:rPr>
          <w:lang w:eastAsia="cs-CZ"/>
        </w:rPr>
        <w:t xml:space="preserve">Nebo si můžete prohlédnout databázi pozorování, již existujících projektů </w:t>
      </w:r>
      <w:r w:rsidR="00713D62">
        <w:rPr>
          <w:lang w:eastAsia="cs-CZ"/>
        </w:rPr>
        <w:t>anebo</w:t>
      </w:r>
      <w:r>
        <w:rPr>
          <w:lang w:eastAsia="cs-CZ"/>
        </w:rPr>
        <w:t xml:space="preserve"> se aktivně přidat k některé z komunit </w:t>
      </w:r>
      <w:proofErr w:type="spellStart"/>
      <w:r>
        <w:rPr>
          <w:lang w:eastAsia="cs-CZ"/>
        </w:rPr>
        <w:t>iNaturalist</w:t>
      </w:r>
      <w:proofErr w:type="spellEnd"/>
      <w:r>
        <w:rPr>
          <w:lang w:eastAsia="cs-CZ"/>
        </w:rPr>
        <w:t>, jako pozorovatel.</w:t>
      </w:r>
    </w:p>
    <w:p w14:paraId="15ABAEF3" w14:textId="74C3C050" w:rsidR="00B62598" w:rsidRDefault="00B62598" w:rsidP="00B62598">
      <w:pPr>
        <w:rPr>
          <w:lang w:eastAsia="cs-CZ"/>
        </w:rPr>
      </w:pPr>
      <w:r>
        <w:rPr>
          <w:lang w:eastAsia="cs-CZ"/>
        </w:rPr>
        <w:t xml:space="preserve">Můžete prozkoumat všechna pozorování uložená na </w:t>
      </w:r>
      <w:proofErr w:type="spellStart"/>
      <w:r>
        <w:rPr>
          <w:lang w:eastAsia="cs-CZ"/>
        </w:rPr>
        <w:t>iNaturalist</w:t>
      </w:r>
      <w:proofErr w:type="spellEnd"/>
      <w:r>
        <w:rPr>
          <w:lang w:eastAsia="cs-CZ"/>
        </w:rPr>
        <w:t xml:space="preserve"> (lze nastavit filtr podle místa nebo </w:t>
      </w:r>
      <w:r w:rsidR="00713D62">
        <w:rPr>
          <w:lang w:eastAsia="cs-CZ"/>
        </w:rPr>
        <w:t>druhu,</w:t>
      </w:r>
      <w:r>
        <w:rPr>
          <w:lang w:eastAsia="cs-CZ"/>
        </w:rPr>
        <w:t>)</w:t>
      </w:r>
    </w:p>
    <w:p w14:paraId="35BDE123" w14:textId="5C3EAAE2" w:rsidR="00B62598" w:rsidRDefault="00B62598" w:rsidP="00B62598">
      <w:pPr>
        <w:rPr>
          <w:lang w:eastAsia="cs-CZ"/>
        </w:rPr>
      </w:pPr>
      <w:r>
        <w:rPr>
          <w:noProof/>
          <w:lang w:eastAsia="cs-CZ"/>
        </w:rPr>
        <w:drawing>
          <wp:inline distT="0" distB="0" distL="0" distR="0" wp14:anchorId="6B2E8879" wp14:editId="28DBE8E9">
            <wp:extent cx="5972810" cy="2959100"/>
            <wp:effectExtent l="0" t="0" r="8890" b="0"/>
            <wp:docPr id="1991755768" name="Obráze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755768" name="Obrázek 1991755768"/>
                    <pic:cNvPicPr/>
                  </pic:nvPicPr>
                  <pic:blipFill>
                    <a:blip r:embed="rId28"/>
                    <a:stretch>
                      <a:fillRect/>
                    </a:stretch>
                  </pic:blipFill>
                  <pic:spPr>
                    <a:xfrm>
                      <a:off x="0" y="0"/>
                      <a:ext cx="5972810" cy="2959100"/>
                    </a:xfrm>
                    <a:prstGeom prst="rect">
                      <a:avLst/>
                    </a:prstGeom>
                  </pic:spPr>
                </pic:pic>
              </a:graphicData>
            </a:graphic>
          </wp:inline>
        </w:drawing>
      </w:r>
    </w:p>
    <w:p w14:paraId="79EDDDEB" w14:textId="5CA8A813" w:rsidR="00B62598" w:rsidRDefault="00B62598" w:rsidP="00B62598">
      <w:pPr>
        <w:rPr>
          <w:lang w:eastAsia="cs-CZ"/>
        </w:rPr>
      </w:pPr>
      <w:r>
        <w:rPr>
          <w:noProof/>
          <w:lang w:eastAsia="cs-CZ"/>
        </w:rPr>
        <w:drawing>
          <wp:inline distT="0" distB="0" distL="0" distR="0" wp14:anchorId="4D44D9B0" wp14:editId="14CEA937">
            <wp:extent cx="5972810" cy="2127250"/>
            <wp:effectExtent l="0" t="0" r="8890" b="6350"/>
            <wp:docPr id="53558394" name="Obráze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58394" name="Obrázek 53558394"/>
                    <pic:cNvPicPr/>
                  </pic:nvPicPr>
                  <pic:blipFill>
                    <a:blip r:embed="rId29"/>
                    <a:stretch>
                      <a:fillRect/>
                    </a:stretch>
                  </pic:blipFill>
                  <pic:spPr>
                    <a:xfrm>
                      <a:off x="0" y="0"/>
                      <a:ext cx="5972810" cy="2127250"/>
                    </a:xfrm>
                    <a:prstGeom prst="rect">
                      <a:avLst/>
                    </a:prstGeom>
                  </pic:spPr>
                </pic:pic>
              </a:graphicData>
            </a:graphic>
          </wp:inline>
        </w:drawing>
      </w:r>
    </w:p>
    <w:p w14:paraId="23BE1DFA" w14:textId="5F18F95E" w:rsidR="00B62598" w:rsidRDefault="00B62598" w:rsidP="00B62598">
      <w:pPr>
        <w:rPr>
          <w:lang w:eastAsia="cs-CZ"/>
        </w:rPr>
      </w:pPr>
      <w:r>
        <w:rPr>
          <w:lang w:eastAsia="cs-CZ"/>
        </w:rPr>
        <w:t xml:space="preserve">Otevřít nabídku </w:t>
      </w:r>
      <w:proofErr w:type="gramStart"/>
      <w:r w:rsidR="00713D62">
        <w:rPr>
          <w:lang w:eastAsia="cs-CZ"/>
        </w:rPr>
        <w:t>projektů</w:t>
      </w:r>
      <w:proofErr w:type="gramEnd"/>
      <w:r>
        <w:rPr>
          <w:lang w:eastAsia="cs-CZ"/>
        </w:rPr>
        <w:t xml:space="preserve"> a i zde můžete použít filtr podle vašich zájmů:</w:t>
      </w:r>
    </w:p>
    <w:p w14:paraId="0C73A498" w14:textId="3FC1406C" w:rsidR="00B62598" w:rsidRDefault="00B62598" w:rsidP="00B62598">
      <w:pPr>
        <w:rPr>
          <w:lang w:eastAsia="cs-CZ"/>
        </w:rPr>
      </w:pPr>
      <w:r>
        <w:rPr>
          <w:noProof/>
          <w:lang w:eastAsia="cs-CZ"/>
        </w:rPr>
        <w:drawing>
          <wp:inline distT="0" distB="0" distL="0" distR="0" wp14:anchorId="73D133CA" wp14:editId="58958332">
            <wp:extent cx="5972810" cy="2802255"/>
            <wp:effectExtent l="0" t="0" r="8890" b="0"/>
            <wp:docPr id="1502921690" name="Obráze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921690" name="Obrázek 1502921690"/>
                    <pic:cNvPicPr/>
                  </pic:nvPicPr>
                  <pic:blipFill>
                    <a:blip r:embed="rId30"/>
                    <a:stretch>
                      <a:fillRect/>
                    </a:stretch>
                  </pic:blipFill>
                  <pic:spPr>
                    <a:xfrm>
                      <a:off x="0" y="0"/>
                      <a:ext cx="5972810" cy="2802255"/>
                    </a:xfrm>
                    <a:prstGeom prst="rect">
                      <a:avLst/>
                    </a:prstGeom>
                  </pic:spPr>
                </pic:pic>
              </a:graphicData>
            </a:graphic>
          </wp:inline>
        </w:drawing>
      </w:r>
    </w:p>
    <w:p w14:paraId="1970977B" w14:textId="7C3BA2DB" w:rsidR="00B62598" w:rsidRDefault="00DD27D5" w:rsidP="00B62598">
      <w:pPr>
        <w:rPr>
          <w:lang w:eastAsia="cs-CZ"/>
        </w:rPr>
      </w:pPr>
      <w:r>
        <w:rPr>
          <w:lang w:eastAsia="cs-CZ"/>
        </w:rPr>
        <w:t>Ukázka projektů filtru „ČESKÁ REPUBLIKA“</w:t>
      </w:r>
    </w:p>
    <w:p w14:paraId="38078097" w14:textId="401A8C66" w:rsidR="00DD27D5" w:rsidRDefault="00DD27D5" w:rsidP="00B62598">
      <w:pPr>
        <w:rPr>
          <w:lang w:eastAsia="cs-CZ"/>
        </w:rPr>
      </w:pPr>
      <w:r>
        <w:rPr>
          <w:noProof/>
          <w:lang w:eastAsia="cs-CZ"/>
        </w:rPr>
        <w:drawing>
          <wp:inline distT="0" distB="0" distL="0" distR="0" wp14:anchorId="55890A5B" wp14:editId="50FB421C">
            <wp:extent cx="5972810" cy="3216275"/>
            <wp:effectExtent l="0" t="0" r="8890" b="3175"/>
            <wp:docPr id="353118309" name="Obráze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18309" name="Obrázek 353118309"/>
                    <pic:cNvPicPr/>
                  </pic:nvPicPr>
                  <pic:blipFill>
                    <a:blip r:embed="rId31"/>
                    <a:stretch>
                      <a:fillRect/>
                    </a:stretch>
                  </pic:blipFill>
                  <pic:spPr>
                    <a:xfrm>
                      <a:off x="0" y="0"/>
                      <a:ext cx="5972810" cy="3216275"/>
                    </a:xfrm>
                    <a:prstGeom prst="rect">
                      <a:avLst/>
                    </a:prstGeom>
                  </pic:spPr>
                </pic:pic>
              </a:graphicData>
            </a:graphic>
          </wp:inline>
        </w:drawing>
      </w:r>
    </w:p>
    <w:p w14:paraId="4DADD43E" w14:textId="77777777" w:rsidR="00DD27D5" w:rsidRPr="00B62598" w:rsidRDefault="00DD27D5" w:rsidP="00B62598">
      <w:pPr>
        <w:rPr>
          <w:lang w:eastAsia="cs-CZ"/>
        </w:rPr>
      </w:pPr>
    </w:p>
    <w:sectPr w:rsidR="00DD27D5" w:rsidRPr="00B62598" w:rsidSect="00BE3295">
      <w:headerReference w:type="default" r:id="rId32"/>
      <w:footerReference w:type="default" r:id="rId33"/>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52D073" w14:textId="77777777" w:rsidR="00544B9D" w:rsidRPr="00350C02" w:rsidRDefault="00544B9D" w:rsidP="00FE6AE8">
      <w:pPr>
        <w:spacing w:after="0" w:line="240" w:lineRule="auto"/>
      </w:pPr>
      <w:r w:rsidRPr="00350C02">
        <w:separator/>
      </w:r>
    </w:p>
    <w:p w14:paraId="1E13C6D0" w14:textId="77777777" w:rsidR="00544B9D" w:rsidRPr="00350C02" w:rsidRDefault="00544B9D"/>
    <w:p w14:paraId="77BED6C7" w14:textId="77777777" w:rsidR="00544B9D" w:rsidRPr="00350C02" w:rsidRDefault="00544B9D" w:rsidP="00165609"/>
  </w:endnote>
  <w:endnote w:type="continuationSeparator" w:id="0">
    <w:p w14:paraId="643BB182" w14:textId="77777777" w:rsidR="00544B9D" w:rsidRPr="00350C02" w:rsidRDefault="00544B9D" w:rsidP="00FE6AE8">
      <w:pPr>
        <w:spacing w:after="0" w:line="240" w:lineRule="auto"/>
      </w:pPr>
      <w:r w:rsidRPr="00350C02">
        <w:continuationSeparator/>
      </w:r>
    </w:p>
    <w:p w14:paraId="6115C73A" w14:textId="77777777" w:rsidR="00544B9D" w:rsidRPr="00350C02" w:rsidRDefault="00544B9D"/>
    <w:p w14:paraId="1B88F7B4" w14:textId="77777777" w:rsidR="00544B9D" w:rsidRPr="00350C02" w:rsidRDefault="00544B9D" w:rsidP="001656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EE"/>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4639151"/>
      <w:docPartObj>
        <w:docPartGallery w:val="Page Numbers (Bottom of Page)"/>
        <w:docPartUnique/>
      </w:docPartObj>
    </w:sdtPr>
    <w:sdtEndPr/>
    <w:sdtContent>
      <w:p w14:paraId="675F6303" w14:textId="6F7A833D" w:rsidR="00FE6AE8" w:rsidRPr="00350C02" w:rsidRDefault="00FE6AE8">
        <w:pPr>
          <w:pStyle w:val="Zpat"/>
          <w:jc w:val="center"/>
        </w:pPr>
        <w:r w:rsidRPr="00350C02">
          <w:fldChar w:fldCharType="begin"/>
        </w:r>
        <w:r w:rsidRPr="00350C02">
          <w:instrText>PAGE   \* MERGEFORMAT</w:instrText>
        </w:r>
        <w:r w:rsidRPr="00350C02">
          <w:fldChar w:fldCharType="separate"/>
        </w:r>
        <w:r w:rsidRPr="00350C02">
          <w:t>2</w:t>
        </w:r>
        <w:r w:rsidRPr="00350C02">
          <w:fldChar w:fldCharType="end"/>
        </w:r>
      </w:p>
    </w:sdtContent>
  </w:sdt>
  <w:p w14:paraId="40E3EE9D" w14:textId="77777777" w:rsidR="001C16E6" w:rsidRPr="00350C02" w:rsidRDefault="001C16E6" w:rsidP="00285BF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C9B255" w14:textId="77777777" w:rsidR="00544B9D" w:rsidRPr="00350C02" w:rsidRDefault="00544B9D" w:rsidP="00FE6AE8">
      <w:pPr>
        <w:spacing w:after="0" w:line="240" w:lineRule="auto"/>
      </w:pPr>
      <w:r w:rsidRPr="00350C02">
        <w:separator/>
      </w:r>
    </w:p>
    <w:p w14:paraId="0FCB66DC" w14:textId="77777777" w:rsidR="00544B9D" w:rsidRPr="00350C02" w:rsidRDefault="00544B9D"/>
    <w:p w14:paraId="0935C2B1" w14:textId="77777777" w:rsidR="00544B9D" w:rsidRPr="00350C02" w:rsidRDefault="00544B9D" w:rsidP="00165609"/>
  </w:footnote>
  <w:footnote w:type="continuationSeparator" w:id="0">
    <w:p w14:paraId="7618B666" w14:textId="77777777" w:rsidR="00544B9D" w:rsidRPr="00350C02" w:rsidRDefault="00544B9D" w:rsidP="00FE6AE8">
      <w:pPr>
        <w:spacing w:after="0" w:line="240" w:lineRule="auto"/>
      </w:pPr>
      <w:r w:rsidRPr="00350C02">
        <w:continuationSeparator/>
      </w:r>
    </w:p>
    <w:p w14:paraId="2D1A63D0" w14:textId="77777777" w:rsidR="00544B9D" w:rsidRPr="00350C02" w:rsidRDefault="00544B9D"/>
    <w:p w14:paraId="6873E6AC" w14:textId="77777777" w:rsidR="00544B9D" w:rsidRPr="00350C02" w:rsidRDefault="00544B9D" w:rsidP="001656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918E3" w14:textId="376EDE19" w:rsidR="00FE6AE8" w:rsidRPr="00350C02" w:rsidRDefault="00FE6AE8" w:rsidP="00FE6AE8">
    <w:pPr>
      <w:pStyle w:val="Zhlav"/>
      <w:rPr>
        <w:i/>
        <w:iCs/>
      </w:rPr>
    </w:pPr>
    <w:r w:rsidRPr="00350C02">
      <w:tab/>
    </w:r>
    <w:r w:rsidRPr="00350C02">
      <w:rPr>
        <w:i/>
        <w:iCs/>
      </w:rPr>
      <w:t xml:space="preserve">IT dovednosti pro seniory – </w:t>
    </w:r>
    <w:r w:rsidR="00641589">
      <w:rPr>
        <w:i/>
        <w:iCs/>
      </w:rPr>
      <w:t xml:space="preserve">Aktivně na </w:t>
    </w:r>
    <w:proofErr w:type="gramStart"/>
    <w:r w:rsidR="00641589">
      <w:rPr>
        <w:i/>
        <w:iCs/>
      </w:rPr>
      <w:t>internetu -</w:t>
    </w:r>
    <w:r w:rsidR="005C0875">
      <w:rPr>
        <w:i/>
        <w:iCs/>
      </w:rPr>
      <w:t xml:space="preserve"> </w:t>
    </w:r>
    <w:r w:rsidRPr="00350C02">
      <w:rPr>
        <w:i/>
        <w:iCs/>
      </w:rPr>
      <w:t>manu</w:t>
    </w:r>
    <w:r w:rsidR="002873BC">
      <w:rPr>
        <w:i/>
        <w:iCs/>
      </w:rPr>
      <w:t>á</w:t>
    </w:r>
    <w:r w:rsidRPr="00350C02">
      <w:rPr>
        <w:i/>
        <w:iCs/>
      </w:rPr>
      <w:t>l</w:t>
    </w:r>
    <w:proofErr w:type="gramEnd"/>
    <w:r w:rsidRPr="00350C02">
      <w:rPr>
        <w:i/>
        <w:iCs/>
      </w:rPr>
      <w:t xml:space="preserve"> pro úroveň</w:t>
    </w:r>
    <w:r w:rsidR="00641589">
      <w:rPr>
        <w:i/>
        <w:iCs/>
      </w:rPr>
      <w:t xml:space="preserve"> 3</w:t>
    </w:r>
  </w:p>
  <w:p w14:paraId="6AD5EE74" w14:textId="77777777" w:rsidR="005C0875" w:rsidRPr="0023384F" w:rsidRDefault="005C0875" w:rsidP="005C0875">
    <w:pPr>
      <w:spacing w:after="0" w:line="240" w:lineRule="auto"/>
      <w:jc w:val="center"/>
      <w:outlineLvl w:val="0"/>
      <w:rPr>
        <w:rFonts w:eastAsia="Times New Roman" w:cstheme="minorHAnsi"/>
        <w:b/>
        <w:smallCaps/>
        <w:sz w:val="28"/>
        <w:szCs w:val="32"/>
        <w:lang w:val="en-US" w:eastAsia="en-GB"/>
      </w:rPr>
    </w:pPr>
    <w:r w:rsidRPr="0047089F">
      <w:rPr>
        <w:i/>
        <w:iCs/>
        <w:sz w:val="16"/>
        <w:szCs w:val="16"/>
      </w:rPr>
      <w:t xml:space="preserve">Připraveno v rámci projektu </w:t>
    </w:r>
    <w:proofErr w:type="spellStart"/>
    <w:r w:rsidRPr="0047089F">
      <w:rPr>
        <w:i/>
        <w:iCs/>
        <w:sz w:val="16"/>
        <w:szCs w:val="16"/>
      </w:rPr>
      <w:t>Bloom</w:t>
    </w:r>
    <w:proofErr w:type="spellEnd"/>
    <w:r w:rsidRPr="0047089F">
      <w:rPr>
        <w:i/>
        <w:iCs/>
        <w:sz w:val="16"/>
        <w:szCs w:val="16"/>
      </w:rPr>
      <w:t xml:space="preserve"> 5.0</w:t>
    </w:r>
    <w:r>
      <w:rPr>
        <w:i/>
        <w:iCs/>
        <w:sz w:val="16"/>
        <w:szCs w:val="16"/>
      </w:rPr>
      <w:t xml:space="preserve">, </w:t>
    </w:r>
    <w:r w:rsidRPr="0047089F">
      <w:rPr>
        <w:i/>
        <w:iCs/>
        <w:sz w:val="16"/>
        <w:szCs w:val="16"/>
      </w:rPr>
      <w:t>Erasmus +, k.a.2, číslo projektu</w:t>
    </w:r>
    <w:r>
      <w:rPr>
        <w:i/>
        <w:iCs/>
        <w:sz w:val="16"/>
        <w:szCs w:val="16"/>
      </w:rPr>
      <w:t xml:space="preserve"> </w:t>
    </w:r>
    <w:r w:rsidRPr="0047089F">
      <w:rPr>
        <w:i/>
        <w:iCs/>
        <w:sz w:val="16"/>
        <w:szCs w:val="16"/>
      </w:rPr>
      <w:t>2024-</w:t>
    </w:r>
    <w:proofErr w:type="gramStart"/>
    <w:r w:rsidRPr="0047089F">
      <w:rPr>
        <w:i/>
        <w:iCs/>
        <w:sz w:val="16"/>
        <w:szCs w:val="16"/>
      </w:rPr>
      <w:t>1-HR01</w:t>
    </w:r>
    <w:proofErr w:type="gramEnd"/>
    <w:r w:rsidRPr="0047089F">
      <w:rPr>
        <w:i/>
        <w:iCs/>
        <w:sz w:val="16"/>
        <w:szCs w:val="16"/>
      </w:rPr>
      <w:t>-KA210-ADU-000245070</w:t>
    </w:r>
  </w:p>
  <w:p w14:paraId="45BF73C8" w14:textId="77777777" w:rsidR="001C16E6" w:rsidRPr="00350C02" w:rsidRDefault="001C16E6" w:rsidP="001656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slovanseznam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slovanseznam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Seznamsodrkami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E8E4F05E"/>
    <w:lvl w:ilvl="0">
      <w:start w:val="1"/>
      <w:numFmt w:val="bullet"/>
      <w:pStyle w:val="Seznamsodrkami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slovanseznam"/>
      <w:lvlText w:val="%1."/>
      <w:lvlJc w:val="left"/>
      <w:pPr>
        <w:tabs>
          <w:tab w:val="num" w:pos="360"/>
        </w:tabs>
        <w:ind w:left="360" w:hanging="360"/>
      </w:pPr>
    </w:lvl>
  </w:abstractNum>
  <w:abstractNum w:abstractNumId="5" w15:restartNumberingAfterBreak="0">
    <w:nsid w:val="FFFFFF89"/>
    <w:multiLevelType w:val="singleLevel"/>
    <w:tmpl w:val="9FA0538E"/>
    <w:lvl w:ilvl="0">
      <w:start w:val="1"/>
      <w:numFmt w:val="bullet"/>
      <w:pStyle w:val="Seznamsodrkami"/>
      <w:lvlText w:val=""/>
      <w:lvlJc w:val="left"/>
      <w:pPr>
        <w:tabs>
          <w:tab w:val="num" w:pos="360"/>
        </w:tabs>
        <w:ind w:left="360" w:hanging="360"/>
      </w:pPr>
      <w:rPr>
        <w:rFonts w:ascii="Symbol" w:hAnsi="Symbol" w:hint="default"/>
      </w:rPr>
    </w:lvl>
  </w:abstractNum>
  <w:abstractNum w:abstractNumId="6" w15:restartNumberingAfterBreak="0">
    <w:nsid w:val="00C10C5C"/>
    <w:multiLevelType w:val="multilevel"/>
    <w:tmpl w:val="CC822A7A"/>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7" w15:restartNumberingAfterBreak="0">
    <w:nsid w:val="02814D7E"/>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403A3F"/>
    <w:multiLevelType w:val="multilevel"/>
    <w:tmpl w:val="B4466498"/>
    <w:lvl w:ilvl="0">
      <w:start w:val="5"/>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9" w15:restartNumberingAfterBreak="0">
    <w:nsid w:val="085F5D1E"/>
    <w:multiLevelType w:val="multilevel"/>
    <w:tmpl w:val="DC0441F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93979AE"/>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F337D0"/>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8220BA"/>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1A5753"/>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C1585E"/>
    <w:multiLevelType w:val="multilevel"/>
    <w:tmpl w:val="12F81B8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15:restartNumberingAfterBreak="0">
    <w:nsid w:val="13CD47A8"/>
    <w:multiLevelType w:val="hybridMultilevel"/>
    <w:tmpl w:val="57A85A7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6" w15:restartNumberingAfterBreak="0">
    <w:nsid w:val="1516295F"/>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483000"/>
    <w:multiLevelType w:val="multilevel"/>
    <w:tmpl w:val="C45460CA"/>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8907B9C"/>
    <w:multiLevelType w:val="hybridMultilevel"/>
    <w:tmpl w:val="9F921C3E"/>
    <w:lvl w:ilvl="0" w:tplc="396430A0">
      <w:numFmt w:val="bullet"/>
      <w:lvlText w:val="•"/>
      <w:lvlJc w:val="left"/>
      <w:pPr>
        <w:ind w:left="720" w:hanging="360"/>
      </w:pPr>
      <w:rPr>
        <w:rFonts w:ascii="Cambria" w:eastAsiaTheme="minorEastAsia" w:hAnsi="Cambri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B7C1C6A"/>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90F05"/>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B11138"/>
    <w:multiLevelType w:val="hybridMultilevel"/>
    <w:tmpl w:val="FCB2EB4C"/>
    <w:lvl w:ilvl="0" w:tplc="7FF8E2B6">
      <w:start w:val="1"/>
      <w:numFmt w:val="bullet"/>
      <w:pStyle w:val="OdrkyMSWORD"/>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7876E65E">
      <w:start w:val="1"/>
      <w:numFmt w:val="bullet"/>
      <w:lvlText w:val="–"/>
      <w:lvlJc w:val="left"/>
      <w:pPr>
        <w:ind w:left="2710" w:hanging="910"/>
      </w:pPr>
      <w:rPr>
        <w:rFonts w:ascii="Cambria" w:eastAsiaTheme="minorEastAsia" w:hAnsi="Cambria" w:cstheme="minorBidi"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4981C6A"/>
    <w:multiLevelType w:val="multilevel"/>
    <w:tmpl w:val="AC222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54D415E"/>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5CD5535"/>
    <w:multiLevelType w:val="hybridMultilevel"/>
    <w:tmpl w:val="38A45158"/>
    <w:lvl w:ilvl="0" w:tplc="396430A0">
      <w:numFmt w:val="bullet"/>
      <w:lvlText w:val="•"/>
      <w:lvlJc w:val="left"/>
      <w:pPr>
        <w:ind w:left="720" w:hanging="360"/>
      </w:pPr>
      <w:rPr>
        <w:rFonts w:ascii="Cambria" w:eastAsiaTheme="minorEastAsia" w:hAnsi="Cambri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2A34566F"/>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BD5481E"/>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C777A6B"/>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E495454"/>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D1286D"/>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6A05E30"/>
    <w:multiLevelType w:val="multilevel"/>
    <w:tmpl w:val="553C7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D14613B"/>
    <w:multiLevelType w:val="hybridMultilevel"/>
    <w:tmpl w:val="AB58BC80"/>
    <w:lvl w:ilvl="0" w:tplc="396430A0">
      <w:numFmt w:val="bullet"/>
      <w:lvlText w:val="•"/>
      <w:lvlJc w:val="left"/>
      <w:pPr>
        <w:ind w:left="720" w:hanging="360"/>
      </w:pPr>
      <w:rPr>
        <w:rFonts w:ascii="Cambria" w:eastAsiaTheme="minorEastAsia" w:hAnsi="Cambri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43C75D05"/>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4A81C8C"/>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82B5189"/>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8577442"/>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9713EC8"/>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D2420EC"/>
    <w:multiLevelType w:val="multilevel"/>
    <w:tmpl w:val="E5548C9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8" w15:restartNumberingAfterBreak="0">
    <w:nsid w:val="4ECB04DB"/>
    <w:multiLevelType w:val="multilevel"/>
    <w:tmpl w:val="0A9089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EF255FD"/>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1EF1488"/>
    <w:multiLevelType w:val="hybridMultilevel"/>
    <w:tmpl w:val="9B34C2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53BD4240"/>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62061BE"/>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CB43DE2"/>
    <w:multiLevelType w:val="multilevel"/>
    <w:tmpl w:val="E5548C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F2963C8"/>
    <w:multiLevelType w:val="hybridMultilevel"/>
    <w:tmpl w:val="96C815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60B83A5C"/>
    <w:multiLevelType w:val="hybridMultilevel"/>
    <w:tmpl w:val="4606CB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60E208B7"/>
    <w:multiLevelType w:val="hybridMultilevel"/>
    <w:tmpl w:val="113EFB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64892527"/>
    <w:multiLevelType w:val="multilevel"/>
    <w:tmpl w:val="E2A8D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5164F6F"/>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5636125"/>
    <w:multiLevelType w:val="multilevel"/>
    <w:tmpl w:val="AC9C4B9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0" w15:restartNumberingAfterBreak="0">
    <w:nsid w:val="69703B7B"/>
    <w:multiLevelType w:val="multilevel"/>
    <w:tmpl w:val="B532EE4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1" w15:restartNumberingAfterBreak="0">
    <w:nsid w:val="6B9F7621"/>
    <w:multiLevelType w:val="multilevel"/>
    <w:tmpl w:val="22AA2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DCA2E93"/>
    <w:multiLevelType w:val="multilevel"/>
    <w:tmpl w:val="B532EE4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3" w15:restartNumberingAfterBreak="0">
    <w:nsid w:val="6F7951F4"/>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0E25139"/>
    <w:multiLevelType w:val="hybridMultilevel"/>
    <w:tmpl w:val="6AC0C4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716D29D5"/>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42F6FB1"/>
    <w:multiLevelType w:val="hybridMultilevel"/>
    <w:tmpl w:val="313291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74813B67"/>
    <w:multiLevelType w:val="hybridMultilevel"/>
    <w:tmpl w:val="52086D76"/>
    <w:lvl w:ilvl="0" w:tplc="0405000F">
      <w:start w:val="1"/>
      <w:numFmt w:val="decimal"/>
      <w:lvlText w:val="%1."/>
      <w:lvlJc w:val="left"/>
      <w:pPr>
        <w:ind w:left="768" w:hanging="360"/>
      </w:pPr>
    </w:lvl>
    <w:lvl w:ilvl="1" w:tplc="04050019" w:tentative="1">
      <w:start w:val="1"/>
      <w:numFmt w:val="lowerLetter"/>
      <w:lvlText w:val="%2."/>
      <w:lvlJc w:val="left"/>
      <w:pPr>
        <w:ind w:left="1488" w:hanging="360"/>
      </w:pPr>
    </w:lvl>
    <w:lvl w:ilvl="2" w:tplc="0405001B" w:tentative="1">
      <w:start w:val="1"/>
      <w:numFmt w:val="lowerRoman"/>
      <w:lvlText w:val="%3."/>
      <w:lvlJc w:val="right"/>
      <w:pPr>
        <w:ind w:left="2208" w:hanging="180"/>
      </w:pPr>
    </w:lvl>
    <w:lvl w:ilvl="3" w:tplc="0405000F" w:tentative="1">
      <w:start w:val="1"/>
      <w:numFmt w:val="decimal"/>
      <w:lvlText w:val="%4."/>
      <w:lvlJc w:val="left"/>
      <w:pPr>
        <w:ind w:left="2928" w:hanging="360"/>
      </w:pPr>
    </w:lvl>
    <w:lvl w:ilvl="4" w:tplc="04050019" w:tentative="1">
      <w:start w:val="1"/>
      <w:numFmt w:val="lowerLetter"/>
      <w:lvlText w:val="%5."/>
      <w:lvlJc w:val="left"/>
      <w:pPr>
        <w:ind w:left="3648" w:hanging="360"/>
      </w:pPr>
    </w:lvl>
    <w:lvl w:ilvl="5" w:tplc="0405001B" w:tentative="1">
      <w:start w:val="1"/>
      <w:numFmt w:val="lowerRoman"/>
      <w:lvlText w:val="%6."/>
      <w:lvlJc w:val="right"/>
      <w:pPr>
        <w:ind w:left="4368" w:hanging="180"/>
      </w:pPr>
    </w:lvl>
    <w:lvl w:ilvl="6" w:tplc="0405000F" w:tentative="1">
      <w:start w:val="1"/>
      <w:numFmt w:val="decimal"/>
      <w:lvlText w:val="%7."/>
      <w:lvlJc w:val="left"/>
      <w:pPr>
        <w:ind w:left="5088" w:hanging="360"/>
      </w:pPr>
    </w:lvl>
    <w:lvl w:ilvl="7" w:tplc="04050019" w:tentative="1">
      <w:start w:val="1"/>
      <w:numFmt w:val="lowerLetter"/>
      <w:lvlText w:val="%8."/>
      <w:lvlJc w:val="left"/>
      <w:pPr>
        <w:ind w:left="5808" w:hanging="360"/>
      </w:pPr>
    </w:lvl>
    <w:lvl w:ilvl="8" w:tplc="0405001B" w:tentative="1">
      <w:start w:val="1"/>
      <w:numFmt w:val="lowerRoman"/>
      <w:lvlText w:val="%9."/>
      <w:lvlJc w:val="right"/>
      <w:pPr>
        <w:ind w:left="6528" w:hanging="180"/>
      </w:pPr>
    </w:lvl>
  </w:abstractNum>
  <w:abstractNum w:abstractNumId="58" w15:restartNumberingAfterBreak="0">
    <w:nsid w:val="779F6760"/>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8BB7BE4"/>
    <w:multiLevelType w:val="multilevel"/>
    <w:tmpl w:val="53BA6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A141A77"/>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CA8158C"/>
    <w:multiLevelType w:val="hybridMultilevel"/>
    <w:tmpl w:val="C0C621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7DD34DBA"/>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FE016C6"/>
    <w:multiLevelType w:val="multilevel"/>
    <w:tmpl w:val="AC9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3814874">
    <w:abstractNumId w:val="5"/>
  </w:num>
  <w:num w:numId="2" w16cid:durableId="1186944560">
    <w:abstractNumId w:val="3"/>
  </w:num>
  <w:num w:numId="3" w16cid:durableId="1028221860">
    <w:abstractNumId w:val="2"/>
  </w:num>
  <w:num w:numId="4" w16cid:durableId="544489931">
    <w:abstractNumId w:val="4"/>
  </w:num>
  <w:num w:numId="5" w16cid:durableId="134759574">
    <w:abstractNumId w:val="1"/>
  </w:num>
  <w:num w:numId="6" w16cid:durableId="1777482198">
    <w:abstractNumId w:val="0"/>
  </w:num>
  <w:num w:numId="7" w16cid:durableId="1687900788">
    <w:abstractNumId w:val="8"/>
  </w:num>
  <w:num w:numId="8" w16cid:durableId="1515535948">
    <w:abstractNumId w:val="21"/>
  </w:num>
  <w:num w:numId="9" w16cid:durableId="1343629487">
    <w:abstractNumId w:val="56"/>
  </w:num>
  <w:num w:numId="10" w16cid:durableId="197401310">
    <w:abstractNumId w:val="46"/>
  </w:num>
  <w:num w:numId="11" w16cid:durableId="2099907927">
    <w:abstractNumId w:val="57"/>
  </w:num>
  <w:num w:numId="12" w16cid:durableId="279146282">
    <w:abstractNumId w:val="24"/>
  </w:num>
  <w:num w:numId="13" w16cid:durableId="1681010077">
    <w:abstractNumId w:val="18"/>
  </w:num>
  <w:num w:numId="14" w16cid:durableId="692222184">
    <w:abstractNumId w:val="31"/>
  </w:num>
  <w:num w:numId="15" w16cid:durableId="824858155">
    <w:abstractNumId w:val="61"/>
  </w:num>
  <w:num w:numId="16" w16cid:durableId="743844618">
    <w:abstractNumId w:val="44"/>
  </w:num>
  <w:num w:numId="17" w16cid:durableId="262345982">
    <w:abstractNumId w:val="17"/>
  </w:num>
  <w:num w:numId="18" w16cid:durableId="1918392154">
    <w:abstractNumId w:val="54"/>
  </w:num>
  <w:num w:numId="19" w16cid:durableId="2087529512">
    <w:abstractNumId w:val="6"/>
  </w:num>
  <w:num w:numId="20" w16cid:durableId="425542575">
    <w:abstractNumId w:val="40"/>
  </w:num>
  <w:num w:numId="21" w16cid:durableId="1196312159">
    <w:abstractNumId w:val="59"/>
  </w:num>
  <w:num w:numId="22" w16cid:durableId="1272780681">
    <w:abstractNumId w:val="30"/>
  </w:num>
  <w:num w:numId="23" w16cid:durableId="928272965">
    <w:abstractNumId w:val="45"/>
  </w:num>
  <w:num w:numId="24" w16cid:durableId="426536672">
    <w:abstractNumId w:val="9"/>
  </w:num>
  <w:num w:numId="25" w16cid:durableId="1477646465">
    <w:abstractNumId w:val="38"/>
  </w:num>
  <w:num w:numId="26" w16cid:durableId="309600475">
    <w:abstractNumId w:val="51"/>
  </w:num>
  <w:num w:numId="27" w16cid:durableId="707683948">
    <w:abstractNumId w:val="22"/>
  </w:num>
  <w:num w:numId="28" w16cid:durableId="1988167286">
    <w:abstractNumId w:val="13"/>
  </w:num>
  <w:num w:numId="29" w16cid:durableId="1170951919">
    <w:abstractNumId w:val="41"/>
  </w:num>
  <w:num w:numId="30" w16cid:durableId="2073304299">
    <w:abstractNumId w:val="52"/>
  </w:num>
  <w:num w:numId="31" w16cid:durableId="1295790190">
    <w:abstractNumId w:val="10"/>
  </w:num>
  <w:num w:numId="32" w16cid:durableId="986975582">
    <w:abstractNumId w:val="25"/>
  </w:num>
  <w:num w:numId="33" w16cid:durableId="513543760">
    <w:abstractNumId w:val="7"/>
  </w:num>
  <w:num w:numId="34" w16cid:durableId="357776717">
    <w:abstractNumId w:val="50"/>
  </w:num>
  <w:num w:numId="35" w16cid:durableId="1307051191">
    <w:abstractNumId w:val="63"/>
  </w:num>
  <w:num w:numId="36" w16cid:durableId="44064748">
    <w:abstractNumId w:val="60"/>
  </w:num>
  <w:num w:numId="37" w16cid:durableId="198470706">
    <w:abstractNumId w:val="14"/>
  </w:num>
  <w:num w:numId="38" w16cid:durableId="267470712">
    <w:abstractNumId w:val="62"/>
  </w:num>
  <w:num w:numId="39" w16cid:durableId="761266618">
    <w:abstractNumId w:val="27"/>
  </w:num>
  <w:num w:numId="40" w16cid:durableId="206918695">
    <w:abstractNumId w:val="49"/>
  </w:num>
  <w:num w:numId="41" w16cid:durableId="2048211886">
    <w:abstractNumId w:val="37"/>
  </w:num>
  <w:num w:numId="42" w16cid:durableId="264312982">
    <w:abstractNumId w:val="39"/>
  </w:num>
  <w:num w:numId="43" w16cid:durableId="546142049">
    <w:abstractNumId w:val="48"/>
  </w:num>
  <w:num w:numId="44" w16cid:durableId="25641445">
    <w:abstractNumId w:val="55"/>
  </w:num>
  <w:num w:numId="45" w16cid:durableId="1157963100">
    <w:abstractNumId w:val="36"/>
  </w:num>
  <w:num w:numId="46" w16cid:durableId="1372341244">
    <w:abstractNumId w:val="16"/>
  </w:num>
  <w:num w:numId="47" w16cid:durableId="2076463812">
    <w:abstractNumId w:val="42"/>
  </w:num>
  <w:num w:numId="48" w16cid:durableId="1873573228">
    <w:abstractNumId w:val="15"/>
  </w:num>
  <w:num w:numId="49" w16cid:durableId="1469275162">
    <w:abstractNumId w:val="32"/>
  </w:num>
  <w:num w:numId="50" w16cid:durableId="81150659">
    <w:abstractNumId w:val="23"/>
  </w:num>
  <w:num w:numId="51" w16cid:durableId="439879627">
    <w:abstractNumId w:val="58"/>
  </w:num>
  <w:num w:numId="52" w16cid:durableId="1769228769">
    <w:abstractNumId w:val="20"/>
  </w:num>
  <w:num w:numId="53" w16cid:durableId="1199388567">
    <w:abstractNumId w:val="12"/>
  </w:num>
  <w:num w:numId="54" w16cid:durableId="1120536853">
    <w:abstractNumId w:val="53"/>
  </w:num>
  <w:num w:numId="55" w16cid:durableId="1603026175">
    <w:abstractNumId w:val="11"/>
  </w:num>
  <w:num w:numId="56" w16cid:durableId="1311639591">
    <w:abstractNumId w:val="33"/>
  </w:num>
  <w:num w:numId="57" w16cid:durableId="629941870">
    <w:abstractNumId w:val="29"/>
  </w:num>
  <w:num w:numId="58" w16cid:durableId="1221748830">
    <w:abstractNumId w:val="19"/>
  </w:num>
  <w:num w:numId="59" w16cid:durableId="1617831226">
    <w:abstractNumId w:val="28"/>
  </w:num>
  <w:num w:numId="60" w16cid:durableId="1607419638">
    <w:abstractNumId w:val="26"/>
  </w:num>
  <w:num w:numId="61" w16cid:durableId="818420659">
    <w:abstractNumId w:val="34"/>
  </w:num>
  <w:num w:numId="62" w16cid:durableId="1343437671">
    <w:abstractNumId w:val="35"/>
  </w:num>
  <w:num w:numId="63" w16cid:durableId="1304579010">
    <w:abstractNumId w:val="43"/>
  </w:num>
  <w:num w:numId="64" w16cid:durableId="1690598330">
    <w:abstractNumId w:val="4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2741"/>
    <w:rsid w:val="00034616"/>
    <w:rsid w:val="000347AC"/>
    <w:rsid w:val="00055F1E"/>
    <w:rsid w:val="0006063C"/>
    <w:rsid w:val="00081612"/>
    <w:rsid w:val="000914BC"/>
    <w:rsid w:val="000B0C73"/>
    <w:rsid w:val="000B306C"/>
    <w:rsid w:val="000E0A5D"/>
    <w:rsid w:val="000E0BE4"/>
    <w:rsid w:val="000E353C"/>
    <w:rsid w:val="000E60A0"/>
    <w:rsid w:val="000F510D"/>
    <w:rsid w:val="000F713C"/>
    <w:rsid w:val="00111C28"/>
    <w:rsid w:val="00136D63"/>
    <w:rsid w:val="0015074B"/>
    <w:rsid w:val="0015096D"/>
    <w:rsid w:val="00157CE0"/>
    <w:rsid w:val="00165609"/>
    <w:rsid w:val="001727CF"/>
    <w:rsid w:val="001815D4"/>
    <w:rsid w:val="001942B6"/>
    <w:rsid w:val="001977EE"/>
    <w:rsid w:val="001B08CB"/>
    <w:rsid w:val="001B3A1C"/>
    <w:rsid w:val="001C16E6"/>
    <w:rsid w:val="001E0AEB"/>
    <w:rsid w:val="001F4B61"/>
    <w:rsid w:val="001F4EB7"/>
    <w:rsid w:val="00203B6A"/>
    <w:rsid w:val="00215CBA"/>
    <w:rsid w:val="0022517D"/>
    <w:rsid w:val="00230C06"/>
    <w:rsid w:val="00231992"/>
    <w:rsid w:val="00235B90"/>
    <w:rsid w:val="00244651"/>
    <w:rsid w:val="002557A4"/>
    <w:rsid w:val="0026085E"/>
    <w:rsid w:val="0028148C"/>
    <w:rsid w:val="00285BF9"/>
    <w:rsid w:val="002873BC"/>
    <w:rsid w:val="00290105"/>
    <w:rsid w:val="0029639D"/>
    <w:rsid w:val="002B525C"/>
    <w:rsid w:val="002C2EAA"/>
    <w:rsid w:val="002C4012"/>
    <w:rsid w:val="002C705C"/>
    <w:rsid w:val="002D7A91"/>
    <w:rsid w:val="002E24B1"/>
    <w:rsid w:val="002E7706"/>
    <w:rsid w:val="002F78C7"/>
    <w:rsid w:val="00312DF8"/>
    <w:rsid w:val="00323233"/>
    <w:rsid w:val="00326F90"/>
    <w:rsid w:val="00350C02"/>
    <w:rsid w:val="0037283C"/>
    <w:rsid w:val="003841A4"/>
    <w:rsid w:val="00396979"/>
    <w:rsid w:val="003A211A"/>
    <w:rsid w:val="003A4127"/>
    <w:rsid w:val="003A44F3"/>
    <w:rsid w:val="003B4E16"/>
    <w:rsid w:val="003B5377"/>
    <w:rsid w:val="003C52B2"/>
    <w:rsid w:val="003E1B96"/>
    <w:rsid w:val="00443D68"/>
    <w:rsid w:val="004658CE"/>
    <w:rsid w:val="00474E34"/>
    <w:rsid w:val="00475C96"/>
    <w:rsid w:val="00486660"/>
    <w:rsid w:val="004A1759"/>
    <w:rsid w:val="004A21EF"/>
    <w:rsid w:val="004D207F"/>
    <w:rsid w:val="004E1911"/>
    <w:rsid w:val="004E3CF4"/>
    <w:rsid w:val="004F5070"/>
    <w:rsid w:val="004F7087"/>
    <w:rsid w:val="005021E0"/>
    <w:rsid w:val="005121D8"/>
    <w:rsid w:val="00544B9D"/>
    <w:rsid w:val="005461CD"/>
    <w:rsid w:val="005475AB"/>
    <w:rsid w:val="00553E72"/>
    <w:rsid w:val="005668D0"/>
    <w:rsid w:val="00572851"/>
    <w:rsid w:val="00575710"/>
    <w:rsid w:val="0059270C"/>
    <w:rsid w:val="005A19F6"/>
    <w:rsid w:val="005C0875"/>
    <w:rsid w:val="005E7118"/>
    <w:rsid w:val="005F7CCC"/>
    <w:rsid w:val="0061509F"/>
    <w:rsid w:val="00641589"/>
    <w:rsid w:val="00680446"/>
    <w:rsid w:val="006860FD"/>
    <w:rsid w:val="00686219"/>
    <w:rsid w:val="00686C38"/>
    <w:rsid w:val="00694CCC"/>
    <w:rsid w:val="00697465"/>
    <w:rsid w:val="006A436B"/>
    <w:rsid w:val="006D73A2"/>
    <w:rsid w:val="006E7A60"/>
    <w:rsid w:val="006F02D6"/>
    <w:rsid w:val="006F5725"/>
    <w:rsid w:val="00713D62"/>
    <w:rsid w:val="00722831"/>
    <w:rsid w:val="00734400"/>
    <w:rsid w:val="007531B4"/>
    <w:rsid w:val="00753ACC"/>
    <w:rsid w:val="00764CA5"/>
    <w:rsid w:val="0076740B"/>
    <w:rsid w:val="007848EF"/>
    <w:rsid w:val="00791BAE"/>
    <w:rsid w:val="00795676"/>
    <w:rsid w:val="007A5EF0"/>
    <w:rsid w:val="007B23A2"/>
    <w:rsid w:val="007C080B"/>
    <w:rsid w:val="007E095C"/>
    <w:rsid w:val="007E50F4"/>
    <w:rsid w:val="007F2271"/>
    <w:rsid w:val="00800CF3"/>
    <w:rsid w:val="00832C8B"/>
    <w:rsid w:val="0084140B"/>
    <w:rsid w:val="0085017B"/>
    <w:rsid w:val="008704CD"/>
    <w:rsid w:val="008B7C6D"/>
    <w:rsid w:val="008C1F78"/>
    <w:rsid w:val="008D5333"/>
    <w:rsid w:val="008D7D68"/>
    <w:rsid w:val="008E42FB"/>
    <w:rsid w:val="008E5D69"/>
    <w:rsid w:val="009230FC"/>
    <w:rsid w:val="009326A2"/>
    <w:rsid w:val="009431B1"/>
    <w:rsid w:val="00944380"/>
    <w:rsid w:val="0095006E"/>
    <w:rsid w:val="0095793F"/>
    <w:rsid w:val="00957FB0"/>
    <w:rsid w:val="009612FA"/>
    <w:rsid w:val="00967D18"/>
    <w:rsid w:val="00976C3F"/>
    <w:rsid w:val="00983DDD"/>
    <w:rsid w:val="009865C4"/>
    <w:rsid w:val="009A1247"/>
    <w:rsid w:val="009C1AF8"/>
    <w:rsid w:val="009E0319"/>
    <w:rsid w:val="009F2908"/>
    <w:rsid w:val="009F6620"/>
    <w:rsid w:val="00A02767"/>
    <w:rsid w:val="00A033EE"/>
    <w:rsid w:val="00A06826"/>
    <w:rsid w:val="00A406B4"/>
    <w:rsid w:val="00A642C6"/>
    <w:rsid w:val="00A71A34"/>
    <w:rsid w:val="00AA1D8D"/>
    <w:rsid w:val="00AA3084"/>
    <w:rsid w:val="00AA5783"/>
    <w:rsid w:val="00AB1536"/>
    <w:rsid w:val="00AB3C25"/>
    <w:rsid w:val="00AD047C"/>
    <w:rsid w:val="00AD11C0"/>
    <w:rsid w:val="00AE20A5"/>
    <w:rsid w:val="00AF4CF2"/>
    <w:rsid w:val="00B0042C"/>
    <w:rsid w:val="00B26176"/>
    <w:rsid w:val="00B3242D"/>
    <w:rsid w:val="00B341C5"/>
    <w:rsid w:val="00B34395"/>
    <w:rsid w:val="00B35CB6"/>
    <w:rsid w:val="00B37605"/>
    <w:rsid w:val="00B47730"/>
    <w:rsid w:val="00B50EB0"/>
    <w:rsid w:val="00B62598"/>
    <w:rsid w:val="00B629D7"/>
    <w:rsid w:val="00B65576"/>
    <w:rsid w:val="00B72513"/>
    <w:rsid w:val="00B85DAE"/>
    <w:rsid w:val="00B922AA"/>
    <w:rsid w:val="00B951A8"/>
    <w:rsid w:val="00BB0C12"/>
    <w:rsid w:val="00BB3586"/>
    <w:rsid w:val="00BB370C"/>
    <w:rsid w:val="00BC134E"/>
    <w:rsid w:val="00BE3295"/>
    <w:rsid w:val="00BE4ED9"/>
    <w:rsid w:val="00BF65A9"/>
    <w:rsid w:val="00C036DF"/>
    <w:rsid w:val="00C11DD1"/>
    <w:rsid w:val="00C21F9C"/>
    <w:rsid w:val="00C31D2E"/>
    <w:rsid w:val="00C40E8A"/>
    <w:rsid w:val="00C72EA5"/>
    <w:rsid w:val="00CA495A"/>
    <w:rsid w:val="00CA5DDC"/>
    <w:rsid w:val="00CB0664"/>
    <w:rsid w:val="00CB3137"/>
    <w:rsid w:val="00CB32B9"/>
    <w:rsid w:val="00CC03EB"/>
    <w:rsid w:val="00CC33AF"/>
    <w:rsid w:val="00CC6972"/>
    <w:rsid w:val="00CD0061"/>
    <w:rsid w:val="00CD22A9"/>
    <w:rsid w:val="00CE3342"/>
    <w:rsid w:val="00CF3DDB"/>
    <w:rsid w:val="00CF7FC0"/>
    <w:rsid w:val="00D102E7"/>
    <w:rsid w:val="00D11342"/>
    <w:rsid w:val="00D16363"/>
    <w:rsid w:val="00D4619B"/>
    <w:rsid w:val="00D51BDC"/>
    <w:rsid w:val="00D5445A"/>
    <w:rsid w:val="00D701AA"/>
    <w:rsid w:val="00D758A1"/>
    <w:rsid w:val="00D8602C"/>
    <w:rsid w:val="00D86574"/>
    <w:rsid w:val="00DA042A"/>
    <w:rsid w:val="00DA0FFD"/>
    <w:rsid w:val="00DD0777"/>
    <w:rsid w:val="00DD1337"/>
    <w:rsid w:val="00DD27D5"/>
    <w:rsid w:val="00DD41B7"/>
    <w:rsid w:val="00DE27B9"/>
    <w:rsid w:val="00E036B5"/>
    <w:rsid w:val="00E453B9"/>
    <w:rsid w:val="00E57243"/>
    <w:rsid w:val="00E820A8"/>
    <w:rsid w:val="00E830FB"/>
    <w:rsid w:val="00E85D5F"/>
    <w:rsid w:val="00E87F00"/>
    <w:rsid w:val="00E9394A"/>
    <w:rsid w:val="00EA1F1E"/>
    <w:rsid w:val="00EA70D6"/>
    <w:rsid w:val="00EB119E"/>
    <w:rsid w:val="00EB34AE"/>
    <w:rsid w:val="00EB44D3"/>
    <w:rsid w:val="00EB4A6E"/>
    <w:rsid w:val="00EB6361"/>
    <w:rsid w:val="00EC3E59"/>
    <w:rsid w:val="00EE0EC2"/>
    <w:rsid w:val="00F16D5A"/>
    <w:rsid w:val="00F64B9E"/>
    <w:rsid w:val="00F8535C"/>
    <w:rsid w:val="00F94609"/>
    <w:rsid w:val="00F94BD1"/>
    <w:rsid w:val="00FA0201"/>
    <w:rsid w:val="00FA024B"/>
    <w:rsid w:val="00FA7A60"/>
    <w:rsid w:val="00FB5B5E"/>
    <w:rsid w:val="00FB668E"/>
    <w:rsid w:val="00FC635A"/>
    <w:rsid w:val="00FC693F"/>
    <w:rsid w:val="00FD1998"/>
    <w:rsid w:val="00FD46BC"/>
    <w:rsid w:val="00FE0AEE"/>
    <w:rsid w:val="00FE0F75"/>
    <w:rsid w:val="00FE6AE8"/>
    <w:rsid w:val="00FF5D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C8F23A"/>
  <w14:defaultImageDpi w14:val="300"/>
  <w15:docId w15:val="{ADC7EFD2-616F-4109-BBDD-49B006EE1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B32B9"/>
    <w:pPr>
      <w:jc w:val="both"/>
    </w:pPr>
    <w:rPr>
      <w:lang w:val="cs-CZ"/>
    </w:rPr>
  </w:style>
  <w:style w:type="paragraph" w:styleId="Nadpis1">
    <w:name w:val="heading 1"/>
    <w:basedOn w:val="Normln"/>
    <w:next w:val="Normln"/>
    <w:link w:val="Nadpis1Char"/>
    <w:uiPriority w:val="9"/>
    <w:qFormat/>
    <w:rsid w:val="000347AC"/>
    <w:pPr>
      <w:keepNext/>
      <w:keepLines/>
      <w:numPr>
        <w:numId w:val="7"/>
      </w:numPr>
      <w:spacing w:before="480" w:after="240"/>
      <w:outlineLvl w:val="0"/>
    </w:pPr>
    <w:rPr>
      <w:rFonts w:asciiTheme="majorHAnsi" w:eastAsiaTheme="majorEastAsia" w:hAnsiTheme="majorHAnsi" w:cstheme="majorBidi"/>
      <w:b/>
      <w:bCs/>
      <w:sz w:val="36"/>
      <w:szCs w:val="32"/>
    </w:rPr>
  </w:style>
  <w:style w:type="paragraph" w:styleId="Nadpis2">
    <w:name w:val="heading 2"/>
    <w:basedOn w:val="Normln"/>
    <w:next w:val="Normln"/>
    <w:link w:val="Nadpis2Char"/>
    <w:uiPriority w:val="9"/>
    <w:unhideWhenUsed/>
    <w:qFormat/>
    <w:rsid w:val="00285BF9"/>
    <w:pPr>
      <w:keepNext/>
      <w:keepLines/>
      <w:numPr>
        <w:ilvl w:val="1"/>
        <w:numId w:val="7"/>
      </w:numPr>
      <w:spacing w:before="240" w:after="0"/>
      <w:outlineLvl w:val="1"/>
    </w:pPr>
    <w:rPr>
      <w:rFonts w:asciiTheme="majorHAnsi" w:eastAsiaTheme="majorEastAsia" w:hAnsiTheme="majorHAnsi" w:cstheme="majorBidi"/>
      <w:b/>
      <w:bCs/>
      <w:sz w:val="28"/>
      <w:szCs w:val="28"/>
      <w:lang w:eastAsia="cs-CZ"/>
    </w:rPr>
  </w:style>
  <w:style w:type="paragraph" w:styleId="Nadpis3">
    <w:name w:val="heading 3"/>
    <w:basedOn w:val="Normln"/>
    <w:next w:val="Normln"/>
    <w:link w:val="Nadpis3Char"/>
    <w:uiPriority w:val="9"/>
    <w:unhideWhenUsed/>
    <w:qFormat/>
    <w:rsid w:val="0015096D"/>
    <w:pPr>
      <w:keepNext/>
      <w:keepLines/>
      <w:numPr>
        <w:ilvl w:val="2"/>
        <w:numId w:val="7"/>
      </w:numPr>
      <w:spacing w:before="360" w:after="120" w:line="240" w:lineRule="auto"/>
      <w:outlineLvl w:val="2"/>
    </w:pPr>
    <w:rPr>
      <w:rFonts w:asciiTheme="majorHAnsi" w:eastAsiaTheme="majorEastAsia" w:hAnsiTheme="majorHAnsi" w:cstheme="majorBidi"/>
      <w:b/>
      <w:bCs/>
      <w:sz w:val="26"/>
      <w:szCs w:val="26"/>
      <w:lang w:eastAsia="cs-CZ"/>
    </w:rPr>
  </w:style>
  <w:style w:type="paragraph" w:styleId="Nadpis4">
    <w:name w:val="heading 4"/>
    <w:basedOn w:val="Normln"/>
    <w:next w:val="Normln"/>
    <w:link w:val="Nadpis4Char"/>
    <w:uiPriority w:val="9"/>
    <w:unhideWhenUsed/>
    <w:qFormat/>
    <w:rsid w:val="006F02D6"/>
    <w:pPr>
      <w:keepNext/>
      <w:keepLines/>
      <w:numPr>
        <w:ilvl w:val="3"/>
        <w:numId w:val="7"/>
      </w:numPr>
      <w:spacing w:before="240" w:after="240"/>
      <w:outlineLvl w:val="3"/>
    </w:pPr>
    <w:rPr>
      <w:rFonts w:ascii="Times New Roman" w:eastAsia="Times New Roman" w:hAnsi="Times New Roman" w:cs="Times New Roman"/>
      <w:b/>
      <w:bCs/>
      <w:sz w:val="26"/>
      <w:szCs w:val="26"/>
      <w:lang w:eastAsia="cs-CZ"/>
    </w:rPr>
  </w:style>
  <w:style w:type="paragraph" w:styleId="Nadpis5">
    <w:name w:val="heading 5"/>
    <w:basedOn w:val="Normln"/>
    <w:next w:val="Normln"/>
    <w:link w:val="Nadpis5Char"/>
    <w:uiPriority w:val="9"/>
    <w:semiHidden/>
    <w:unhideWhenUsed/>
    <w:qFormat/>
    <w:rsid w:val="00FC693F"/>
    <w:pPr>
      <w:keepNext/>
      <w:keepLines/>
      <w:numPr>
        <w:ilvl w:val="4"/>
        <w:numId w:val="7"/>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FC693F"/>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FC693F"/>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FC693F"/>
    <w:pPr>
      <w:keepNext/>
      <w:keepLines/>
      <w:numPr>
        <w:ilvl w:val="7"/>
        <w:numId w:val="7"/>
      </w:numPr>
      <w:spacing w:before="200" w:after="0"/>
      <w:outlineLvl w:val="7"/>
    </w:pPr>
    <w:rPr>
      <w:rFonts w:asciiTheme="majorHAnsi" w:eastAsiaTheme="majorEastAsia" w:hAnsiTheme="majorHAnsi" w:cstheme="majorBidi"/>
      <w:color w:val="4F81BD" w:themeColor="accent1"/>
      <w:sz w:val="20"/>
      <w:szCs w:val="20"/>
    </w:rPr>
  </w:style>
  <w:style w:type="paragraph" w:styleId="Nadpis9">
    <w:name w:val="heading 9"/>
    <w:basedOn w:val="Normln"/>
    <w:next w:val="Normln"/>
    <w:link w:val="Nadpis9Char"/>
    <w:uiPriority w:val="9"/>
    <w:semiHidden/>
    <w:unhideWhenUsed/>
    <w:qFormat/>
    <w:rsid w:val="00FC693F"/>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E618BF"/>
    <w:pPr>
      <w:tabs>
        <w:tab w:val="center" w:pos="4680"/>
        <w:tab w:val="right" w:pos="9360"/>
      </w:tabs>
      <w:spacing w:after="0" w:line="240" w:lineRule="auto"/>
    </w:pPr>
  </w:style>
  <w:style w:type="character" w:customStyle="1" w:styleId="ZhlavChar">
    <w:name w:val="Záhlaví Char"/>
    <w:basedOn w:val="Standardnpsmoodstavce"/>
    <w:link w:val="Zhlav"/>
    <w:uiPriority w:val="99"/>
    <w:rsid w:val="00E618BF"/>
  </w:style>
  <w:style w:type="paragraph" w:styleId="Zpat">
    <w:name w:val="footer"/>
    <w:basedOn w:val="Normln"/>
    <w:link w:val="ZpatChar"/>
    <w:uiPriority w:val="99"/>
    <w:unhideWhenUsed/>
    <w:rsid w:val="00E618BF"/>
    <w:pPr>
      <w:tabs>
        <w:tab w:val="center" w:pos="4680"/>
        <w:tab w:val="right" w:pos="9360"/>
      </w:tabs>
      <w:spacing w:after="0" w:line="240" w:lineRule="auto"/>
    </w:pPr>
  </w:style>
  <w:style w:type="character" w:customStyle="1" w:styleId="ZpatChar">
    <w:name w:val="Zápatí Char"/>
    <w:basedOn w:val="Standardnpsmoodstavce"/>
    <w:link w:val="Zpat"/>
    <w:uiPriority w:val="99"/>
    <w:rsid w:val="00E618BF"/>
  </w:style>
  <w:style w:type="paragraph" w:styleId="Bezmezer">
    <w:name w:val="No Spacing"/>
    <w:uiPriority w:val="1"/>
    <w:qFormat/>
    <w:rsid w:val="00FC693F"/>
    <w:pPr>
      <w:spacing w:after="0" w:line="240" w:lineRule="auto"/>
    </w:pPr>
  </w:style>
  <w:style w:type="character" w:customStyle="1" w:styleId="Nadpis1Char">
    <w:name w:val="Nadpis 1 Char"/>
    <w:basedOn w:val="Standardnpsmoodstavce"/>
    <w:link w:val="Nadpis1"/>
    <w:uiPriority w:val="9"/>
    <w:rsid w:val="000347AC"/>
    <w:rPr>
      <w:rFonts w:asciiTheme="majorHAnsi" w:eastAsiaTheme="majorEastAsia" w:hAnsiTheme="majorHAnsi" w:cstheme="majorBidi"/>
      <w:b/>
      <w:bCs/>
      <w:sz w:val="36"/>
      <w:szCs w:val="32"/>
      <w:lang w:val="cs-CZ"/>
    </w:rPr>
  </w:style>
  <w:style w:type="character" w:customStyle="1" w:styleId="Nadpis2Char">
    <w:name w:val="Nadpis 2 Char"/>
    <w:basedOn w:val="Standardnpsmoodstavce"/>
    <w:link w:val="Nadpis2"/>
    <w:uiPriority w:val="9"/>
    <w:rsid w:val="00285BF9"/>
    <w:rPr>
      <w:rFonts w:asciiTheme="majorHAnsi" w:eastAsiaTheme="majorEastAsia" w:hAnsiTheme="majorHAnsi" w:cstheme="majorBidi"/>
      <w:b/>
      <w:bCs/>
      <w:sz w:val="28"/>
      <w:szCs w:val="28"/>
      <w:lang w:val="cs-CZ" w:eastAsia="cs-CZ"/>
    </w:rPr>
  </w:style>
  <w:style w:type="character" w:customStyle="1" w:styleId="Nadpis3Char">
    <w:name w:val="Nadpis 3 Char"/>
    <w:basedOn w:val="Standardnpsmoodstavce"/>
    <w:link w:val="Nadpis3"/>
    <w:uiPriority w:val="9"/>
    <w:rsid w:val="0015096D"/>
    <w:rPr>
      <w:rFonts w:asciiTheme="majorHAnsi" w:eastAsiaTheme="majorEastAsia" w:hAnsiTheme="majorHAnsi" w:cstheme="majorBidi"/>
      <w:b/>
      <w:bCs/>
      <w:sz w:val="26"/>
      <w:szCs w:val="26"/>
      <w:lang w:val="cs-CZ" w:eastAsia="cs-CZ"/>
    </w:rPr>
  </w:style>
  <w:style w:type="paragraph" w:styleId="Nzev">
    <w:name w:val="Title"/>
    <w:basedOn w:val="Normln"/>
    <w:next w:val="Normln"/>
    <w:link w:val="Nzev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Podnadpis">
    <w:name w:val="Subtitle"/>
    <w:basedOn w:val="Normln"/>
    <w:next w:val="Normln"/>
    <w:link w:val="Podnadpis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dpisChar">
    <w:name w:val="Podnadpis Char"/>
    <w:basedOn w:val="Standardnpsmoodstavce"/>
    <w:link w:val="Podnadpis"/>
    <w:uiPriority w:val="11"/>
    <w:rsid w:val="00FC693F"/>
    <w:rPr>
      <w:rFonts w:asciiTheme="majorHAnsi" w:eastAsiaTheme="majorEastAsia" w:hAnsiTheme="majorHAnsi" w:cstheme="majorBidi"/>
      <w:i/>
      <w:iCs/>
      <w:color w:val="4F81BD" w:themeColor="accent1"/>
      <w:spacing w:val="15"/>
      <w:sz w:val="24"/>
      <w:szCs w:val="24"/>
    </w:rPr>
  </w:style>
  <w:style w:type="paragraph" w:styleId="Odstavecseseznamem">
    <w:name w:val="List Paragraph"/>
    <w:basedOn w:val="Normln"/>
    <w:link w:val="OdstavecseseznamemChar"/>
    <w:uiPriority w:val="34"/>
    <w:qFormat/>
    <w:rsid w:val="00FC693F"/>
    <w:pPr>
      <w:ind w:left="720"/>
      <w:contextualSpacing/>
    </w:pPr>
  </w:style>
  <w:style w:type="paragraph" w:styleId="Zkladntext">
    <w:name w:val="Body Text"/>
    <w:basedOn w:val="Normln"/>
    <w:link w:val="ZkladntextChar"/>
    <w:uiPriority w:val="99"/>
    <w:unhideWhenUsed/>
    <w:rsid w:val="00AA1D8D"/>
    <w:pPr>
      <w:spacing w:after="120"/>
    </w:pPr>
  </w:style>
  <w:style w:type="character" w:customStyle="1" w:styleId="ZkladntextChar">
    <w:name w:val="Základní text Char"/>
    <w:basedOn w:val="Standardnpsmoodstavce"/>
    <w:link w:val="Zkladntext"/>
    <w:uiPriority w:val="99"/>
    <w:rsid w:val="00AA1D8D"/>
  </w:style>
  <w:style w:type="paragraph" w:styleId="Zkladntext2">
    <w:name w:val="Body Text 2"/>
    <w:basedOn w:val="Normln"/>
    <w:link w:val="Zkladntext2Char"/>
    <w:uiPriority w:val="99"/>
    <w:unhideWhenUsed/>
    <w:rsid w:val="00AA1D8D"/>
    <w:pPr>
      <w:spacing w:after="120" w:line="480" w:lineRule="auto"/>
    </w:pPr>
  </w:style>
  <w:style w:type="character" w:customStyle="1" w:styleId="Zkladntext2Char">
    <w:name w:val="Základní text 2 Char"/>
    <w:basedOn w:val="Standardnpsmoodstavce"/>
    <w:link w:val="Zkladntext2"/>
    <w:uiPriority w:val="99"/>
    <w:rsid w:val="00AA1D8D"/>
  </w:style>
  <w:style w:type="paragraph" w:styleId="Zkladntext3">
    <w:name w:val="Body Text 3"/>
    <w:basedOn w:val="Normln"/>
    <w:link w:val="Zkladntext3Char"/>
    <w:uiPriority w:val="99"/>
    <w:unhideWhenUsed/>
    <w:rsid w:val="00AA1D8D"/>
    <w:pPr>
      <w:spacing w:after="120"/>
    </w:pPr>
    <w:rPr>
      <w:sz w:val="16"/>
      <w:szCs w:val="16"/>
    </w:rPr>
  </w:style>
  <w:style w:type="character" w:customStyle="1" w:styleId="Zkladntext3Char">
    <w:name w:val="Základní text 3 Char"/>
    <w:basedOn w:val="Standardnpsmoodstavce"/>
    <w:link w:val="Zkladntext3"/>
    <w:uiPriority w:val="99"/>
    <w:rsid w:val="00AA1D8D"/>
    <w:rPr>
      <w:sz w:val="16"/>
      <w:szCs w:val="16"/>
    </w:rPr>
  </w:style>
  <w:style w:type="paragraph" w:styleId="Seznam">
    <w:name w:val="List"/>
    <w:basedOn w:val="Normln"/>
    <w:uiPriority w:val="99"/>
    <w:unhideWhenUsed/>
    <w:rsid w:val="00AA1D8D"/>
    <w:pPr>
      <w:ind w:left="360" w:hanging="360"/>
      <w:contextualSpacing/>
    </w:pPr>
  </w:style>
  <w:style w:type="paragraph" w:styleId="Seznam2">
    <w:name w:val="List 2"/>
    <w:basedOn w:val="Normln"/>
    <w:uiPriority w:val="99"/>
    <w:unhideWhenUsed/>
    <w:rsid w:val="00326F90"/>
    <w:pPr>
      <w:ind w:left="720" w:hanging="360"/>
      <w:contextualSpacing/>
    </w:pPr>
  </w:style>
  <w:style w:type="paragraph" w:styleId="Seznam3">
    <w:name w:val="List 3"/>
    <w:basedOn w:val="Normln"/>
    <w:uiPriority w:val="99"/>
    <w:unhideWhenUsed/>
    <w:rsid w:val="00326F90"/>
    <w:pPr>
      <w:ind w:left="1080" w:hanging="360"/>
      <w:contextualSpacing/>
    </w:pPr>
  </w:style>
  <w:style w:type="paragraph" w:styleId="Seznamsodrkami">
    <w:name w:val="List Bullet"/>
    <w:basedOn w:val="Normln"/>
    <w:uiPriority w:val="99"/>
    <w:unhideWhenUsed/>
    <w:rsid w:val="00326F90"/>
    <w:pPr>
      <w:numPr>
        <w:numId w:val="1"/>
      </w:numPr>
      <w:contextualSpacing/>
    </w:pPr>
  </w:style>
  <w:style w:type="paragraph" w:styleId="Seznamsodrkami2">
    <w:name w:val="List Bullet 2"/>
    <w:basedOn w:val="Normln"/>
    <w:uiPriority w:val="99"/>
    <w:unhideWhenUsed/>
    <w:rsid w:val="00326F90"/>
    <w:pPr>
      <w:numPr>
        <w:numId w:val="2"/>
      </w:numPr>
      <w:contextualSpacing/>
    </w:pPr>
  </w:style>
  <w:style w:type="paragraph" w:styleId="Seznamsodrkami3">
    <w:name w:val="List Bullet 3"/>
    <w:basedOn w:val="Normln"/>
    <w:uiPriority w:val="99"/>
    <w:unhideWhenUsed/>
    <w:rsid w:val="00326F90"/>
    <w:pPr>
      <w:numPr>
        <w:numId w:val="3"/>
      </w:numPr>
      <w:contextualSpacing/>
    </w:pPr>
  </w:style>
  <w:style w:type="paragraph" w:styleId="slovanseznam">
    <w:name w:val="List Number"/>
    <w:basedOn w:val="Normln"/>
    <w:uiPriority w:val="99"/>
    <w:unhideWhenUsed/>
    <w:rsid w:val="00326F90"/>
    <w:pPr>
      <w:numPr>
        <w:numId w:val="4"/>
      </w:numPr>
      <w:contextualSpacing/>
    </w:pPr>
  </w:style>
  <w:style w:type="paragraph" w:styleId="slovanseznam2">
    <w:name w:val="List Number 2"/>
    <w:basedOn w:val="Normln"/>
    <w:uiPriority w:val="99"/>
    <w:unhideWhenUsed/>
    <w:rsid w:val="0029639D"/>
    <w:pPr>
      <w:numPr>
        <w:numId w:val="5"/>
      </w:numPr>
      <w:contextualSpacing/>
    </w:pPr>
  </w:style>
  <w:style w:type="paragraph" w:styleId="slovanseznam3">
    <w:name w:val="List Number 3"/>
    <w:basedOn w:val="Normln"/>
    <w:uiPriority w:val="99"/>
    <w:unhideWhenUsed/>
    <w:rsid w:val="0029639D"/>
    <w:pPr>
      <w:numPr>
        <w:numId w:val="6"/>
      </w:numPr>
      <w:contextualSpacing/>
    </w:pPr>
  </w:style>
  <w:style w:type="paragraph" w:styleId="Pokraovnseznamu">
    <w:name w:val="List Continue"/>
    <w:basedOn w:val="Normln"/>
    <w:uiPriority w:val="99"/>
    <w:unhideWhenUsed/>
    <w:rsid w:val="0029639D"/>
    <w:pPr>
      <w:spacing w:after="120"/>
      <w:ind w:left="360"/>
      <w:contextualSpacing/>
    </w:pPr>
  </w:style>
  <w:style w:type="paragraph" w:styleId="Pokraovnseznamu2">
    <w:name w:val="List Continue 2"/>
    <w:basedOn w:val="Normln"/>
    <w:uiPriority w:val="99"/>
    <w:unhideWhenUsed/>
    <w:rsid w:val="0029639D"/>
    <w:pPr>
      <w:spacing w:after="120"/>
      <w:ind w:left="720"/>
      <w:contextualSpacing/>
    </w:pPr>
  </w:style>
  <w:style w:type="paragraph" w:styleId="Pokraovnseznamu3">
    <w:name w:val="List Continue 3"/>
    <w:basedOn w:val="Normln"/>
    <w:uiPriority w:val="99"/>
    <w:unhideWhenUsed/>
    <w:rsid w:val="0029639D"/>
    <w:pPr>
      <w:spacing w:after="120"/>
      <w:ind w:left="1080"/>
      <w:contextualSpacing/>
    </w:pPr>
  </w:style>
  <w:style w:type="paragraph" w:styleId="Textmakra">
    <w:name w:val="macro"/>
    <w:link w:val="Textmakra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makraChar">
    <w:name w:val="Text makra Char"/>
    <w:basedOn w:val="Standardnpsmoodstavce"/>
    <w:link w:val="Textmakra"/>
    <w:uiPriority w:val="99"/>
    <w:rsid w:val="0029639D"/>
    <w:rPr>
      <w:rFonts w:ascii="Courier" w:hAnsi="Courier"/>
      <w:sz w:val="20"/>
      <w:szCs w:val="20"/>
    </w:rPr>
  </w:style>
  <w:style w:type="paragraph" w:styleId="Citt">
    <w:name w:val="Quote"/>
    <w:basedOn w:val="Normln"/>
    <w:next w:val="Normln"/>
    <w:link w:val="CittChar"/>
    <w:uiPriority w:val="29"/>
    <w:qFormat/>
    <w:rsid w:val="00FC693F"/>
    <w:rPr>
      <w:i/>
      <w:iCs/>
      <w:color w:val="000000" w:themeColor="text1"/>
    </w:rPr>
  </w:style>
  <w:style w:type="character" w:customStyle="1" w:styleId="CittChar">
    <w:name w:val="Citát Char"/>
    <w:basedOn w:val="Standardnpsmoodstavce"/>
    <w:link w:val="Citt"/>
    <w:uiPriority w:val="29"/>
    <w:rsid w:val="00FC693F"/>
    <w:rPr>
      <w:i/>
      <w:iCs/>
      <w:color w:val="000000" w:themeColor="text1"/>
    </w:rPr>
  </w:style>
  <w:style w:type="character" w:customStyle="1" w:styleId="Nadpis4Char">
    <w:name w:val="Nadpis 4 Char"/>
    <w:basedOn w:val="Standardnpsmoodstavce"/>
    <w:link w:val="Nadpis4"/>
    <w:uiPriority w:val="9"/>
    <w:rsid w:val="006F02D6"/>
    <w:rPr>
      <w:rFonts w:ascii="Times New Roman" w:eastAsia="Times New Roman" w:hAnsi="Times New Roman" w:cs="Times New Roman"/>
      <w:b/>
      <w:bCs/>
      <w:sz w:val="26"/>
      <w:szCs w:val="26"/>
      <w:lang w:val="cs-CZ" w:eastAsia="cs-CZ"/>
    </w:rPr>
  </w:style>
  <w:style w:type="character" w:customStyle="1" w:styleId="Nadpis5Char">
    <w:name w:val="Nadpis 5 Char"/>
    <w:basedOn w:val="Standardnpsmoodstavce"/>
    <w:link w:val="Nadpis5"/>
    <w:uiPriority w:val="9"/>
    <w:semiHidden/>
    <w:rsid w:val="00FC693F"/>
    <w:rPr>
      <w:rFonts w:asciiTheme="majorHAnsi" w:eastAsiaTheme="majorEastAsia" w:hAnsiTheme="majorHAnsi" w:cstheme="majorBidi"/>
      <w:color w:val="243F60" w:themeColor="accent1" w:themeShade="7F"/>
      <w:lang w:val="cs-CZ"/>
    </w:rPr>
  </w:style>
  <w:style w:type="character" w:customStyle="1" w:styleId="Nadpis6Char">
    <w:name w:val="Nadpis 6 Char"/>
    <w:basedOn w:val="Standardnpsmoodstavce"/>
    <w:link w:val="Nadpis6"/>
    <w:uiPriority w:val="9"/>
    <w:semiHidden/>
    <w:rsid w:val="00FC693F"/>
    <w:rPr>
      <w:rFonts w:asciiTheme="majorHAnsi" w:eastAsiaTheme="majorEastAsia" w:hAnsiTheme="majorHAnsi" w:cstheme="majorBidi"/>
      <w:i/>
      <w:iCs/>
      <w:color w:val="243F60" w:themeColor="accent1" w:themeShade="7F"/>
      <w:lang w:val="cs-CZ"/>
    </w:rPr>
  </w:style>
  <w:style w:type="character" w:customStyle="1" w:styleId="Nadpis7Char">
    <w:name w:val="Nadpis 7 Char"/>
    <w:basedOn w:val="Standardnpsmoodstavce"/>
    <w:link w:val="Nadpis7"/>
    <w:uiPriority w:val="9"/>
    <w:semiHidden/>
    <w:rsid w:val="00FC693F"/>
    <w:rPr>
      <w:rFonts w:asciiTheme="majorHAnsi" w:eastAsiaTheme="majorEastAsia" w:hAnsiTheme="majorHAnsi" w:cstheme="majorBidi"/>
      <w:i/>
      <w:iCs/>
      <w:color w:val="404040" w:themeColor="text1" w:themeTint="BF"/>
      <w:lang w:val="cs-CZ"/>
    </w:rPr>
  </w:style>
  <w:style w:type="character" w:customStyle="1" w:styleId="Nadpis8Char">
    <w:name w:val="Nadpis 8 Char"/>
    <w:basedOn w:val="Standardnpsmoodstavce"/>
    <w:link w:val="Nadpis8"/>
    <w:uiPriority w:val="9"/>
    <w:semiHidden/>
    <w:rsid w:val="00FC693F"/>
    <w:rPr>
      <w:rFonts w:asciiTheme="majorHAnsi" w:eastAsiaTheme="majorEastAsia" w:hAnsiTheme="majorHAnsi" w:cstheme="majorBidi"/>
      <w:color w:val="4F81BD" w:themeColor="accent1"/>
      <w:sz w:val="20"/>
      <w:szCs w:val="20"/>
      <w:lang w:val="cs-CZ"/>
    </w:rPr>
  </w:style>
  <w:style w:type="character" w:customStyle="1" w:styleId="Nadpis9Char">
    <w:name w:val="Nadpis 9 Char"/>
    <w:basedOn w:val="Standardnpsmoodstavce"/>
    <w:link w:val="Nadpis9"/>
    <w:uiPriority w:val="9"/>
    <w:semiHidden/>
    <w:rsid w:val="00FC693F"/>
    <w:rPr>
      <w:rFonts w:asciiTheme="majorHAnsi" w:eastAsiaTheme="majorEastAsia" w:hAnsiTheme="majorHAnsi" w:cstheme="majorBidi"/>
      <w:i/>
      <w:iCs/>
      <w:color w:val="404040" w:themeColor="text1" w:themeTint="BF"/>
      <w:sz w:val="20"/>
      <w:szCs w:val="20"/>
      <w:lang w:val="cs-CZ"/>
    </w:rPr>
  </w:style>
  <w:style w:type="paragraph" w:styleId="Titulek">
    <w:name w:val="caption"/>
    <w:basedOn w:val="Normln"/>
    <w:next w:val="Normln"/>
    <w:uiPriority w:val="35"/>
    <w:unhideWhenUsed/>
    <w:qFormat/>
    <w:rsid w:val="0076740B"/>
    <w:pPr>
      <w:spacing w:line="240" w:lineRule="auto"/>
    </w:pPr>
    <w:rPr>
      <w:i/>
      <w:iCs/>
      <w:sz w:val="18"/>
      <w:szCs w:val="18"/>
    </w:rPr>
  </w:style>
  <w:style w:type="character" w:styleId="Siln">
    <w:name w:val="Strong"/>
    <w:basedOn w:val="Standardnpsmoodstavce"/>
    <w:uiPriority w:val="22"/>
    <w:qFormat/>
    <w:rsid w:val="002E7706"/>
    <w:rPr>
      <w:b/>
      <w:bCs/>
      <w:lang w:eastAsia="cs-CZ"/>
    </w:rPr>
  </w:style>
  <w:style w:type="character" w:styleId="Zdraznn">
    <w:name w:val="Emphasis"/>
    <w:basedOn w:val="Standardnpsmoodstavce"/>
    <w:uiPriority w:val="20"/>
    <w:qFormat/>
    <w:rsid w:val="00FC693F"/>
    <w:rPr>
      <w:i/>
      <w:iCs/>
    </w:rPr>
  </w:style>
  <w:style w:type="paragraph" w:styleId="Vrazncitt">
    <w:name w:val="Intense Quote"/>
    <w:basedOn w:val="Normln"/>
    <w:next w:val="Normln"/>
    <w:link w:val="Vrazncit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FC693F"/>
    <w:rPr>
      <w:b/>
      <w:bCs/>
      <w:i/>
      <w:iCs/>
      <w:color w:val="4F81BD" w:themeColor="accent1"/>
    </w:rPr>
  </w:style>
  <w:style w:type="character" w:styleId="Zdraznnjemn">
    <w:name w:val="Subtle Emphasis"/>
    <w:basedOn w:val="Standardnpsmoodstavce"/>
    <w:uiPriority w:val="19"/>
    <w:qFormat/>
    <w:rsid w:val="00FC693F"/>
    <w:rPr>
      <w:i/>
      <w:iCs/>
      <w:color w:val="808080" w:themeColor="text1" w:themeTint="7F"/>
    </w:rPr>
  </w:style>
  <w:style w:type="character" w:styleId="Zdraznnintenzivn">
    <w:name w:val="Intense Emphasis"/>
    <w:basedOn w:val="Standardnpsmoodstavce"/>
    <w:uiPriority w:val="21"/>
    <w:qFormat/>
    <w:rsid w:val="00FC693F"/>
    <w:rPr>
      <w:b/>
      <w:bCs/>
      <w:i/>
      <w:iCs/>
      <w:color w:val="4F81BD" w:themeColor="accent1"/>
    </w:rPr>
  </w:style>
  <w:style w:type="character" w:styleId="Odkazjemn">
    <w:name w:val="Subtle Reference"/>
    <w:basedOn w:val="Standardnpsmoodstavce"/>
    <w:uiPriority w:val="31"/>
    <w:qFormat/>
    <w:rsid w:val="00FC693F"/>
    <w:rPr>
      <w:smallCaps/>
      <w:color w:val="C0504D" w:themeColor="accent2"/>
      <w:u w:val="single"/>
    </w:rPr>
  </w:style>
  <w:style w:type="character" w:styleId="Odkazintenzivn">
    <w:name w:val="Intense Reference"/>
    <w:basedOn w:val="Standardnpsmoodstavce"/>
    <w:uiPriority w:val="32"/>
    <w:qFormat/>
    <w:rsid w:val="00FC693F"/>
    <w:rPr>
      <w:b/>
      <w:bCs/>
      <w:smallCaps/>
      <w:color w:val="C0504D" w:themeColor="accent2"/>
      <w:spacing w:val="5"/>
      <w:u w:val="single"/>
    </w:rPr>
  </w:style>
  <w:style w:type="character" w:styleId="Nzevknihy">
    <w:name w:val="Book Title"/>
    <w:basedOn w:val="Standardnpsmoodstavce"/>
    <w:uiPriority w:val="33"/>
    <w:qFormat/>
    <w:rsid w:val="00FC693F"/>
    <w:rPr>
      <w:b/>
      <w:bCs/>
      <w:smallCaps/>
      <w:spacing w:val="5"/>
    </w:rPr>
  </w:style>
  <w:style w:type="paragraph" w:styleId="Nadpisobsahu">
    <w:name w:val="TOC Heading"/>
    <w:basedOn w:val="Nadpis1"/>
    <w:next w:val="Normln"/>
    <w:uiPriority w:val="39"/>
    <w:unhideWhenUsed/>
    <w:qFormat/>
    <w:rsid w:val="00FC693F"/>
    <w:pPr>
      <w:outlineLvl w:val="9"/>
    </w:pPr>
  </w:style>
  <w:style w:type="table" w:styleId="Mkatabulky">
    <w:name w:val="Table Grid"/>
    <w:basedOn w:val="Normlntabulka"/>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stnovn">
    <w:name w:val="Light Shading"/>
    <w:basedOn w:val="Normlntabulka"/>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tlstnovnzvraznn1">
    <w:name w:val="Light Shading Accent 1"/>
    <w:basedOn w:val="Normlntabulka"/>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vtlstnovnzvraznn2">
    <w:name w:val="Light Shading Accent 2"/>
    <w:basedOn w:val="Normlntabulka"/>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vtlstnovnzvraznn3">
    <w:name w:val="Light Shading Accent 3"/>
    <w:basedOn w:val="Normlntabulka"/>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vtlstnovnzvraznn4">
    <w:name w:val="Light Shading Accent 4"/>
    <w:basedOn w:val="Normlntabulka"/>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vtlstnovnzvraznn5">
    <w:name w:val="Light Shading Accent 5"/>
    <w:basedOn w:val="Normlntabulka"/>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vtlstnovnzvraznn6">
    <w:name w:val="Light Shading Accent 6"/>
    <w:basedOn w:val="Normlntabulka"/>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vtlseznam">
    <w:name w:val="Light List"/>
    <w:basedOn w:val="Normlntabulka"/>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tlseznamzvraznn1">
    <w:name w:val="Light List Accent 1"/>
    <w:basedOn w:val="Normlntabulka"/>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vtlseznamzvraznn2">
    <w:name w:val="Light List Accent 2"/>
    <w:basedOn w:val="Normlntabulka"/>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vtlseznamzvraznn3">
    <w:name w:val="Light List Accent 3"/>
    <w:basedOn w:val="Normlntabulka"/>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vtlseznamzvraznn4">
    <w:name w:val="Light List Accent 4"/>
    <w:basedOn w:val="Normlntabulka"/>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Svtlseznamzvraznn5">
    <w:name w:val="Light List Accent 5"/>
    <w:basedOn w:val="Normlntabulka"/>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vtlseznamzvraznn6">
    <w:name w:val="Light List Accent 6"/>
    <w:basedOn w:val="Normlntabulka"/>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Svtlmka">
    <w:name w:val="Light Grid"/>
    <w:basedOn w:val="Normlntabulka"/>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vtlmkazvraznn1">
    <w:name w:val="Light Grid Accent 1"/>
    <w:basedOn w:val="Normlntabulka"/>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vtlmkazvraznn2">
    <w:name w:val="Light Grid Accent 2"/>
    <w:basedOn w:val="Normlntabulka"/>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vtlmkazvraznn3">
    <w:name w:val="Light Grid Accent 3"/>
    <w:basedOn w:val="Normlntabulka"/>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vtlmkazvraznn4">
    <w:name w:val="Light Grid Accent 4"/>
    <w:basedOn w:val="Normlntabulka"/>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vtlmkazvraznn5">
    <w:name w:val="Light Grid Accent 5"/>
    <w:basedOn w:val="Normlntabulka"/>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vtlmkazvraznn6">
    <w:name w:val="Light Grid Accent 6"/>
    <w:basedOn w:val="Normlntabulka"/>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tednstnovn1">
    <w:name w:val="Medium Shading 1"/>
    <w:basedOn w:val="Normlntabulka"/>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tednstnovn1zvraznn1">
    <w:name w:val="Medium Shading 1 Accent 1"/>
    <w:basedOn w:val="Normlntabulka"/>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tednstnovn1zvraznn2">
    <w:name w:val="Medium Shading 1 Accent 2"/>
    <w:basedOn w:val="Normlntabulka"/>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tednstnovn1zvraznn3">
    <w:name w:val="Medium Shading 1 Accent 3"/>
    <w:basedOn w:val="Normlntabulka"/>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tednstnovn1zvraznn4">
    <w:name w:val="Medium Shading 1 Accent 4"/>
    <w:basedOn w:val="Normlntabulka"/>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tednstnovn1zvraznn5">
    <w:name w:val="Medium Shading 1 Accent 5"/>
    <w:basedOn w:val="Normlntabulka"/>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tednstnovn1zvraznn6">
    <w:name w:val="Medium Shading 1 Accent 6"/>
    <w:basedOn w:val="Normlntabulka"/>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tednstnovn2">
    <w:name w:val="Medium Shading 2"/>
    <w:basedOn w:val="Normlntabulka"/>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1">
    <w:name w:val="Medium Shading 2 Accent 1"/>
    <w:basedOn w:val="Normlntabulka"/>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2">
    <w:name w:val="Medium Shading 2 Accent 2"/>
    <w:basedOn w:val="Normlntabulka"/>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3">
    <w:name w:val="Medium Shading 2 Accent 3"/>
    <w:basedOn w:val="Normlntabulka"/>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4">
    <w:name w:val="Medium Shading 2 Accent 4"/>
    <w:basedOn w:val="Normlntabulka"/>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5">
    <w:name w:val="Medium Shading 2 Accent 5"/>
    <w:basedOn w:val="Normlntabulka"/>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6">
    <w:name w:val="Medium Shading 2 Accent 6"/>
    <w:basedOn w:val="Normlntabulka"/>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eznam1">
    <w:name w:val="Medium List 1"/>
    <w:basedOn w:val="Normlntabulka"/>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tednseznam1zvraznn1">
    <w:name w:val="Medium List 1 Accent 1"/>
    <w:basedOn w:val="Normlntabulka"/>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Stednseznam1zvraznn2">
    <w:name w:val="Medium List 1 Accent 2"/>
    <w:basedOn w:val="Normlntabulka"/>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tednseznam1zvraznn3">
    <w:name w:val="Medium List 1 Accent 3"/>
    <w:basedOn w:val="Normlntabulka"/>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Stednseznam1zvraznn4">
    <w:name w:val="Medium List 1 Accent 4"/>
    <w:basedOn w:val="Normlntabulka"/>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Stednseznam1zvraznn5">
    <w:name w:val="Medium List 1 Accent 5"/>
    <w:basedOn w:val="Normlntabulka"/>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Stednseznam1zvraznn6">
    <w:name w:val="Medium List 1 Accent 6"/>
    <w:basedOn w:val="Normlntabulka"/>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Stednseznam2">
    <w:name w:val="Medium List 2"/>
    <w:basedOn w:val="Normlntabulka"/>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1">
    <w:name w:val="Medium List 2 Accent 1"/>
    <w:basedOn w:val="Normlntabulka"/>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2">
    <w:name w:val="Medium List 2 Accent 2"/>
    <w:basedOn w:val="Normlntabulka"/>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3">
    <w:name w:val="Medium List 2 Accent 3"/>
    <w:basedOn w:val="Normlntabulka"/>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4">
    <w:name w:val="Medium List 2 Accent 4"/>
    <w:basedOn w:val="Normlntabulka"/>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5">
    <w:name w:val="Medium List 2 Accent 5"/>
    <w:basedOn w:val="Normlntabulka"/>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6">
    <w:name w:val="Medium List 2 Accent 6"/>
    <w:basedOn w:val="Normlntabulka"/>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tednmka1">
    <w:name w:val="Medium Grid 1"/>
    <w:basedOn w:val="Normlntabulka"/>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tednmka1zvraznn1">
    <w:name w:val="Medium Grid 1 Accent 1"/>
    <w:basedOn w:val="Normlntabulka"/>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tednmka1zvraznn2">
    <w:name w:val="Medium Grid 1 Accent 2"/>
    <w:basedOn w:val="Normlntabulka"/>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Stednmka1zvraznn3">
    <w:name w:val="Medium Grid 1 Accent 3"/>
    <w:basedOn w:val="Normlntabulka"/>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Stednmka1zvraznn4">
    <w:name w:val="Medium Grid 1 Accent 4"/>
    <w:basedOn w:val="Normlntabulka"/>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Stednmka1zvraznn5">
    <w:name w:val="Medium Grid 1 Accent 5"/>
    <w:basedOn w:val="Normlntabulka"/>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tednmka1zvraznn6">
    <w:name w:val="Medium Grid 1 Accent 6"/>
    <w:basedOn w:val="Normlntabulka"/>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tednmka2">
    <w:name w:val="Medium Grid 2"/>
    <w:basedOn w:val="Normlntabulka"/>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tednmka2zvraznn1">
    <w:name w:val="Medium Grid 2 Accent 1"/>
    <w:basedOn w:val="Normlntabulka"/>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Stednmka2zvraznn2">
    <w:name w:val="Medium Grid 2 Accent 2"/>
    <w:basedOn w:val="Normlntabulka"/>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Stednmka2zvraznn3">
    <w:name w:val="Medium Grid 2 Accent 3"/>
    <w:basedOn w:val="Normlntabulka"/>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Stednmka2zvraznn4">
    <w:name w:val="Medium Grid 2 Accent 4"/>
    <w:basedOn w:val="Normlntabulka"/>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Stednmka2zvraznn5">
    <w:name w:val="Medium Grid 2 Accent 5"/>
    <w:basedOn w:val="Normlntabulka"/>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Stednmka2zvraznn6">
    <w:name w:val="Medium Grid 2 Accent 6"/>
    <w:basedOn w:val="Normlntabulka"/>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Stednmka3">
    <w:name w:val="Medium Grid 3"/>
    <w:basedOn w:val="Normlntabulka"/>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tednmka3zvraznn1">
    <w:name w:val="Medium Grid 3 Accent 1"/>
    <w:basedOn w:val="Normlntabulka"/>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tednmka3zvraznn2">
    <w:name w:val="Medium Grid 3 Accent 2"/>
    <w:basedOn w:val="Normlntabulka"/>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tednmka3zvraznn3">
    <w:name w:val="Medium Grid 3 Accent 3"/>
    <w:basedOn w:val="Normlntabulka"/>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Stednmka3zvraznn4">
    <w:name w:val="Medium Grid 3 Accent 4"/>
    <w:basedOn w:val="Normlntabulka"/>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Stednmka3zvraznn5">
    <w:name w:val="Medium Grid 3 Accent 5"/>
    <w:basedOn w:val="Normlntabulka"/>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Stednmka3zvraznn6">
    <w:name w:val="Medium Grid 3 Accent 6"/>
    <w:basedOn w:val="Normlntabulka"/>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Tmavseznam">
    <w:name w:val="Dark List"/>
    <w:basedOn w:val="Normlntabulka"/>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mavseznamzvraznn1">
    <w:name w:val="Dark List Accent 1"/>
    <w:basedOn w:val="Normlntabulka"/>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Tmavseznamzvraznn2">
    <w:name w:val="Dark List Accent 2"/>
    <w:basedOn w:val="Normlntabulka"/>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Tmavseznamzvraznn3">
    <w:name w:val="Dark List Accent 3"/>
    <w:basedOn w:val="Normlntabulka"/>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Tmavseznamzvraznn4">
    <w:name w:val="Dark List Accent 4"/>
    <w:basedOn w:val="Normlntabulka"/>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Tmavseznamzvraznn5">
    <w:name w:val="Dark List Accent 5"/>
    <w:basedOn w:val="Normlntabulka"/>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Tmavseznamzvraznn6">
    <w:name w:val="Dark List Accent 6"/>
    <w:basedOn w:val="Normlntabulka"/>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Barevnstnovn">
    <w:name w:val="Colorful Shading"/>
    <w:basedOn w:val="Normlntabulka"/>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Barevnstnovnzvraznn1">
    <w:name w:val="Colorful Shading Accent 1"/>
    <w:basedOn w:val="Normlntabulka"/>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Barevnstnovnzvraznn2">
    <w:name w:val="Colorful Shading Accent 2"/>
    <w:basedOn w:val="Normlntabulka"/>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Barevnstnovnzvraznn3">
    <w:name w:val="Colorful Shading Accent 3"/>
    <w:basedOn w:val="Normlntabulka"/>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Barevnstnovnzvraznn4">
    <w:name w:val="Colorful Shading Accent 4"/>
    <w:basedOn w:val="Normlntabulka"/>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Barevnstnovnzvraznn5">
    <w:name w:val="Colorful Shading Accent 5"/>
    <w:basedOn w:val="Normlntabulka"/>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Barevnstnovnzvraznn6">
    <w:name w:val="Colorful Shading Accent 6"/>
    <w:basedOn w:val="Normlntabulka"/>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Barevnseznam">
    <w:name w:val="Colorful List"/>
    <w:basedOn w:val="Normlntabulka"/>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Barevnseznamzvraznn1">
    <w:name w:val="Colorful List Accent 1"/>
    <w:basedOn w:val="Normlntabulka"/>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Barevnseznamzvraznn2">
    <w:name w:val="Colorful List Accent 2"/>
    <w:basedOn w:val="Normlntabulka"/>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Barevnseznamzvraznn3">
    <w:name w:val="Colorful List Accent 3"/>
    <w:basedOn w:val="Normlntabulka"/>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Barevnseznamzvraznn4">
    <w:name w:val="Colorful List Accent 4"/>
    <w:basedOn w:val="Normlntabulka"/>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Barevnseznamzvraznn5">
    <w:name w:val="Colorful List Accent 5"/>
    <w:basedOn w:val="Normlntabulka"/>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Barevnseznamzvraznn6">
    <w:name w:val="Colorful List Accent 6"/>
    <w:basedOn w:val="Normlntabulka"/>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Barevnmka">
    <w:name w:val="Colorful Grid"/>
    <w:basedOn w:val="Normlntabulka"/>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Barevnmkazvraznn1">
    <w:name w:val="Colorful Grid Accent 1"/>
    <w:basedOn w:val="Normlntabulka"/>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Barevnmkazvraznn2">
    <w:name w:val="Colorful Grid Accent 2"/>
    <w:basedOn w:val="Normlntabulka"/>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Barevnmkazvraznn3">
    <w:name w:val="Colorful Grid Accent 3"/>
    <w:basedOn w:val="Normlntabulka"/>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Barevnmkazvraznn4">
    <w:name w:val="Colorful Grid Accent 4"/>
    <w:basedOn w:val="Normlntabulka"/>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Barevnmkazvraznn5">
    <w:name w:val="Colorful Grid Accent 5"/>
    <w:basedOn w:val="Normlntabulka"/>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Barevnmkazvraznn6">
    <w:name w:val="Colorful Grid Accent 6"/>
    <w:basedOn w:val="Normlntabulka"/>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OdrkyMSWORD">
    <w:name w:val="Odrážky MS WORD"/>
    <w:basedOn w:val="Odstavecseseznamem"/>
    <w:link w:val="OdrkyMSWORDChar"/>
    <w:qFormat/>
    <w:rsid w:val="00FE6AE8"/>
    <w:pPr>
      <w:numPr>
        <w:numId w:val="8"/>
      </w:numPr>
      <w:spacing w:after="0"/>
    </w:pPr>
  </w:style>
  <w:style w:type="character" w:customStyle="1" w:styleId="OdstavecseseznamemChar">
    <w:name w:val="Odstavec se seznamem Char"/>
    <w:basedOn w:val="Standardnpsmoodstavce"/>
    <w:link w:val="Odstavecseseznamem"/>
    <w:uiPriority w:val="34"/>
    <w:rsid w:val="00FE6AE8"/>
  </w:style>
  <w:style w:type="character" w:customStyle="1" w:styleId="OdrkyMSWORDChar">
    <w:name w:val="Odrážky MS WORD Char"/>
    <w:basedOn w:val="OdstavecseseznamemChar"/>
    <w:link w:val="OdrkyMSWORD"/>
    <w:rsid w:val="00FE6AE8"/>
    <w:rPr>
      <w:lang w:val="cs-CZ"/>
    </w:rPr>
  </w:style>
  <w:style w:type="paragraph" w:customStyle="1" w:styleId="tubtextpododstavec">
    <w:name w:val="tučbý text pododstavec"/>
    <w:basedOn w:val="Normln"/>
    <w:qFormat/>
    <w:rsid w:val="00B951A8"/>
    <w:pPr>
      <w:spacing w:before="100" w:beforeAutospacing="1" w:after="100" w:afterAutospacing="1" w:line="240" w:lineRule="auto"/>
      <w:outlineLvl w:val="3"/>
    </w:pPr>
    <w:rPr>
      <w:rFonts w:ascii="Times New Roman" w:eastAsia="Times New Roman" w:hAnsi="Times New Roman" w:cs="Times New Roman"/>
      <w:b/>
      <w:bCs/>
      <w:sz w:val="24"/>
      <w:szCs w:val="24"/>
      <w:lang w:eastAsia="cs-CZ"/>
    </w:rPr>
  </w:style>
  <w:style w:type="paragraph" w:styleId="Textpoznpodarou">
    <w:name w:val="footnote text"/>
    <w:basedOn w:val="Normln"/>
    <w:link w:val="TextpoznpodarouChar"/>
    <w:uiPriority w:val="99"/>
    <w:semiHidden/>
    <w:unhideWhenUsed/>
    <w:rsid w:val="00EB119E"/>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EB119E"/>
    <w:rPr>
      <w:sz w:val="20"/>
      <w:szCs w:val="20"/>
      <w:lang w:val="cs-CZ"/>
    </w:rPr>
  </w:style>
  <w:style w:type="character" w:styleId="Znakapoznpodarou">
    <w:name w:val="footnote reference"/>
    <w:basedOn w:val="Standardnpsmoodstavce"/>
    <w:uiPriority w:val="99"/>
    <w:semiHidden/>
    <w:unhideWhenUsed/>
    <w:rsid w:val="00EB119E"/>
    <w:rPr>
      <w:vertAlign w:val="superscript"/>
    </w:rPr>
  </w:style>
  <w:style w:type="character" w:styleId="Hypertextovodkaz">
    <w:name w:val="Hyperlink"/>
    <w:basedOn w:val="Standardnpsmoodstavce"/>
    <w:uiPriority w:val="99"/>
    <w:unhideWhenUsed/>
    <w:rsid w:val="006E7A60"/>
    <w:rPr>
      <w:color w:val="0000FF" w:themeColor="hyperlink"/>
      <w:u w:val="single"/>
    </w:rPr>
  </w:style>
  <w:style w:type="character" w:styleId="Nevyeenzmnka">
    <w:name w:val="Unresolved Mention"/>
    <w:basedOn w:val="Standardnpsmoodstavce"/>
    <w:uiPriority w:val="99"/>
    <w:semiHidden/>
    <w:unhideWhenUsed/>
    <w:rsid w:val="006E7A60"/>
    <w:rPr>
      <w:color w:val="605E5C"/>
      <w:shd w:val="clear" w:color="auto" w:fill="E1DFDD"/>
    </w:rPr>
  </w:style>
  <w:style w:type="character" w:styleId="Sledovanodkaz">
    <w:name w:val="FollowedHyperlink"/>
    <w:basedOn w:val="Standardnpsmoodstavce"/>
    <w:uiPriority w:val="99"/>
    <w:semiHidden/>
    <w:unhideWhenUsed/>
    <w:rsid w:val="006E7A60"/>
    <w:rPr>
      <w:color w:val="800080" w:themeColor="followedHyperlink"/>
      <w:u w:val="single"/>
    </w:rPr>
  </w:style>
  <w:style w:type="character" w:customStyle="1" w:styleId="relative">
    <w:name w:val="relative"/>
    <w:basedOn w:val="Standardnpsmoodstavce"/>
    <w:rsid w:val="004E3CF4"/>
  </w:style>
  <w:style w:type="paragraph" w:styleId="Normlnweb">
    <w:name w:val="Normal (Web)"/>
    <w:basedOn w:val="Normln"/>
    <w:uiPriority w:val="99"/>
    <w:semiHidden/>
    <w:unhideWhenUsed/>
    <w:rsid w:val="00D102E7"/>
    <w:rPr>
      <w:rFonts w:ascii="Times New Roman" w:hAnsi="Times New Roman" w:cs="Times New Roman"/>
      <w:sz w:val="24"/>
      <w:szCs w:val="24"/>
    </w:rPr>
  </w:style>
  <w:style w:type="paragraph" w:styleId="Obsah1">
    <w:name w:val="toc 1"/>
    <w:basedOn w:val="Normln"/>
    <w:next w:val="Normln"/>
    <w:autoRedefine/>
    <w:uiPriority w:val="39"/>
    <w:unhideWhenUsed/>
    <w:rsid w:val="009230FC"/>
    <w:pPr>
      <w:spacing w:after="100"/>
    </w:pPr>
  </w:style>
  <w:style w:type="paragraph" w:styleId="Obsah2">
    <w:name w:val="toc 2"/>
    <w:basedOn w:val="Normln"/>
    <w:next w:val="Normln"/>
    <w:autoRedefine/>
    <w:uiPriority w:val="39"/>
    <w:unhideWhenUsed/>
    <w:rsid w:val="009230FC"/>
    <w:pPr>
      <w:spacing w:after="100"/>
      <w:ind w:left="220"/>
    </w:pPr>
  </w:style>
  <w:style w:type="paragraph" w:styleId="Obsah3">
    <w:name w:val="toc 3"/>
    <w:basedOn w:val="Normln"/>
    <w:next w:val="Normln"/>
    <w:autoRedefine/>
    <w:uiPriority w:val="39"/>
    <w:unhideWhenUsed/>
    <w:rsid w:val="009230FC"/>
    <w:pPr>
      <w:spacing w:after="100"/>
      <w:ind w:left="440"/>
    </w:pPr>
  </w:style>
  <w:style w:type="paragraph" w:styleId="Obsah4">
    <w:name w:val="toc 4"/>
    <w:basedOn w:val="Normln"/>
    <w:next w:val="Normln"/>
    <w:autoRedefine/>
    <w:uiPriority w:val="39"/>
    <w:unhideWhenUsed/>
    <w:rsid w:val="009230FC"/>
    <w:pPr>
      <w:spacing w:after="100"/>
      <w:ind w:left="660"/>
    </w:pPr>
  </w:style>
  <w:style w:type="paragraph" w:styleId="Obsah5">
    <w:name w:val="toc 5"/>
    <w:basedOn w:val="Normln"/>
    <w:next w:val="Normln"/>
    <w:autoRedefine/>
    <w:uiPriority w:val="39"/>
    <w:unhideWhenUsed/>
    <w:rsid w:val="00CC03EB"/>
    <w:pPr>
      <w:spacing w:after="100" w:line="278" w:lineRule="auto"/>
      <w:ind w:left="960"/>
      <w:jc w:val="left"/>
    </w:pPr>
    <w:rPr>
      <w:kern w:val="2"/>
      <w:sz w:val="24"/>
      <w:szCs w:val="24"/>
      <w:lang w:eastAsia="cs-CZ"/>
      <w14:ligatures w14:val="standardContextual"/>
    </w:rPr>
  </w:style>
  <w:style w:type="paragraph" w:styleId="Obsah6">
    <w:name w:val="toc 6"/>
    <w:basedOn w:val="Normln"/>
    <w:next w:val="Normln"/>
    <w:autoRedefine/>
    <w:uiPriority w:val="39"/>
    <w:unhideWhenUsed/>
    <w:rsid w:val="00CC03EB"/>
    <w:pPr>
      <w:spacing w:after="100" w:line="278" w:lineRule="auto"/>
      <w:ind w:left="1200"/>
      <w:jc w:val="left"/>
    </w:pPr>
    <w:rPr>
      <w:kern w:val="2"/>
      <w:sz w:val="24"/>
      <w:szCs w:val="24"/>
      <w:lang w:eastAsia="cs-CZ"/>
      <w14:ligatures w14:val="standardContextual"/>
    </w:rPr>
  </w:style>
  <w:style w:type="paragraph" w:styleId="Obsah7">
    <w:name w:val="toc 7"/>
    <w:basedOn w:val="Normln"/>
    <w:next w:val="Normln"/>
    <w:autoRedefine/>
    <w:uiPriority w:val="39"/>
    <w:unhideWhenUsed/>
    <w:rsid w:val="00CC03EB"/>
    <w:pPr>
      <w:spacing w:after="100" w:line="278" w:lineRule="auto"/>
      <w:ind w:left="1440"/>
      <w:jc w:val="left"/>
    </w:pPr>
    <w:rPr>
      <w:kern w:val="2"/>
      <w:sz w:val="24"/>
      <w:szCs w:val="24"/>
      <w:lang w:eastAsia="cs-CZ"/>
      <w14:ligatures w14:val="standardContextual"/>
    </w:rPr>
  </w:style>
  <w:style w:type="paragraph" w:styleId="Obsah8">
    <w:name w:val="toc 8"/>
    <w:basedOn w:val="Normln"/>
    <w:next w:val="Normln"/>
    <w:autoRedefine/>
    <w:uiPriority w:val="39"/>
    <w:unhideWhenUsed/>
    <w:rsid w:val="00CC03EB"/>
    <w:pPr>
      <w:spacing w:after="100" w:line="278" w:lineRule="auto"/>
      <w:ind w:left="1680"/>
      <w:jc w:val="left"/>
    </w:pPr>
    <w:rPr>
      <w:kern w:val="2"/>
      <w:sz w:val="24"/>
      <w:szCs w:val="24"/>
      <w:lang w:eastAsia="cs-CZ"/>
      <w14:ligatures w14:val="standardContextual"/>
    </w:rPr>
  </w:style>
  <w:style w:type="paragraph" w:styleId="Obsah9">
    <w:name w:val="toc 9"/>
    <w:basedOn w:val="Normln"/>
    <w:next w:val="Normln"/>
    <w:autoRedefine/>
    <w:uiPriority w:val="39"/>
    <w:unhideWhenUsed/>
    <w:rsid w:val="00CC03EB"/>
    <w:pPr>
      <w:spacing w:after="100" w:line="278" w:lineRule="auto"/>
      <w:ind w:left="1920"/>
      <w:jc w:val="left"/>
    </w:pPr>
    <w:rPr>
      <w:kern w:val="2"/>
      <w:sz w:val="24"/>
      <w:szCs w:val="24"/>
      <w:lang w:eastAsia="cs-CZ"/>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98">
      <w:bodyDiv w:val="1"/>
      <w:marLeft w:val="0"/>
      <w:marRight w:val="0"/>
      <w:marTop w:val="0"/>
      <w:marBottom w:val="0"/>
      <w:divBdr>
        <w:top w:val="none" w:sz="0" w:space="0" w:color="auto"/>
        <w:left w:val="none" w:sz="0" w:space="0" w:color="auto"/>
        <w:bottom w:val="none" w:sz="0" w:space="0" w:color="auto"/>
        <w:right w:val="none" w:sz="0" w:space="0" w:color="auto"/>
      </w:divBdr>
    </w:div>
    <w:div w:id="18968256">
      <w:bodyDiv w:val="1"/>
      <w:marLeft w:val="0"/>
      <w:marRight w:val="0"/>
      <w:marTop w:val="0"/>
      <w:marBottom w:val="0"/>
      <w:divBdr>
        <w:top w:val="none" w:sz="0" w:space="0" w:color="auto"/>
        <w:left w:val="none" w:sz="0" w:space="0" w:color="auto"/>
        <w:bottom w:val="none" w:sz="0" w:space="0" w:color="auto"/>
        <w:right w:val="none" w:sz="0" w:space="0" w:color="auto"/>
      </w:divBdr>
    </w:div>
    <w:div w:id="48459547">
      <w:bodyDiv w:val="1"/>
      <w:marLeft w:val="0"/>
      <w:marRight w:val="0"/>
      <w:marTop w:val="0"/>
      <w:marBottom w:val="0"/>
      <w:divBdr>
        <w:top w:val="none" w:sz="0" w:space="0" w:color="auto"/>
        <w:left w:val="none" w:sz="0" w:space="0" w:color="auto"/>
        <w:bottom w:val="none" w:sz="0" w:space="0" w:color="auto"/>
        <w:right w:val="none" w:sz="0" w:space="0" w:color="auto"/>
      </w:divBdr>
    </w:div>
    <w:div w:id="59669911">
      <w:bodyDiv w:val="1"/>
      <w:marLeft w:val="0"/>
      <w:marRight w:val="0"/>
      <w:marTop w:val="0"/>
      <w:marBottom w:val="0"/>
      <w:divBdr>
        <w:top w:val="none" w:sz="0" w:space="0" w:color="auto"/>
        <w:left w:val="none" w:sz="0" w:space="0" w:color="auto"/>
        <w:bottom w:val="none" w:sz="0" w:space="0" w:color="auto"/>
        <w:right w:val="none" w:sz="0" w:space="0" w:color="auto"/>
      </w:divBdr>
    </w:div>
    <w:div w:id="65419960">
      <w:bodyDiv w:val="1"/>
      <w:marLeft w:val="0"/>
      <w:marRight w:val="0"/>
      <w:marTop w:val="0"/>
      <w:marBottom w:val="0"/>
      <w:divBdr>
        <w:top w:val="none" w:sz="0" w:space="0" w:color="auto"/>
        <w:left w:val="none" w:sz="0" w:space="0" w:color="auto"/>
        <w:bottom w:val="none" w:sz="0" w:space="0" w:color="auto"/>
        <w:right w:val="none" w:sz="0" w:space="0" w:color="auto"/>
      </w:divBdr>
    </w:div>
    <w:div w:id="79303323">
      <w:bodyDiv w:val="1"/>
      <w:marLeft w:val="0"/>
      <w:marRight w:val="0"/>
      <w:marTop w:val="0"/>
      <w:marBottom w:val="0"/>
      <w:divBdr>
        <w:top w:val="none" w:sz="0" w:space="0" w:color="auto"/>
        <w:left w:val="none" w:sz="0" w:space="0" w:color="auto"/>
        <w:bottom w:val="none" w:sz="0" w:space="0" w:color="auto"/>
        <w:right w:val="none" w:sz="0" w:space="0" w:color="auto"/>
      </w:divBdr>
    </w:div>
    <w:div w:id="90440922">
      <w:bodyDiv w:val="1"/>
      <w:marLeft w:val="0"/>
      <w:marRight w:val="0"/>
      <w:marTop w:val="0"/>
      <w:marBottom w:val="0"/>
      <w:divBdr>
        <w:top w:val="none" w:sz="0" w:space="0" w:color="auto"/>
        <w:left w:val="none" w:sz="0" w:space="0" w:color="auto"/>
        <w:bottom w:val="none" w:sz="0" w:space="0" w:color="auto"/>
        <w:right w:val="none" w:sz="0" w:space="0" w:color="auto"/>
      </w:divBdr>
    </w:div>
    <w:div w:id="92169449">
      <w:bodyDiv w:val="1"/>
      <w:marLeft w:val="0"/>
      <w:marRight w:val="0"/>
      <w:marTop w:val="0"/>
      <w:marBottom w:val="0"/>
      <w:divBdr>
        <w:top w:val="none" w:sz="0" w:space="0" w:color="auto"/>
        <w:left w:val="none" w:sz="0" w:space="0" w:color="auto"/>
        <w:bottom w:val="none" w:sz="0" w:space="0" w:color="auto"/>
        <w:right w:val="none" w:sz="0" w:space="0" w:color="auto"/>
      </w:divBdr>
    </w:div>
    <w:div w:id="110712173">
      <w:bodyDiv w:val="1"/>
      <w:marLeft w:val="0"/>
      <w:marRight w:val="0"/>
      <w:marTop w:val="0"/>
      <w:marBottom w:val="0"/>
      <w:divBdr>
        <w:top w:val="none" w:sz="0" w:space="0" w:color="auto"/>
        <w:left w:val="none" w:sz="0" w:space="0" w:color="auto"/>
        <w:bottom w:val="none" w:sz="0" w:space="0" w:color="auto"/>
        <w:right w:val="none" w:sz="0" w:space="0" w:color="auto"/>
      </w:divBdr>
    </w:div>
    <w:div w:id="145368029">
      <w:bodyDiv w:val="1"/>
      <w:marLeft w:val="0"/>
      <w:marRight w:val="0"/>
      <w:marTop w:val="0"/>
      <w:marBottom w:val="0"/>
      <w:divBdr>
        <w:top w:val="none" w:sz="0" w:space="0" w:color="auto"/>
        <w:left w:val="none" w:sz="0" w:space="0" w:color="auto"/>
        <w:bottom w:val="none" w:sz="0" w:space="0" w:color="auto"/>
        <w:right w:val="none" w:sz="0" w:space="0" w:color="auto"/>
      </w:divBdr>
    </w:div>
    <w:div w:id="162552810">
      <w:bodyDiv w:val="1"/>
      <w:marLeft w:val="0"/>
      <w:marRight w:val="0"/>
      <w:marTop w:val="0"/>
      <w:marBottom w:val="0"/>
      <w:divBdr>
        <w:top w:val="none" w:sz="0" w:space="0" w:color="auto"/>
        <w:left w:val="none" w:sz="0" w:space="0" w:color="auto"/>
        <w:bottom w:val="none" w:sz="0" w:space="0" w:color="auto"/>
        <w:right w:val="none" w:sz="0" w:space="0" w:color="auto"/>
      </w:divBdr>
    </w:div>
    <w:div w:id="164904439">
      <w:bodyDiv w:val="1"/>
      <w:marLeft w:val="0"/>
      <w:marRight w:val="0"/>
      <w:marTop w:val="0"/>
      <w:marBottom w:val="0"/>
      <w:divBdr>
        <w:top w:val="none" w:sz="0" w:space="0" w:color="auto"/>
        <w:left w:val="none" w:sz="0" w:space="0" w:color="auto"/>
        <w:bottom w:val="none" w:sz="0" w:space="0" w:color="auto"/>
        <w:right w:val="none" w:sz="0" w:space="0" w:color="auto"/>
      </w:divBdr>
    </w:div>
    <w:div w:id="173351581">
      <w:bodyDiv w:val="1"/>
      <w:marLeft w:val="0"/>
      <w:marRight w:val="0"/>
      <w:marTop w:val="0"/>
      <w:marBottom w:val="0"/>
      <w:divBdr>
        <w:top w:val="none" w:sz="0" w:space="0" w:color="auto"/>
        <w:left w:val="none" w:sz="0" w:space="0" w:color="auto"/>
        <w:bottom w:val="none" w:sz="0" w:space="0" w:color="auto"/>
        <w:right w:val="none" w:sz="0" w:space="0" w:color="auto"/>
      </w:divBdr>
    </w:div>
    <w:div w:id="190843104">
      <w:bodyDiv w:val="1"/>
      <w:marLeft w:val="0"/>
      <w:marRight w:val="0"/>
      <w:marTop w:val="0"/>
      <w:marBottom w:val="0"/>
      <w:divBdr>
        <w:top w:val="none" w:sz="0" w:space="0" w:color="auto"/>
        <w:left w:val="none" w:sz="0" w:space="0" w:color="auto"/>
        <w:bottom w:val="none" w:sz="0" w:space="0" w:color="auto"/>
        <w:right w:val="none" w:sz="0" w:space="0" w:color="auto"/>
      </w:divBdr>
    </w:div>
    <w:div w:id="197593806">
      <w:bodyDiv w:val="1"/>
      <w:marLeft w:val="0"/>
      <w:marRight w:val="0"/>
      <w:marTop w:val="0"/>
      <w:marBottom w:val="0"/>
      <w:divBdr>
        <w:top w:val="none" w:sz="0" w:space="0" w:color="auto"/>
        <w:left w:val="none" w:sz="0" w:space="0" w:color="auto"/>
        <w:bottom w:val="none" w:sz="0" w:space="0" w:color="auto"/>
        <w:right w:val="none" w:sz="0" w:space="0" w:color="auto"/>
      </w:divBdr>
      <w:divsChild>
        <w:div w:id="14767999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028053">
      <w:bodyDiv w:val="1"/>
      <w:marLeft w:val="0"/>
      <w:marRight w:val="0"/>
      <w:marTop w:val="0"/>
      <w:marBottom w:val="0"/>
      <w:divBdr>
        <w:top w:val="none" w:sz="0" w:space="0" w:color="auto"/>
        <w:left w:val="none" w:sz="0" w:space="0" w:color="auto"/>
        <w:bottom w:val="none" w:sz="0" w:space="0" w:color="auto"/>
        <w:right w:val="none" w:sz="0" w:space="0" w:color="auto"/>
      </w:divBdr>
    </w:div>
    <w:div w:id="214509181">
      <w:bodyDiv w:val="1"/>
      <w:marLeft w:val="0"/>
      <w:marRight w:val="0"/>
      <w:marTop w:val="0"/>
      <w:marBottom w:val="0"/>
      <w:divBdr>
        <w:top w:val="none" w:sz="0" w:space="0" w:color="auto"/>
        <w:left w:val="none" w:sz="0" w:space="0" w:color="auto"/>
        <w:bottom w:val="none" w:sz="0" w:space="0" w:color="auto"/>
        <w:right w:val="none" w:sz="0" w:space="0" w:color="auto"/>
      </w:divBdr>
    </w:div>
    <w:div w:id="225380001">
      <w:bodyDiv w:val="1"/>
      <w:marLeft w:val="0"/>
      <w:marRight w:val="0"/>
      <w:marTop w:val="0"/>
      <w:marBottom w:val="0"/>
      <w:divBdr>
        <w:top w:val="none" w:sz="0" w:space="0" w:color="auto"/>
        <w:left w:val="none" w:sz="0" w:space="0" w:color="auto"/>
        <w:bottom w:val="none" w:sz="0" w:space="0" w:color="auto"/>
        <w:right w:val="none" w:sz="0" w:space="0" w:color="auto"/>
      </w:divBdr>
    </w:div>
    <w:div w:id="233703714">
      <w:bodyDiv w:val="1"/>
      <w:marLeft w:val="0"/>
      <w:marRight w:val="0"/>
      <w:marTop w:val="0"/>
      <w:marBottom w:val="0"/>
      <w:divBdr>
        <w:top w:val="none" w:sz="0" w:space="0" w:color="auto"/>
        <w:left w:val="none" w:sz="0" w:space="0" w:color="auto"/>
        <w:bottom w:val="none" w:sz="0" w:space="0" w:color="auto"/>
        <w:right w:val="none" w:sz="0" w:space="0" w:color="auto"/>
      </w:divBdr>
    </w:div>
    <w:div w:id="239993320">
      <w:bodyDiv w:val="1"/>
      <w:marLeft w:val="0"/>
      <w:marRight w:val="0"/>
      <w:marTop w:val="0"/>
      <w:marBottom w:val="0"/>
      <w:divBdr>
        <w:top w:val="none" w:sz="0" w:space="0" w:color="auto"/>
        <w:left w:val="none" w:sz="0" w:space="0" w:color="auto"/>
        <w:bottom w:val="none" w:sz="0" w:space="0" w:color="auto"/>
        <w:right w:val="none" w:sz="0" w:space="0" w:color="auto"/>
      </w:divBdr>
    </w:div>
    <w:div w:id="264120090">
      <w:bodyDiv w:val="1"/>
      <w:marLeft w:val="0"/>
      <w:marRight w:val="0"/>
      <w:marTop w:val="0"/>
      <w:marBottom w:val="0"/>
      <w:divBdr>
        <w:top w:val="none" w:sz="0" w:space="0" w:color="auto"/>
        <w:left w:val="none" w:sz="0" w:space="0" w:color="auto"/>
        <w:bottom w:val="none" w:sz="0" w:space="0" w:color="auto"/>
        <w:right w:val="none" w:sz="0" w:space="0" w:color="auto"/>
      </w:divBdr>
    </w:div>
    <w:div w:id="268585665">
      <w:bodyDiv w:val="1"/>
      <w:marLeft w:val="0"/>
      <w:marRight w:val="0"/>
      <w:marTop w:val="0"/>
      <w:marBottom w:val="0"/>
      <w:divBdr>
        <w:top w:val="none" w:sz="0" w:space="0" w:color="auto"/>
        <w:left w:val="none" w:sz="0" w:space="0" w:color="auto"/>
        <w:bottom w:val="none" w:sz="0" w:space="0" w:color="auto"/>
        <w:right w:val="none" w:sz="0" w:space="0" w:color="auto"/>
      </w:divBdr>
    </w:div>
    <w:div w:id="272245407">
      <w:bodyDiv w:val="1"/>
      <w:marLeft w:val="0"/>
      <w:marRight w:val="0"/>
      <w:marTop w:val="0"/>
      <w:marBottom w:val="0"/>
      <w:divBdr>
        <w:top w:val="none" w:sz="0" w:space="0" w:color="auto"/>
        <w:left w:val="none" w:sz="0" w:space="0" w:color="auto"/>
        <w:bottom w:val="none" w:sz="0" w:space="0" w:color="auto"/>
        <w:right w:val="none" w:sz="0" w:space="0" w:color="auto"/>
      </w:divBdr>
    </w:div>
    <w:div w:id="294605817">
      <w:bodyDiv w:val="1"/>
      <w:marLeft w:val="0"/>
      <w:marRight w:val="0"/>
      <w:marTop w:val="0"/>
      <w:marBottom w:val="0"/>
      <w:divBdr>
        <w:top w:val="none" w:sz="0" w:space="0" w:color="auto"/>
        <w:left w:val="none" w:sz="0" w:space="0" w:color="auto"/>
        <w:bottom w:val="none" w:sz="0" w:space="0" w:color="auto"/>
        <w:right w:val="none" w:sz="0" w:space="0" w:color="auto"/>
      </w:divBdr>
    </w:div>
    <w:div w:id="299308929">
      <w:bodyDiv w:val="1"/>
      <w:marLeft w:val="0"/>
      <w:marRight w:val="0"/>
      <w:marTop w:val="0"/>
      <w:marBottom w:val="0"/>
      <w:divBdr>
        <w:top w:val="none" w:sz="0" w:space="0" w:color="auto"/>
        <w:left w:val="none" w:sz="0" w:space="0" w:color="auto"/>
        <w:bottom w:val="none" w:sz="0" w:space="0" w:color="auto"/>
        <w:right w:val="none" w:sz="0" w:space="0" w:color="auto"/>
      </w:divBdr>
    </w:div>
    <w:div w:id="323165266">
      <w:bodyDiv w:val="1"/>
      <w:marLeft w:val="0"/>
      <w:marRight w:val="0"/>
      <w:marTop w:val="0"/>
      <w:marBottom w:val="0"/>
      <w:divBdr>
        <w:top w:val="none" w:sz="0" w:space="0" w:color="auto"/>
        <w:left w:val="none" w:sz="0" w:space="0" w:color="auto"/>
        <w:bottom w:val="none" w:sz="0" w:space="0" w:color="auto"/>
        <w:right w:val="none" w:sz="0" w:space="0" w:color="auto"/>
      </w:divBdr>
      <w:divsChild>
        <w:div w:id="9747958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5138513">
      <w:bodyDiv w:val="1"/>
      <w:marLeft w:val="0"/>
      <w:marRight w:val="0"/>
      <w:marTop w:val="0"/>
      <w:marBottom w:val="0"/>
      <w:divBdr>
        <w:top w:val="none" w:sz="0" w:space="0" w:color="auto"/>
        <w:left w:val="none" w:sz="0" w:space="0" w:color="auto"/>
        <w:bottom w:val="none" w:sz="0" w:space="0" w:color="auto"/>
        <w:right w:val="none" w:sz="0" w:space="0" w:color="auto"/>
      </w:divBdr>
    </w:div>
    <w:div w:id="352612038">
      <w:bodyDiv w:val="1"/>
      <w:marLeft w:val="0"/>
      <w:marRight w:val="0"/>
      <w:marTop w:val="0"/>
      <w:marBottom w:val="0"/>
      <w:divBdr>
        <w:top w:val="none" w:sz="0" w:space="0" w:color="auto"/>
        <w:left w:val="none" w:sz="0" w:space="0" w:color="auto"/>
        <w:bottom w:val="none" w:sz="0" w:space="0" w:color="auto"/>
        <w:right w:val="none" w:sz="0" w:space="0" w:color="auto"/>
      </w:divBdr>
    </w:div>
    <w:div w:id="354428778">
      <w:bodyDiv w:val="1"/>
      <w:marLeft w:val="0"/>
      <w:marRight w:val="0"/>
      <w:marTop w:val="0"/>
      <w:marBottom w:val="0"/>
      <w:divBdr>
        <w:top w:val="none" w:sz="0" w:space="0" w:color="auto"/>
        <w:left w:val="none" w:sz="0" w:space="0" w:color="auto"/>
        <w:bottom w:val="none" w:sz="0" w:space="0" w:color="auto"/>
        <w:right w:val="none" w:sz="0" w:space="0" w:color="auto"/>
      </w:divBdr>
    </w:div>
    <w:div w:id="379716868">
      <w:bodyDiv w:val="1"/>
      <w:marLeft w:val="0"/>
      <w:marRight w:val="0"/>
      <w:marTop w:val="0"/>
      <w:marBottom w:val="0"/>
      <w:divBdr>
        <w:top w:val="none" w:sz="0" w:space="0" w:color="auto"/>
        <w:left w:val="none" w:sz="0" w:space="0" w:color="auto"/>
        <w:bottom w:val="none" w:sz="0" w:space="0" w:color="auto"/>
        <w:right w:val="none" w:sz="0" w:space="0" w:color="auto"/>
      </w:divBdr>
      <w:divsChild>
        <w:div w:id="2822703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5127103">
      <w:bodyDiv w:val="1"/>
      <w:marLeft w:val="0"/>
      <w:marRight w:val="0"/>
      <w:marTop w:val="0"/>
      <w:marBottom w:val="0"/>
      <w:divBdr>
        <w:top w:val="none" w:sz="0" w:space="0" w:color="auto"/>
        <w:left w:val="none" w:sz="0" w:space="0" w:color="auto"/>
        <w:bottom w:val="none" w:sz="0" w:space="0" w:color="auto"/>
        <w:right w:val="none" w:sz="0" w:space="0" w:color="auto"/>
      </w:divBdr>
    </w:div>
    <w:div w:id="416710337">
      <w:bodyDiv w:val="1"/>
      <w:marLeft w:val="0"/>
      <w:marRight w:val="0"/>
      <w:marTop w:val="0"/>
      <w:marBottom w:val="0"/>
      <w:divBdr>
        <w:top w:val="none" w:sz="0" w:space="0" w:color="auto"/>
        <w:left w:val="none" w:sz="0" w:space="0" w:color="auto"/>
        <w:bottom w:val="none" w:sz="0" w:space="0" w:color="auto"/>
        <w:right w:val="none" w:sz="0" w:space="0" w:color="auto"/>
      </w:divBdr>
    </w:div>
    <w:div w:id="424611752">
      <w:bodyDiv w:val="1"/>
      <w:marLeft w:val="0"/>
      <w:marRight w:val="0"/>
      <w:marTop w:val="0"/>
      <w:marBottom w:val="0"/>
      <w:divBdr>
        <w:top w:val="none" w:sz="0" w:space="0" w:color="auto"/>
        <w:left w:val="none" w:sz="0" w:space="0" w:color="auto"/>
        <w:bottom w:val="none" w:sz="0" w:space="0" w:color="auto"/>
        <w:right w:val="none" w:sz="0" w:space="0" w:color="auto"/>
      </w:divBdr>
    </w:div>
    <w:div w:id="444539709">
      <w:bodyDiv w:val="1"/>
      <w:marLeft w:val="0"/>
      <w:marRight w:val="0"/>
      <w:marTop w:val="0"/>
      <w:marBottom w:val="0"/>
      <w:divBdr>
        <w:top w:val="none" w:sz="0" w:space="0" w:color="auto"/>
        <w:left w:val="none" w:sz="0" w:space="0" w:color="auto"/>
        <w:bottom w:val="none" w:sz="0" w:space="0" w:color="auto"/>
        <w:right w:val="none" w:sz="0" w:space="0" w:color="auto"/>
      </w:divBdr>
    </w:div>
    <w:div w:id="460850019">
      <w:bodyDiv w:val="1"/>
      <w:marLeft w:val="0"/>
      <w:marRight w:val="0"/>
      <w:marTop w:val="0"/>
      <w:marBottom w:val="0"/>
      <w:divBdr>
        <w:top w:val="none" w:sz="0" w:space="0" w:color="auto"/>
        <w:left w:val="none" w:sz="0" w:space="0" w:color="auto"/>
        <w:bottom w:val="none" w:sz="0" w:space="0" w:color="auto"/>
        <w:right w:val="none" w:sz="0" w:space="0" w:color="auto"/>
      </w:divBdr>
    </w:div>
    <w:div w:id="468788201">
      <w:bodyDiv w:val="1"/>
      <w:marLeft w:val="0"/>
      <w:marRight w:val="0"/>
      <w:marTop w:val="0"/>
      <w:marBottom w:val="0"/>
      <w:divBdr>
        <w:top w:val="none" w:sz="0" w:space="0" w:color="auto"/>
        <w:left w:val="none" w:sz="0" w:space="0" w:color="auto"/>
        <w:bottom w:val="none" w:sz="0" w:space="0" w:color="auto"/>
        <w:right w:val="none" w:sz="0" w:space="0" w:color="auto"/>
      </w:divBdr>
    </w:div>
    <w:div w:id="474838104">
      <w:bodyDiv w:val="1"/>
      <w:marLeft w:val="0"/>
      <w:marRight w:val="0"/>
      <w:marTop w:val="0"/>
      <w:marBottom w:val="0"/>
      <w:divBdr>
        <w:top w:val="none" w:sz="0" w:space="0" w:color="auto"/>
        <w:left w:val="none" w:sz="0" w:space="0" w:color="auto"/>
        <w:bottom w:val="none" w:sz="0" w:space="0" w:color="auto"/>
        <w:right w:val="none" w:sz="0" w:space="0" w:color="auto"/>
      </w:divBdr>
    </w:div>
    <w:div w:id="480119149">
      <w:bodyDiv w:val="1"/>
      <w:marLeft w:val="0"/>
      <w:marRight w:val="0"/>
      <w:marTop w:val="0"/>
      <w:marBottom w:val="0"/>
      <w:divBdr>
        <w:top w:val="none" w:sz="0" w:space="0" w:color="auto"/>
        <w:left w:val="none" w:sz="0" w:space="0" w:color="auto"/>
        <w:bottom w:val="none" w:sz="0" w:space="0" w:color="auto"/>
        <w:right w:val="none" w:sz="0" w:space="0" w:color="auto"/>
      </w:divBdr>
    </w:div>
    <w:div w:id="497890242">
      <w:bodyDiv w:val="1"/>
      <w:marLeft w:val="0"/>
      <w:marRight w:val="0"/>
      <w:marTop w:val="0"/>
      <w:marBottom w:val="0"/>
      <w:divBdr>
        <w:top w:val="none" w:sz="0" w:space="0" w:color="auto"/>
        <w:left w:val="none" w:sz="0" w:space="0" w:color="auto"/>
        <w:bottom w:val="none" w:sz="0" w:space="0" w:color="auto"/>
        <w:right w:val="none" w:sz="0" w:space="0" w:color="auto"/>
      </w:divBdr>
      <w:divsChild>
        <w:div w:id="14722151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0748500">
      <w:bodyDiv w:val="1"/>
      <w:marLeft w:val="0"/>
      <w:marRight w:val="0"/>
      <w:marTop w:val="0"/>
      <w:marBottom w:val="0"/>
      <w:divBdr>
        <w:top w:val="none" w:sz="0" w:space="0" w:color="auto"/>
        <w:left w:val="none" w:sz="0" w:space="0" w:color="auto"/>
        <w:bottom w:val="none" w:sz="0" w:space="0" w:color="auto"/>
        <w:right w:val="none" w:sz="0" w:space="0" w:color="auto"/>
      </w:divBdr>
    </w:div>
    <w:div w:id="560556894">
      <w:bodyDiv w:val="1"/>
      <w:marLeft w:val="0"/>
      <w:marRight w:val="0"/>
      <w:marTop w:val="0"/>
      <w:marBottom w:val="0"/>
      <w:divBdr>
        <w:top w:val="none" w:sz="0" w:space="0" w:color="auto"/>
        <w:left w:val="none" w:sz="0" w:space="0" w:color="auto"/>
        <w:bottom w:val="none" w:sz="0" w:space="0" w:color="auto"/>
        <w:right w:val="none" w:sz="0" w:space="0" w:color="auto"/>
      </w:divBdr>
    </w:div>
    <w:div w:id="567032641">
      <w:bodyDiv w:val="1"/>
      <w:marLeft w:val="0"/>
      <w:marRight w:val="0"/>
      <w:marTop w:val="0"/>
      <w:marBottom w:val="0"/>
      <w:divBdr>
        <w:top w:val="none" w:sz="0" w:space="0" w:color="auto"/>
        <w:left w:val="none" w:sz="0" w:space="0" w:color="auto"/>
        <w:bottom w:val="none" w:sz="0" w:space="0" w:color="auto"/>
        <w:right w:val="none" w:sz="0" w:space="0" w:color="auto"/>
      </w:divBdr>
    </w:div>
    <w:div w:id="575627936">
      <w:bodyDiv w:val="1"/>
      <w:marLeft w:val="0"/>
      <w:marRight w:val="0"/>
      <w:marTop w:val="0"/>
      <w:marBottom w:val="0"/>
      <w:divBdr>
        <w:top w:val="none" w:sz="0" w:space="0" w:color="auto"/>
        <w:left w:val="none" w:sz="0" w:space="0" w:color="auto"/>
        <w:bottom w:val="none" w:sz="0" w:space="0" w:color="auto"/>
        <w:right w:val="none" w:sz="0" w:space="0" w:color="auto"/>
      </w:divBdr>
    </w:div>
    <w:div w:id="619337684">
      <w:bodyDiv w:val="1"/>
      <w:marLeft w:val="0"/>
      <w:marRight w:val="0"/>
      <w:marTop w:val="0"/>
      <w:marBottom w:val="0"/>
      <w:divBdr>
        <w:top w:val="none" w:sz="0" w:space="0" w:color="auto"/>
        <w:left w:val="none" w:sz="0" w:space="0" w:color="auto"/>
        <w:bottom w:val="none" w:sz="0" w:space="0" w:color="auto"/>
        <w:right w:val="none" w:sz="0" w:space="0" w:color="auto"/>
      </w:divBdr>
    </w:div>
    <w:div w:id="622004505">
      <w:bodyDiv w:val="1"/>
      <w:marLeft w:val="0"/>
      <w:marRight w:val="0"/>
      <w:marTop w:val="0"/>
      <w:marBottom w:val="0"/>
      <w:divBdr>
        <w:top w:val="none" w:sz="0" w:space="0" w:color="auto"/>
        <w:left w:val="none" w:sz="0" w:space="0" w:color="auto"/>
        <w:bottom w:val="none" w:sz="0" w:space="0" w:color="auto"/>
        <w:right w:val="none" w:sz="0" w:space="0" w:color="auto"/>
      </w:divBdr>
      <w:divsChild>
        <w:div w:id="10246006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2856497">
      <w:bodyDiv w:val="1"/>
      <w:marLeft w:val="0"/>
      <w:marRight w:val="0"/>
      <w:marTop w:val="0"/>
      <w:marBottom w:val="0"/>
      <w:divBdr>
        <w:top w:val="none" w:sz="0" w:space="0" w:color="auto"/>
        <w:left w:val="none" w:sz="0" w:space="0" w:color="auto"/>
        <w:bottom w:val="none" w:sz="0" w:space="0" w:color="auto"/>
        <w:right w:val="none" w:sz="0" w:space="0" w:color="auto"/>
      </w:divBdr>
    </w:div>
    <w:div w:id="648898504">
      <w:bodyDiv w:val="1"/>
      <w:marLeft w:val="0"/>
      <w:marRight w:val="0"/>
      <w:marTop w:val="0"/>
      <w:marBottom w:val="0"/>
      <w:divBdr>
        <w:top w:val="none" w:sz="0" w:space="0" w:color="auto"/>
        <w:left w:val="none" w:sz="0" w:space="0" w:color="auto"/>
        <w:bottom w:val="none" w:sz="0" w:space="0" w:color="auto"/>
        <w:right w:val="none" w:sz="0" w:space="0" w:color="auto"/>
      </w:divBdr>
    </w:div>
    <w:div w:id="680159711">
      <w:bodyDiv w:val="1"/>
      <w:marLeft w:val="0"/>
      <w:marRight w:val="0"/>
      <w:marTop w:val="0"/>
      <w:marBottom w:val="0"/>
      <w:divBdr>
        <w:top w:val="none" w:sz="0" w:space="0" w:color="auto"/>
        <w:left w:val="none" w:sz="0" w:space="0" w:color="auto"/>
        <w:bottom w:val="none" w:sz="0" w:space="0" w:color="auto"/>
        <w:right w:val="none" w:sz="0" w:space="0" w:color="auto"/>
      </w:divBdr>
    </w:div>
    <w:div w:id="685715888">
      <w:bodyDiv w:val="1"/>
      <w:marLeft w:val="0"/>
      <w:marRight w:val="0"/>
      <w:marTop w:val="0"/>
      <w:marBottom w:val="0"/>
      <w:divBdr>
        <w:top w:val="none" w:sz="0" w:space="0" w:color="auto"/>
        <w:left w:val="none" w:sz="0" w:space="0" w:color="auto"/>
        <w:bottom w:val="none" w:sz="0" w:space="0" w:color="auto"/>
        <w:right w:val="none" w:sz="0" w:space="0" w:color="auto"/>
      </w:divBdr>
    </w:div>
    <w:div w:id="693921070">
      <w:bodyDiv w:val="1"/>
      <w:marLeft w:val="0"/>
      <w:marRight w:val="0"/>
      <w:marTop w:val="0"/>
      <w:marBottom w:val="0"/>
      <w:divBdr>
        <w:top w:val="none" w:sz="0" w:space="0" w:color="auto"/>
        <w:left w:val="none" w:sz="0" w:space="0" w:color="auto"/>
        <w:bottom w:val="none" w:sz="0" w:space="0" w:color="auto"/>
        <w:right w:val="none" w:sz="0" w:space="0" w:color="auto"/>
      </w:divBdr>
    </w:div>
    <w:div w:id="718675056">
      <w:bodyDiv w:val="1"/>
      <w:marLeft w:val="0"/>
      <w:marRight w:val="0"/>
      <w:marTop w:val="0"/>
      <w:marBottom w:val="0"/>
      <w:divBdr>
        <w:top w:val="none" w:sz="0" w:space="0" w:color="auto"/>
        <w:left w:val="none" w:sz="0" w:space="0" w:color="auto"/>
        <w:bottom w:val="none" w:sz="0" w:space="0" w:color="auto"/>
        <w:right w:val="none" w:sz="0" w:space="0" w:color="auto"/>
      </w:divBdr>
    </w:div>
    <w:div w:id="744035979">
      <w:bodyDiv w:val="1"/>
      <w:marLeft w:val="0"/>
      <w:marRight w:val="0"/>
      <w:marTop w:val="0"/>
      <w:marBottom w:val="0"/>
      <w:divBdr>
        <w:top w:val="none" w:sz="0" w:space="0" w:color="auto"/>
        <w:left w:val="none" w:sz="0" w:space="0" w:color="auto"/>
        <w:bottom w:val="none" w:sz="0" w:space="0" w:color="auto"/>
        <w:right w:val="none" w:sz="0" w:space="0" w:color="auto"/>
      </w:divBdr>
      <w:divsChild>
        <w:div w:id="749154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6094417">
      <w:bodyDiv w:val="1"/>
      <w:marLeft w:val="0"/>
      <w:marRight w:val="0"/>
      <w:marTop w:val="0"/>
      <w:marBottom w:val="0"/>
      <w:divBdr>
        <w:top w:val="none" w:sz="0" w:space="0" w:color="auto"/>
        <w:left w:val="none" w:sz="0" w:space="0" w:color="auto"/>
        <w:bottom w:val="none" w:sz="0" w:space="0" w:color="auto"/>
        <w:right w:val="none" w:sz="0" w:space="0" w:color="auto"/>
      </w:divBdr>
    </w:div>
    <w:div w:id="770199551">
      <w:bodyDiv w:val="1"/>
      <w:marLeft w:val="0"/>
      <w:marRight w:val="0"/>
      <w:marTop w:val="0"/>
      <w:marBottom w:val="0"/>
      <w:divBdr>
        <w:top w:val="none" w:sz="0" w:space="0" w:color="auto"/>
        <w:left w:val="none" w:sz="0" w:space="0" w:color="auto"/>
        <w:bottom w:val="none" w:sz="0" w:space="0" w:color="auto"/>
        <w:right w:val="none" w:sz="0" w:space="0" w:color="auto"/>
      </w:divBdr>
    </w:div>
    <w:div w:id="793059622">
      <w:bodyDiv w:val="1"/>
      <w:marLeft w:val="0"/>
      <w:marRight w:val="0"/>
      <w:marTop w:val="0"/>
      <w:marBottom w:val="0"/>
      <w:divBdr>
        <w:top w:val="none" w:sz="0" w:space="0" w:color="auto"/>
        <w:left w:val="none" w:sz="0" w:space="0" w:color="auto"/>
        <w:bottom w:val="none" w:sz="0" w:space="0" w:color="auto"/>
        <w:right w:val="none" w:sz="0" w:space="0" w:color="auto"/>
      </w:divBdr>
    </w:div>
    <w:div w:id="793476552">
      <w:bodyDiv w:val="1"/>
      <w:marLeft w:val="0"/>
      <w:marRight w:val="0"/>
      <w:marTop w:val="0"/>
      <w:marBottom w:val="0"/>
      <w:divBdr>
        <w:top w:val="none" w:sz="0" w:space="0" w:color="auto"/>
        <w:left w:val="none" w:sz="0" w:space="0" w:color="auto"/>
        <w:bottom w:val="none" w:sz="0" w:space="0" w:color="auto"/>
        <w:right w:val="none" w:sz="0" w:space="0" w:color="auto"/>
      </w:divBdr>
    </w:div>
    <w:div w:id="813303822">
      <w:bodyDiv w:val="1"/>
      <w:marLeft w:val="0"/>
      <w:marRight w:val="0"/>
      <w:marTop w:val="0"/>
      <w:marBottom w:val="0"/>
      <w:divBdr>
        <w:top w:val="none" w:sz="0" w:space="0" w:color="auto"/>
        <w:left w:val="none" w:sz="0" w:space="0" w:color="auto"/>
        <w:bottom w:val="none" w:sz="0" w:space="0" w:color="auto"/>
        <w:right w:val="none" w:sz="0" w:space="0" w:color="auto"/>
      </w:divBdr>
    </w:div>
    <w:div w:id="831676526">
      <w:bodyDiv w:val="1"/>
      <w:marLeft w:val="0"/>
      <w:marRight w:val="0"/>
      <w:marTop w:val="0"/>
      <w:marBottom w:val="0"/>
      <w:divBdr>
        <w:top w:val="none" w:sz="0" w:space="0" w:color="auto"/>
        <w:left w:val="none" w:sz="0" w:space="0" w:color="auto"/>
        <w:bottom w:val="none" w:sz="0" w:space="0" w:color="auto"/>
        <w:right w:val="none" w:sz="0" w:space="0" w:color="auto"/>
      </w:divBdr>
    </w:div>
    <w:div w:id="837237234">
      <w:bodyDiv w:val="1"/>
      <w:marLeft w:val="0"/>
      <w:marRight w:val="0"/>
      <w:marTop w:val="0"/>
      <w:marBottom w:val="0"/>
      <w:divBdr>
        <w:top w:val="none" w:sz="0" w:space="0" w:color="auto"/>
        <w:left w:val="none" w:sz="0" w:space="0" w:color="auto"/>
        <w:bottom w:val="none" w:sz="0" w:space="0" w:color="auto"/>
        <w:right w:val="none" w:sz="0" w:space="0" w:color="auto"/>
      </w:divBdr>
    </w:div>
    <w:div w:id="850998052">
      <w:bodyDiv w:val="1"/>
      <w:marLeft w:val="0"/>
      <w:marRight w:val="0"/>
      <w:marTop w:val="0"/>
      <w:marBottom w:val="0"/>
      <w:divBdr>
        <w:top w:val="none" w:sz="0" w:space="0" w:color="auto"/>
        <w:left w:val="none" w:sz="0" w:space="0" w:color="auto"/>
        <w:bottom w:val="none" w:sz="0" w:space="0" w:color="auto"/>
        <w:right w:val="none" w:sz="0" w:space="0" w:color="auto"/>
      </w:divBdr>
    </w:div>
    <w:div w:id="859202863">
      <w:bodyDiv w:val="1"/>
      <w:marLeft w:val="0"/>
      <w:marRight w:val="0"/>
      <w:marTop w:val="0"/>
      <w:marBottom w:val="0"/>
      <w:divBdr>
        <w:top w:val="none" w:sz="0" w:space="0" w:color="auto"/>
        <w:left w:val="none" w:sz="0" w:space="0" w:color="auto"/>
        <w:bottom w:val="none" w:sz="0" w:space="0" w:color="auto"/>
        <w:right w:val="none" w:sz="0" w:space="0" w:color="auto"/>
      </w:divBdr>
    </w:div>
    <w:div w:id="869339817">
      <w:bodyDiv w:val="1"/>
      <w:marLeft w:val="0"/>
      <w:marRight w:val="0"/>
      <w:marTop w:val="0"/>
      <w:marBottom w:val="0"/>
      <w:divBdr>
        <w:top w:val="none" w:sz="0" w:space="0" w:color="auto"/>
        <w:left w:val="none" w:sz="0" w:space="0" w:color="auto"/>
        <w:bottom w:val="none" w:sz="0" w:space="0" w:color="auto"/>
        <w:right w:val="none" w:sz="0" w:space="0" w:color="auto"/>
      </w:divBdr>
    </w:div>
    <w:div w:id="875240010">
      <w:bodyDiv w:val="1"/>
      <w:marLeft w:val="0"/>
      <w:marRight w:val="0"/>
      <w:marTop w:val="0"/>
      <w:marBottom w:val="0"/>
      <w:divBdr>
        <w:top w:val="none" w:sz="0" w:space="0" w:color="auto"/>
        <w:left w:val="none" w:sz="0" w:space="0" w:color="auto"/>
        <w:bottom w:val="none" w:sz="0" w:space="0" w:color="auto"/>
        <w:right w:val="none" w:sz="0" w:space="0" w:color="auto"/>
      </w:divBdr>
    </w:div>
    <w:div w:id="897938019">
      <w:bodyDiv w:val="1"/>
      <w:marLeft w:val="0"/>
      <w:marRight w:val="0"/>
      <w:marTop w:val="0"/>
      <w:marBottom w:val="0"/>
      <w:divBdr>
        <w:top w:val="none" w:sz="0" w:space="0" w:color="auto"/>
        <w:left w:val="none" w:sz="0" w:space="0" w:color="auto"/>
        <w:bottom w:val="none" w:sz="0" w:space="0" w:color="auto"/>
        <w:right w:val="none" w:sz="0" w:space="0" w:color="auto"/>
      </w:divBdr>
    </w:div>
    <w:div w:id="898707628">
      <w:bodyDiv w:val="1"/>
      <w:marLeft w:val="0"/>
      <w:marRight w:val="0"/>
      <w:marTop w:val="0"/>
      <w:marBottom w:val="0"/>
      <w:divBdr>
        <w:top w:val="none" w:sz="0" w:space="0" w:color="auto"/>
        <w:left w:val="none" w:sz="0" w:space="0" w:color="auto"/>
        <w:bottom w:val="none" w:sz="0" w:space="0" w:color="auto"/>
        <w:right w:val="none" w:sz="0" w:space="0" w:color="auto"/>
      </w:divBdr>
    </w:div>
    <w:div w:id="907689095">
      <w:bodyDiv w:val="1"/>
      <w:marLeft w:val="0"/>
      <w:marRight w:val="0"/>
      <w:marTop w:val="0"/>
      <w:marBottom w:val="0"/>
      <w:divBdr>
        <w:top w:val="none" w:sz="0" w:space="0" w:color="auto"/>
        <w:left w:val="none" w:sz="0" w:space="0" w:color="auto"/>
        <w:bottom w:val="none" w:sz="0" w:space="0" w:color="auto"/>
        <w:right w:val="none" w:sz="0" w:space="0" w:color="auto"/>
      </w:divBdr>
    </w:div>
    <w:div w:id="929704949">
      <w:bodyDiv w:val="1"/>
      <w:marLeft w:val="0"/>
      <w:marRight w:val="0"/>
      <w:marTop w:val="0"/>
      <w:marBottom w:val="0"/>
      <w:divBdr>
        <w:top w:val="none" w:sz="0" w:space="0" w:color="auto"/>
        <w:left w:val="none" w:sz="0" w:space="0" w:color="auto"/>
        <w:bottom w:val="none" w:sz="0" w:space="0" w:color="auto"/>
        <w:right w:val="none" w:sz="0" w:space="0" w:color="auto"/>
      </w:divBdr>
    </w:div>
    <w:div w:id="945575985">
      <w:bodyDiv w:val="1"/>
      <w:marLeft w:val="0"/>
      <w:marRight w:val="0"/>
      <w:marTop w:val="0"/>
      <w:marBottom w:val="0"/>
      <w:divBdr>
        <w:top w:val="none" w:sz="0" w:space="0" w:color="auto"/>
        <w:left w:val="none" w:sz="0" w:space="0" w:color="auto"/>
        <w:bottom w:val="none" w:sz="0" w:space="0" w:color="auto"/>
        <w:right w:val="none" w:sz="0" w:space="0" w:color="auto"/>
      </w:divBdr>
    </w:div>
    <w:div w:id="968121048">
      <w:bodyDiv w:val="1"/>
      <w:marLeft w:val="0"/>
      <w:marRight w:val="0"/>
      <w:marTop w:val="0"/>
      <w:marBottom w:val="0"/>
      <w:divBdr>
        <w:top w:val="none" w:sz="0" w:space="0" w:color="auto"/>
        <w:left w:val="none" w:sz="0" w:space="0" w:color="auto"/>
        <w:bottom w:val="none" w:sz="0" w:space="0" w:color="auto"/>
        <w:right w:val="none" w:sz="0" w:space="0" w:color="auto"/>
      </w:divBdr>
    </w:div>
    <w:div w:id="968707579">
      <w:bodyDiv w:val="1"/>
      <w:marLeft w:val="0"/>
      <w:marRight w:val="0"/>
      <w:marTop w:val="0"/>
      <w:marBottom w:val="0"/>
      <w:divBdr>
        <w:top w:val="none" w:sz="0" w:space="0" w:color="auto"/>
        <w:left w:val="none" w:sz="0" w:space="0" w:color="auto"/>
        <w:bottom w:val="none" w:sz="0" w:space="0" w:color="auto"/>
        <w:right w:val="none" w:sz="0" w:space="0" w:color="auto"/>
      </w:divBdr>
    </w:div>
    <w:div w:id="969097254">
      <w:bodyDiv w:val="1"/>
      <w:marLeft w:val="0"/>
      <w:marRight w:val="0"/>
      <w:marTop w:val="0"/>
      <w:marBottom w:val="0"/>
      <w:divBdr>
        <w:top w:val="none" w:sz="0" w:space="0" w:color="auto"/>
        <w:left w:val="none" w:sz="0" w:space="0" w:color="auto"/>
        <w:bottom w:val="none" w:sz="0" w:space="0" w:color="auto"/>
        <w:right w:val="none" w:sz="0" w:space="0" w:color="auto"/>
      </w:divBdr>
    </w:div>
    <w:div w:id="972446513">
      <w:bodyDiv w:val="1"/>
      <w:marLeft w:val="0"/>
      <w:marRight w:val="0"/>
      <w:marTop w:val="0"/>
      <w:marBottom w:val="0"/>
      <w:divBdr>
        <w:top w:val="none" w:sz="0" w:space="0" w:color="auto"/>
        <w:left w:val="none" w:sz="0" w:space="0" w:color="auto"/>
        <w:bottom w:val="none" w:sz="0" w:space="0" w:color="auto"/>
        <w:right w:val="none" w:sz="0" w:space="0" w:color="auto"/>
      </w:divBdr>
    </w:div>
    <w:div w:id="973146633">
      <w:bodyDiv w:val="1"/>
      <w:marLeft w:val="0"/>
      <w:marRight w:val="0"/>
      <w:marTop w:val="0"/>
      <w:marBottom w:val="0"/>
      <w:divBdr>
        <w:top w:val="none" w:sz="0" w:space="0" w:color="auto"/>
        <w:left w:val="none" w:sz="0" w:space="0" w:color="auto"/>
        <w:bottom w:val="none" w:sz="0" w:space="0" w:color="auto"/>
        <w:right w:val="none" w:sz="0" w:space="0" w:color="auto"/>
      </w:divBdr>
    </w:div>
    <w:div w:id="973566194">
      <w:bodyDiv w:val="1"/>
      <w:marLeft w:val="0"/>
      <w:marRight w:val="0"/>
      <w:marTop w:val="0"/>
      <w:marBottom w:val="0"/>
      <w:divBdr>
        <w:top w:val="none" w:sz="0" w:space="0" w:color="auto"/>
        <w:left w:val="none" w:sz="0" w:space="0" w:color="auto"/>
        <w:bottom w:val="none" w:sz="0" w:space="0" w:color="auto"/>
        <w:right w:val="none" w:sz="0" w:space="0" w:color="auto"/>
      </w:divBdr>
    </w:div>
    <w:div w:id="993266723">
      <w:bodyDiv w:val="1"/>
      <w:marLeft w:val="0"/>
      <w:marRight w:val="0"/>
      <w:marTop w:val="0"/>
      <w:marBottom w:val="0"/>
      <w:divBdr>
        <w:top w:val="none" w:sz="0" w:space="0" w:color="auto"/>
        <w:left w:val="none" w:sz="0" w:space="0" w:color="auto"/>
        <w:bottom w:val="none" w:sz="0" w:space="0" w:color="auto"/>
        <w:right w:val="none" w:sz="0" w:space="0" w:color="auto"/>
      </w:divBdr>
    </w:div>
    <w:div w:id="1017073877">
      <w:bodyDiv w:val="1"/>
      <w:marLeft w:val="0"/>
      <w:marRight w:val="0"/>
      <w:marTop w:val="0"/>
      <w:marBottom w:val="0"/>
      <w:divBdr>
        <w:top w:val="none" w:sz="0" w:space="0" w:color="auto"/>
        <w:left w:val="none" w:sz="0" w:space="0" w:color="auto"/>
        <w:bottom w:val="none" w:sz="0" w:space="0" w:color="auto"/>
        <w:right w:val="none" w:sz="0" w:space="0" w:color="auto"/>
      </w:divBdr>
    </w:div>
    <w:div w:id="1040665390">
      <w:bodyDiv w:val="1"/>
      <w:marLeft w:val="0"/>
      <w:marRight w:val="0"/>
      <w:marTop w:val="0"/>
      <w:marBottom w:val="0"/>
      <w:divBdr>
        <w:top w:val="none" w:sz="0" w:space="0" w:color="auto"/>
        <w:left w:val="none" w:sz="0" w:space="0" w:color="auto"/>
        <w:bottom w:val="none" w:sz="0" w:space="0" w:color="auto"/>
        <w:right w:val="none" w:sz="0" w:space="0" w:color="auto"/>
      </w:divBdr>
    </w:div>
    <w:div w:id="1041131092">
      <w:bodyDiv w:val="1"/>
      <w:marLeft w:val="0"/>
      <w:marRight w:val="0"/>
      <w:marTop w:val="0"/>
      <w:marBottom w:val="0"/>
      <w:divBdr>
        <w:top w:val="none" w:sz="0" w:space="0" w:color="auto"/>
        <w:left w:val="none" w:sz="0" w:space="0" w:color="auto"/>
        <w:bottom w:val="none" w:sz="0" w:space="0" w:color="auto"/>
        <w:right w:val="none" w:sz="0" w:space="0" w:color="auto"/>
      </w:divBdr>
    </w:div>
    <w:div w:id="1066030173">
      <w:bodyDiv w:val="1"/>
      <w:marLeft w:val="0"/>
      <w:marRight w:val="0"/>
      <w:marTop w:val="0"/>
      <w:marBottom w:val="0"/>
      <w:divBdr>
        <w:top w:val="none" w:sz="0" w:space="0" w:color="auto"/>
        <w:left w:val="none" w:sz="0" w:space="0" w:color="auto"/>
        <w:bottom w:val="none" w:sz="0" w:space="0" w:color="auto"/>
        <w:right w:val="none" w:sz="0" w:space="0" w:color="auto"/>
      </w:divBdr>
    </w:div>
    <w:div w:id="1066608340">
      <w:bodyDiv w:val="1"/>
      <w:marLeft w:val="0"/>
      <w:marRight w:val="0"/>
      <w:marTop w:val="0"/>
      <w:marBottom w:val="0"/>
      <w:divBdr>
        <w:top w:val="none" w:sz="0" w:space="0" w:color="auto"/>
        <w:left w:val="none" w:sz="0" w:space="0" w:color="auto"/>
        <w:bottom w:val="none" w:sz="0" w:space="0" w:color="auto"/>
        <w:right w:val="none" w:sz="0" w:space="0" w:color="auto"/>
      </w:divBdr>
    </w:div>
    <w:div w:id="1072504282">
      <w:bodyDiv w:val="1"/>
      <w:marLeft w:val="0"/>
      <w:marRight w:val="0"/>
      <w:marTop w:val="0"/>
      <w:marBottom w:val="0"/>
      <w:divBdr>
        <w:top w:val="none" w:sz="0" w:space="0" w:color="auto"/>
        <w:left w:val="none" w:sz="0" w:space="0" w:color="auto"/>
        <w:bottom w:val="none" w:sz="0" w:space="0" w:color="auto"/>
        <w:right w:val="none" w:sz="0" w:space="0" w:color="auto"/>
      </w:divBdr>
    </w:div>
    <w:div w:id="1075084735">
      <w:bodyDiv w:val="1"/>
      <w:marLeft w:val="0"/>
      <w:marRight w:val="0"/>
      <w:marTop w:val="0"/>
      <w:marBottom w:val="0"/>
      <w:divBdr>
        <w:top w:val="none" w:sz="0" w:space="0" w:color="auto"/>
        <w:left w:val="none" w:sz="0" w:space="0" w:color="auto"/>
        <w:bottom w:val="none" w:sz="0" w:space="0" w:color="auto"/>
        <w:right w:val="none" w:sz="0" w:space="0" w:color="auto"/>
      </w:divBdr>
    </w:div>
    <w:div w:id="1077018927">
      <w:bodyDiv w:val="1"/>
      <w:marLeft w:val="0"/>
      <w:marRight w:val="0"/>
      <w:marTop w:val="0"/>
      <w:marBottom w:val="0"/>
      <w:divBdr>
        <w:top w:val="none" w:sz="0" w:space="0" w:color="auto"/>
        <w:left w:val="none" w:sz="0" w:space="0" w:color="auto"/>
        <w:bottom w:val="none" w:sz="0" w:space="0" w:color="auto"/>
        <w:right w:val="none" w:sz="0" w:space="0" w:color="auto"/>
      </w:divBdr>
    </w:div>
    <w:div w:id="1078165395">
      <w:bodyDiv w:val="1"/>
      <w:marLeft w:val="0"/>
      <w:marRight w:val="0"/>
      <w:marTop w:val="0"/>
      <w:marBottom w:val="0"/>
      <w:divBdr>
        <w:top w:val="none" w:sz="0" w:space="0" w:color="auto"/>
        <w:left w:val="none" w:sz="0" w:space="0" w:color="auto"/>
        <w:bottom w:val="none" w:sz="0" w:space="0" w:color="auto"/>
        <w:right w:val="none" w:sz="0" w:space="0" w:color="auto"/>
      </w:divBdr>
    </w:div>
    <w:div w:id="1085151513">
      <w:bodyDiv w:val="1"/>
      <w:marLeft w:val="0"/>
      <w:marRight w:val="0"/>
      <w:marTop w:val="0"/>
      <w:marBottom w:val="0"/>
      <w:divBdr>
        <w:top w:val="none" w:sz="0" w:space="0" w:color="auto"/>
        <w:left w:val="none" w:sz="0" w:space="0" w:color="auto"/>
        <w:bottom w:val="none" w:sz="0" w:space="0" w:color="auto"/>
        <w:right w:val="none" w:sz="0" w:space="0" w:color="auto"/>
      </w:divBdr>
    </w:div>
    <w:div w:id="1087967663">
      <w:bodyDiv w:val="1"/>
      <w:marLeft w:val="0"/>
      <w:marRight w:val="0"/>
      <w:marTop w:val="0"/>
      <w:marBottom w:val="0"/>
      <w:divBdr>
        <w:top w:val="none" w:sz="0" w:space="0" w:color="auto"/>
        <w:left w:val="none" w:sz="0" w:space="0" w:color="auto"/>
        <w:bottom w:val="none" w:sz="0" w:space="0" w:color="auto"/>
        <w:right w:val="none" w:sz="0" w:space="0" w:color="auto"/>
      </w:divBdr>
    </w:div>
    <w:div w:id="1115439923">
      <w:bodyDiv w:val="1"/>
      <w:marLeft w:val="0"/>
      <w:marRight w:val="0"/>
      <w:marTop w:val="0"/>
      <w:marBottom w:val="0"/>
      <w:divBdr>
        <w:top w:val="none" w:sz="0" w:space="0" w:color="auto"/>
        <w:left w:val="none" w:sz="0" w:space="0" w:color="auto"/>
        <w:bottom w:val="none" w:sz="0" w:space="0" w:color="auto"/>
        <w:right w:val="none" w:sz="0" w:space="0" w:color="auto"/>
      </w:divBdr>
    </w:div>
    <w:div w:id="1132137822">
      <w:bodyDiv w:val="1"/>
      <w:marLeft w:val="0"/>
      <w:marRight w:val="0"/>
      <w:marTop w:val="0"/>
      <w:marBottom w:val="0"/>
      <w:divBdr>
        <w:top w:val="none" w:sz="0" w:space="0" w:color="auto"/>
        <w:left w:val="none" w:sz="0" w:space="0" w:color="auto"/>
        <w:bottom w:val="none" w:sz="0" w:space="0" w:color="auto"/>
        <w:right w:val="none" w:sz="0" w:space="0" w:color="auto"/>
      </w:divBdr>
    </w:div>
    <w:div w:id="1155531022">
      <w:bodyDiv w:val="1"/>
      <w:marLeft w:val="0"/>
      <w:marRight w:val="0"/>
      <w:marTop w:val="0"/>
      <w:marBottom w:val="0"/>
      <w:divBdr>
        <w:top w:val="none" w:sz="0" w:space="0" w:color="auto"/>
        <w:left w:val="none" w:sz="0" w:space="0" w:color="auto"/>
        <w:bottom w:val="none" w:sz="0" w:space="0" w:color="auto"/>
        <w:right w:val="none" w:sz="0" w:space="0" w:color="auto"/>
      </w:divBdr>
    </w:div>
    <w:div w:id="1159342749">
      <w:bodyDiv w:val="1"/>
      <w:marLeft w:val="0"/>
      <w:marRight w:val="0"/>
      <w:marTop w:val="0"/>
      <w:marBottom w:val="0"/>
      <w:divBdr>
        <w:top w:val="none" w:sz="0" w:space="0" w:color="auto"/>
        <w:left w:val="none" w:sz="0" w:space="0" w:color="auto"/>
        <w:bottom w:val="none" w:sz="0" w:space="0" w:color="auto"/>
        <w:right w:val="none" w:sz="0" w:space="0" w:color="auto"/>
      </w:divBdr>
    </w:div>
    <w:div w:id="1163933837">
      <w:bodyDiv w:val="1"/>
      <w:marLeft w:val="0"/>
      <w:marRight w:val="0"/>
      <w:marTop w:val="0"/>
      <w:marBottom w:val="0"/>
      <w:divBdr>
        <w:top w:val="none" w:sz="0" w:space="0" w:color="auto"/>
        <w:left w:val="none" w:sz="0" w:space="0" w:color="auto"/>
        <w:bottom w:val="none" w:sz="0" w:space="0" w:color="auto"/>
        <w:right w:val="none" w:sz="0" w:space="0" w:color="auto"/>
      </w:divBdr>
    </w:div>
    <w:div w:id="1183592416">
      <w:bodyDiv w:val="1"/>
      <w:marLeft w:val="0"/>
      <w:marRight w:val="0"/>
      <w:marTop w:val="0"/>
      <w:marBottom w:val="0"/>
      <w:divBdr>
        <w:top w:val="none" w:sz="0" w:space="0" w:color="auto"/>
        <w:left w:val="none" w:sz="0" w:space="0" w:color="auto"/>
        <w:bottom w:val="none" w:sz="0" w:space="0" w:color="auto"/>
        <w:right w:val="none" w:sz="0" w:space="0" w:color="auto"/>
      </w:divBdr>
      <w:divsChild>
        <w:div w:id="13105916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5217231">
      <w:bodyDiv w:val="1"/>
      <w:marLeft w:val="0"/>
      <w:marRight w:val="0"/>
      <w:marTop w:val="0"/>
      <w:marBottom w:val="0"/>
      <w:divBdr>
        <w:top w:val="none" w:sz="0" w:space="0" w:color="auto"/>
        <w:left w:val="none" w:sz="0" w:space="0" w:color="auto"/>
        <w:bottom w:val="none" w:sz="0" w:space="0" w:color="auto"/>
        <w:right w:val="none" w:sz="0" w:space="0" w:color="auto"/>
      </w:divBdr>
    </w:div>
    <w:div w:id="1263222257">
      <w:bodyDiv w:val="1"/>
      <w:marLeft w:val="0"/>
      <w:marRight w:val="0"/>
      <w:marTop w:val="0"/>
      <w:marBottom w:val="0"/>
      <w:divBdr>
        <w:top w:val="none" w:sz="0" w:space="0" w:color="auto"/>
        <w:left w:val="none" w:sz="0" w:space="0" w:color="auto"/>
        <w:bottom w:val="none" w:sz="0" w:space="0" w:color="auto"/>
        <w:right w:val="none" w:sz="0" w:space="0" w:color="auto"/>
      </w:divBdr>
    </w:div>
    <w:div w:id="1273249926">
      <w:bodyDiv w:val="1"/>
      <w:marLeft w:val="0"/>
      <w:marRight w:val="0"/>
      <w:marTop w:val="0"/>
      <w:marBottom w:val="0"/>
      <w:divBdr>
        <w:top w:val="none" w:sz="0" w:space="0" w:color="auto"/>
        <w:left w:val="none" w:sz="0" w:space="0" w:color="auto"/>
        <w:bottom w:val="none" w:sz="0" w:space="0" w:color="auto"/>
        <w:right w:val="none" w:sz="0" w:space="0" w:color="auto"/>
      </w:divBdr>
    </w:div>
    <w:div w:id="1292252916">
      <w:bodyDiv w:val="1"/>
      <w:marLeft w:val="0"/>
      <w:marRight w:val="0"/>
      <w:marTop w:val="0"/>
      <w:marBottom w:val="0"/>
      <w:divBdr>
        <w:top w:val="none" w:sz="0" w:space="0" w:color="auto"/>
        <w:left w:val="none" w:sz="0" w:space="0" w:color="auto"/>
        <w:bottom w:val="none" w:sz="0" w:space="0" w:color="auto"/>
        <w:right w:val="none" w:sz="0" w:space="0" w:color="auto"/>
      </w:divBdr>
    </w:div>
    <w:div w:id="1293556421">
      <w:bodyDiv w:val="1"/>
      <w:marLeft w:val="0"/>
      <w:marRight w:val="0"/>
      <w:marTop w:val="0"/>
      <w:marBottom w:val="0"/>
      <w:divBdr>
        <w:top w:val="none" w:sz="0" w:space="0" w:color="auto"/>
        <w:left w:val="none" w:sz="0" w:space="0" w:color="auto"/>
        <w:bottom w:val="none" w:sz="0" w:space="0" w:color="auto"/>
        <w:right w:val="none" w:sz="0" w:space="0" w:color="auto"/>
      </w:divBdr>
    </w:div>
    <w:div w:id="1297028137">
      <w:bodyDiv w:val="1"/>
      <w:marLeft w:val="0"/>
      <w:marRight w:val="0"/>
      <w:marTop w:val="0"/>
      <w:marBottom w:val="0"/>
      <w:divBdr>
        <w:top w:val="none" w:sz="0" w:space="0" w:color="auto"/>
        <w:left w:val="none" w:sz="0" w:space="0" w:color="auto"/>
        <w:bottom w:val="none" w:sz="0" w:space="0" w:color="auto"/>
        <w:right w:val="none" w:sz="0" w:space="0" w:color="auto"/>
      </w:divBdr>
    </w:div>
    <w:div w:id="1316957565">
      <w:bodyDiv w:val="1"/>
      <w:marLeft w:val="0"/>
      <w:marRight w:val="0"/>
      <w:marTop w:val="0"/>
      <w:marBottom w:val="0"/>
      <w:divBdr>
        <w:top w:val="none" w:sz="0" w:space="0" w:color="auto"/>
        <w:left w:val="none" w:sz="0" w:space="0" w:color="auto"/>
        <w:bottom w:val="none" w:sz="0" w:space="0" w:color="auto"/>
        <w:right w:val="none" w:sz="0" w:space="0" w:color="auto"/>
      </w:divBdr>
    </w:div>
    <w:div w:id="1329207561">
      <w:bodyDiv w:val="1"/>
      <w:marLeft w:val="0"/>
      <w:marRight w:val="0"/>
      <w:marTop w:val="0"/>
      <w:marBottom w:val="0"/>
      <w:divBdr>
        <w:top w:val="none" w:sz="0" w:space="0" w:color="auto"/>
        <w:left w:val="none" w:sz="0" w:space="0" w:color="auto"/>
        <w:bottom w:val="none" w:sz="0" w:space="0" w:color="auto"/>
        <w:right w:val="none" w:sz="0" w:space="0" w:color="auto"/>
      </w:divBdr>
      <w:divsChild>
        <w:div w:id="13422029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5838213">
      <w:bodyDiv w:val="1"/>
      <w:marLeft w:val="0"/>
      <w:marRight w:val="0"/>
      <w:marTop w:val="0"/>
      <w:marBottom w:val="0"/>
      <w:divBdr>
        <w:top w:val="none" w:sz="0" w:space="0" w:color="auto"/>
        <w:left w:val="none" w:sz="0" w:space="0" w:color="auto"/>
        <w:bottom w:val="none" w:sz="0" w:space="0" w:color="auto"/>
        <w:right w:val="none" w:sz="0" w:space="0" w:color="auto"/>
      </w:divBdr>
    </w:div>
    <w:div w:id="1337806077">
      <w:bodyDiv w:val="1"/>
      <w:marLeft w:val="0"/>
      <w:marRight w:val="0"/>
      <w:marTop w:val="0"/>
      <w:marBottom w:val="0"/>
      <w:divBdr>
        <w:top w:val="none" w:sz="0" w:space="0" w:color="auto"/>
        <w:left w:val="none" w:sz="0" w:space="0" w:color="auto"/>
        <w:bottom w:val="none" w:sz="0" w:space="0" w:color="auto"/>
        <w:right w:val="none" w:sz="0" w:space="0" w:color="auto"/>
      </w:divBdr>
    </w:div>
    <w:div w:id="1344168833">
      <w:bodyDiv w:val="1"/>
      <w:marLeft w:val="0"/>
      <w:marRight w:val="0"/>
      <w:marTop w:val="0"/>
      <w:marBottom w:val="0"/>
      <w:divBdr>
        <w:top w:val="none" w:sz="0" w:space="0" w:color="auto"/>
        <w:left w:val="none" w:sz="0" w:space="0" w:color="auto"/>
        <w:bottom w:val="none" w:sz="0" w:space="0" w:color="auto"/>
        <w:right w:val="none" w:sz="0" w:space="0" w:color="auto"/>
      </w:divBdr>
    </w:div>
    <w:div w:id="1381786388">
      <w:bodyDiv w:val="1"/>
      <w:marLeft w:val="0"/>
      <w:marRight w:val="0"/>
      <w:marTop w:val="0"/>
      <w:marBottom w:val="0"/>
      <w:divBdr>
        <w:top w:val="none" w:sz="0" w:space="0" w:color="auto"/>
        <w:left w:val="none" w:sz="0" w:space="0" w:color="auto"/>
        <w:bottom w:val="none" w:sz="0" w:space="0" w:color="auto"/>
        <w:right w:val="none" w:sz="0" w:space="0" w:color="auto"/>
      </w:divBdr>
    </w:div>
    <w:div w:id="1383215539">
      <w:bodyDiv w:val="1"/>
      <w:marLeft w:val="0"/>
      <w:marRight w:val="0"/>
      <w:marTop w:val="0"/>
      <w:marBottom w:val="0"/>
      <w:divBdr>
        <w:top w:val="none" w:sz="0" w:space="0" w:color="auto"/>
        <w:left w:val="none" w:sz="0" w:space="0" w:color="auto"/>
        <w:bottom w:val="none" w:sz="0" w:space="0" w:color="auto"/>
        <w:right w:val="none" w:sz="0" w:space="0" w:color="auto"/>
      </w:divBdr>
    </w:div>
    <w:div w:id="1387872006">
      <w:bodyDiv w:val="1"/>
      <w:marLeft w:val="0"/>
      <w:marRight w:val="0"/>
      <w:marTop w:val="0"/>
      <w:marBottom w:val="0"/>
      <w:divBdr>
        <w:top w:val="none" w:sz="0" w:space="0" w:color="auto"/>
        <w:left w:val="none" w:sz="0" w:space="0" w:color="auto"/>
        <w:bottom w:val="none" w:sz="0" w:space="0" w:color="auto"/>
        <w:right w:val="none" w:sz="0" w:space="0" w:color="auto"/>
      </w:divBdr>
    </w:div>
    <w:div w:id="1404067925">
      <w:bodyDiv w:val="1"/>
      <w:marLeft w:val="0"/>
      <w:marRight w:val="0"/>
      <w:marTop w:val="0"/>
      <w:marBottom w:val="0"/>
      <w:divBdr>
        <w:top w:val="none" w:sz="0" w:space="0" w:color="auto"/>
        <w:left w:val="none" w:sz="0" w:space="0" w:color="auto"/>
        <w:bottom w:val="none" w:sz="0" w:space="0" w:color="auto"/>
        <w:right w:val="none" w:sz="0" w:space="0" w:color="auto"/>
      </w:divBdr>
    </w:div>
    <w:div w:id="1406805066">
      <w:bodyDiv w:val="1"/>
      <w:marLeft w:val="0"/>
      <w:marRight w:val="0"/>
      <w:marTop w:val="0"/>
      <w:marBottom w:val="0"/>
      <w:divBdr>
        <w:top w:val="none" w:sz="0" w:space="0" w:color="auto"/>
        <w:left w:val="none" w:sz="0" w:space="0" w:color="auto"/>
        <w:bottom w:val="none" w:sz="0" w:space="0" w:color="auto"/>
        <w:right w:val="none" w:sz="0" w:space="0" w:color="auto"/>
      </w:divBdr>
    </w:div>
    <w:div w:id="1410466992">
      <w:bodyDiv w:val="1"/>
      <w:marLeft w:val="0"/>
      <w:marRight w:val="0"/>
      <w:marTop w:val="0"/>
      <w:marBottom w:val="0"/>
      <w:divBdr>
        <w:top w:val="none" w:sz="0" w:space="0" w:color="auto"/>
        <w:left w:val="none" w:sz="0" w:space="0" w:color="auto"/>
        <w:bottom w:val="none" w:sz="0" w:space="0" w:color="auto"/>
        <w:right w:val="none" w:sz="0" w:space="0" w:color="auto"/>
      </w:divBdr>
    </w:div>
    <w:div w:id="1411151811">
      <w:bodyDiv w:val="1"/>
      <w:marLeft w:val="0"/>
      <w:marRight w:val="0"/>
      <w:marTop w:val="0"/>
      <w:marBottom w:val="0"/>
      <w:divBdr>
        <w:top w:val="none" w:sz="0" w:space="0" w:color="auto"/>
        <w:left w:val="none" w:sz="0" w:space="0" w:color="auto"/>
        <w:bottom w:val="none" w:sz="0" w:space="0" w:color="auto"/>
        <w:right w:val="none" w:sz="0" w:space="0" w:color="auto"/>
      </w:divBdr>
    </w:div>
    <w:div w:id="1413308658">
      <w:bodyDiv w:val="1"/>
      <w:marLeft w:val="0"/>
      <w:marRight w:val="0"/>
      <w:marTop w:val="0"/>
      <w:marBottom w:val="0"/>
      <w:divBdr>
        <w:top w:val="none" w:sz="0" w:space="0" w:color="auto"/>
        <w:left w:val="none" w:sz="0" w:space="0" w:color="auto"/>
        <w:bottom w:val="none" w:sz="0" w:space="0" w:color="auto"/>
        <w:right w:val="none" w:sz="0" w:space="0" w:color="auto"/>
      </w:divBdr>
      <w:divsChild>
        <w:div w:id="6063537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5491696">
      <w:bodyDiv w:val="1"/>
      <w:marLeft w:val="0"/>
      <w:marRight w:val="0"/>
      <w:marTop w:val="0"/>
      <w:marBottom w:val="0"/>
      <w:divBdr>
        <w:top w:val="none" w:sz="0" w:space="0" w:color="auto"/>
        <w:left w:val="none" w:sz="0" w:space="0" w:color="auto"/>
        <w:bottom w:val="none" w:sz="0" w:space="0" w:color="auto"/>
        <w:right w:val="none" w:sz="0" w:space="0" w:color="auto"/>
      </w:divBdr>
    </w:div>
    <w:div w:id="1449853867">
      <w:bodyDiv w:val="1"/>
      <w:marLeft w:val="0"/>
      <w:marRight w:val="0"/>
      <w:marTop w:val="0"/>
      <w:marBottom w:val="0"/>
      <w:divBdr>
        <w:top w:val="none" w:sz="0" w:space="0" w:color="auto"/>
        <w:left w:val="none" w:sz="0" w:space="0" w:color="auto"/>
        <w:bottom w:val="none" w:sz="0" w:space="0" w:color="auto"/>
        <w:right w:val="none" w:sz="0" w:space="0" w:color="auto"/>
      </w:divBdr>
      <w:divsChild>
        <w:div w:id="7333094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7718662">
      <w:bodyDiv w:val="1"/>
      <w:marLeft w:val="0"/>
      <w:marRight w:val="0"/>
      <w:marTop w:val="0"/>
      <w:marBottom w:val="0"/>
      <w:divBdr>
        <w:top w:val="none" w:sz="0" w:space="0" w:color="auto"/>
        <w:left w:val="none" w:sz="0" w:space="0" w:color="auto"/>
        <w:bottom w:val="none" w:sz="0" w:space="0" w:color="auto"/>
        <w:right w:val="none" w:sz="0" w:space="0" w:color="auto"/>
      </w:divBdr>
    </w:div>
    <w:div w:id="1459183205">
      <w:bodyDiv w:val="1"/>
      <w:marLeft w:val="0"/>
      <w:marRight w:val="0"/>
      <w:marTop w:val="0"/>
      <w:marBottom w:val="0"/>
      <w:divBdr>
        <w:top w:val="none" w:sz="0" w:space="0" w:color="auto"/>
        <w:left w:val="none" w:sz="0" w:space="0" w:color="auto"/>
        <w:bottom w:val="none" w:sz="0" w:space="0" w:color="auto"/>
        <w:right w:val="none" w:sz="0" w:space="0" w:color="auto"/>
      </w:divBdr>
    </w:div>
    <w:div w:id="1459183208">
      <w:bodyDiv w:val="1"/>
      <w:marLeft w:val="0"/>
      <w:marRight w:val="0"/>
      <w:marTop w:val="0"/>
      <w:marBottom w:val="0"/>
      <w:divBdr>
        <w:top w:val="none" w:sz="0" w:space="0" w:color="auto"/>
        <w:left w:val="none" w:sz="0" w:space="0" w:color="auto"/>
        <w:bottom w:val="none" w:sz="0" w:space="0" w:color="auto"/>
        <w:right w:val="none" w:sz="0" w:space="0" w:color="auto"/>
      </w:divBdr>
    </w:div>
    <w:div w:id="1462377697">
      <w:bodyDiv w:val="1"/>
      <w:marLeft w:val="0"/>
      <w:marRight w:val="0"/>
      <w:marTop w:val="0"/>
      <w:marBottom w:val="0"/>
      <w:divBdr>
        <w:top w:val="none" w:sz="0" w:space="0" w:color="auto"/>
        <w:left w:val="none" w:sz="0" w:space="0" w:color="auto"/>
        <w:bottom w:val="none" w:sz="0" w:space="0" w:color="auto"/>
        <w:right w:val="none" w:sz="0" w:space="0" w:color="auto"/>
      </w:divBdr>
    </w:div>
    <w:div w:id="1472749273">
      <w:bodyDiv w:val="1"/>
      <w:marLeft w:val="0"/>
      <w:marRight w:val="0"/>
      <w:marTop w:val="0"/>
      <w:marBottom w:val="0"/>
      <w:divBdr>
        <w:top w:val="none" w:sz="0" w:space="0" w:color="auto"/>
        <w:left w:val="none" w:sz="0" w:space="0" w:color="auto"/>
        <w:bottom w:val="none" w:sz="0" w:space="0" w:color="auto"/>
        <w:right w:val="none" w:sz="0" w:space="0" w:color="auto"/>
      </w:divBdr>
    </w:div>
    <w:div w:id="1480032065">
      <w:bodyDiv w:val="1"/>
      <w:marLeft w:val="0"/>
      <w:marRight w:val="0"/>
      <w:marTop w:val="0"/>
      <w:marBottom w:val="0"/>
      <w:divBdr>
        <w:top w:val="none" w:sz="0" w:space="0" w:color="auto"/>
        <w:left w:val="none" w:sz="0" w:space="0" w:color="auto"/>
        <w:bottom w:val="none" w:sz="0" w:space="0" w:color="auto"/>
        <w:right w:val="none" w:sz="0" w:space="0" w:color="auto"/>
      </w:divBdr>
    </w:div>
    <w:div w:id="1484615523">
      <w:bodyDiv w:val="1"/>
      <w:marLeft w:val="0"/>
      <w:marRight w:val="0"/>
      <w:marTop w:val="0"/>
      <w:marBottom w:val="0"/>
      <w:divBdr>
        <w:top w:val="none" w:sz="0" w:space="0" w:color="auto"/>
        <w:left w:val="none" w:sz="0" w:space="0" w:color="auto"/>
        <w:bottom w:val="none" w:sz="0" w:space="0" w:color="auto"/>
        <w:right w:val="none" w:sz="0" w:space="0" w:color="auto"/>
      </w:divBdr>
    </w:div>
    <w:div w:id="1486817430">
      <w:bodyDiv w:val="1"/>
      <w:marLeft w:val="0"/>
      <w:marRight w:val="0"/>
      <w:marTop w:val="0"/>
      <w:marBottom w:val="0"/>
      <w:divBdr>
        <w:top w:val="none" w:sz="0" w:space="0" w:color="auto"/>
        <w:left w:val="none" w:sz="0" w:space="0" w:color="auto"/>
        <w:bottom w:val="none" w:sz="0" w:space="0" w:color="auto"/>
        <w:right w:val="none" w:sz="0" w:space="0" w:color="auto"/>
      </w:divBdr>
    </w:div>
    <w:div w:id="1497694292">
      <w:bodyDiv w:val="1"/>
      <w:marLeft w:val="0"/>
      <w:marRight w:val="0"/>
      <w:marTop w:val="0"/>
      <w:marBottom w:val="0"/>
      <w:divBdr>
        <w:top w:val="none" w:sz="0" w:space="0" w:color="auto"/>
        <w:left w:val="none" w:sz="0" w:space="0" w:color="auto"/>
        <w:bottom w:val="none" w:sz="0" w:space="0" w:color="auto"/>
        <w:right w:val="none" w:sz="0" w:space="0" w:color="auto"/>
      </w:divBdr>
    </w:div>
    <w:div w:id="1523782957">
      <w:bodyDiv w:val="1"/>
      <w:marLeft w:val="0"/>
      <w:marRight w:val="0"/>
      <w:marTop w:val="0"/>
      <w:marBottom w:val="0"/>
      <w:divBdr>
        <w:top w:val="none" w:sz="0" w:space="0" w:color="auto"/>
        <w:left w:val="none" w:sz="0" w:space="0" w:color="auto"/>
        <w:bottom w:val="none" w:sz="0" w:space="0" w:color="auto"/>
        <w:right w:val="none" w:sz="0" w:space="0" w:color="auto"/>
      </w:divBdr>
    </w:div>
    <w:div w:id="1539590160">
      <w:bodyDiv w:val="1"/>
      <w:marLeft w:val="0"/>
      <w:marRight w:val="0"/>
      <w:marTop w:val="0"/>
      <w:marBottom w:val="0"/>
      <w:divBdr>
        <w:top w:val="none" w:sz="0" w:space="0" w:color="auto"/>
        <w:left w:val="none" w:sz="0" w:space="0" w:color="auto"/>
        <w:bottom w:val="none" w:sz="0" w:space="0" w:color="auto"/>
        <w:right w:val="none" w:sz="0" w:space="0" w:color="auto"/>
      </w:divBdr>
    </w:div>
    <w:div w:id="1543050804">
      <w:bodyDiv w:val="1"/>
      <w:marLeft w:val="0"/>
      <w:marRight w:val="0"/>
      <w:marTop w:val="0"/>
      <w:marBottom w:val="0"/>
      <w:divBdr>
        <w:top w:val="none" w:sz="0" w:space="0" w:color="auto"/>
        <w:left w:val="none" w:sz="0" w:space="0" w:color="auto"/>
        <w:bottom w:val="none" w:sz="0" w:space="0" w:color="auto"/>
        <w:right w:val="none" w:sz="0" w:space="0" w:color="auto"/>
      </w:divBdr>
    </w:div>
    <w:div w:id="1566449375">
      <w:bodyDiv w:val="1"/>
      <w:marLeft w:val="0"/>
      <w:marRight w:val="0"/>
      <w:marTop w:val="0"/>
      <w:marBottom w:val="0"/>
      <w:divBdr>
        <w:top w:val="none" w:sz="0" w:space="0" w:color="auto"/>
        <w:left w:val="none" w:sz="0" w:space="0" w:color="auto"/>
        <w:bottom w:val="none" w:sz="0" w:space="0" w:color="auto"/>
        <w:right w:val="none" w:sz="0" w:space="0" w:color="auto"/>
      </w:divBdr>
    </w:div>
    <w:div w:id="1583756754">
      <w:bodyDiv w:val="1"/>
      <w:marLeft w:val="0"/>
      <w:marRight w:val="0"/>
      <w:marTop w:val="0"/>
      <w:marBottom w:val="0"/>
      <w:divBdr>
        <w:top w:val="none" w:sz="0" w:space="0" w:color="auto"/>
        <w:left w:val="none" w:sz="0" w:space="0" w:color="auto"/>
        <w:bottom w:val="none" w:sz="0" w:space="0" w:color="auto"/>
        <w:right w:val="none" w:sz="0" w:space="0" w:color="auto"/>
      </w:divBdr>
    </w:div>
    <w:div w:id="1611351586">
      <w:bodyDiv w:val="1"/>
      <w:marLeft w:val="0"/>
      <w:marRight w:val="0"/>
      <w:marTop w:val="0"/>
      <w:marBottom w:val="0"/>
      <w:divBdr>
        <w:top w:val="none" w:sz="0" w:space="0" w:color="auto"/>
        <w:left w:val="none" w:sz="0" w:space="0" w:color="auto"/>
        <w:bottom w:val="none" w:sz="0" w:space="0" w:color="auto"/>
        <w:right w:val="none" w:sz="0" w:space="0" w:color="auto"/>
      </w:divBdr>
    </w:div>
    <w:div w:id="1623806875">
      <w:bodyDiv w:val="1"/>
      <w:marLeft w:val="0"/>
      <w:marRight w:val="0"/>
      <w:marTop w:val="0"/>
      <w:marBottom w:val="0"/>
      <w:divBdr>
        <w:top w:val="none" w:sz="0" w:space="0" w:color="auto"/>
        <w:left w:val="none" w:sz="0" w:space="0" w:color="auto"/>
        <w:bottom w:val="none" w:sz="0" w:space="0" w:color="auto"/>
        <w:right w:val="none" w:sz="0" w:space="0" w:color="auto"/>
      </w:divBdr>
    </w:div>
    <w:div w:id="1634559622">
      <w:bodyDiv w:val="1"/>
      <w:marLeft w:val="0"/>
      <w:marRight w:val="0"/>
      <w:marTop w:val="0"/>
      <w:marBottom w:val="0"/>
      <w:divBdr>
        <w:top w:val="none" w:sz="0" w:space="0" w:color="auto"/>
        <w:left w:val="none" w:sz="0" w:space="0" w:color="auto"/>
        <w:bottom w:val="none" w:sz="0" w:space="0" w:color="auto"/>
        <w:right w:val="none" w:sz="0" w:space="0" w:color="auto"/>
      </w:divBdr>
    </w:div>
    <w:div w:id="1638367017">
      <w:bodyDiv w:val="1"/>
      <w:marLeft w:val="0"/>
      <w:marRight w:val="0"/>
      <w:marTop w:val="0"/>
      <w:marBottom w:val="0"/>
      <w:divBdr>
        <w:top w:val="none" w:sz="0" w:space="0" w:color="auto"/>
        <w:left w:val="none" w:sz="0" w:space="0" w:color="auto"/>
        <w:bottom w:val="none" w:sz="0" w:space="0" w:color="auto"/>
        <w:right w:val="none" w:sz="0" w:space="0" w:color="auto"/>
      </w:divBdr>
    </w:div>
    <w:div w:id="1646928429">
      <w:bodyDiv w:val="1"/>
      <w:marLeft w:val="0"/>
      <w:marRight w:val="0"/>
      <w:marTop w:val="0"/>
      <w:marBottom w:val="0"/>
      <w:divBdr>
        <w:top w:val="none" w:sz="0" w:space="0" w:color="auto"/>
        <w:left w:val="none" w:sz="0" w:space="0" w:color="auto"/>
        <w:bottom w:val="none" w:sz="0" w:space="0" w:color="auto"/>
        <w:right w:val="none" w:sz="0" w:space="0" w:color="auto"/>
      </w:divBdr>
    </w:div>
    <w:div w:id="1667897623">
      <w:bodyDiv w:val="1"/>
      <w:marLeft w:val="0"/>
      <w:marRight w:val="0"/>
      <w:marTop w:val="0"/>
      <w:marBottom w:val="0"/>
      <w:divBdr>
        <w:top w:val="none" w:sz="0" w:space="0" w:color="auto"/>
        <w:left w:val="none" w:sz="0" w:space="0" w:color="auto"/>
        <w:bottom w:val="none" w:sz="0" w:space="0" w:color="auto"/>
        <w:right w:val="none" w:sz="0" w:space="0" w:color="auto"/>
      </w:divBdr>
    </w:div>
    <w:div w:id="1677611890">
      <w:bodyDiv w:val="1"/>
      <w:marLeft w:val="0"/>
      <w:marRight w:val="0"/>
      <w:marTop w:val="0"/>
      <w:marBottom w:val="0"/>
      <w:divBdr>
        <w:top w:val="none" w:sz="0" w:space="0" w:color="auto"/>
        <w:left w:val="none" w:sz="0" w:space="0" w:color="auto"/>
        <w:bottom w:val="none" w:sz="0" w:space="0" w:color="auto"/>
        <w:right w:val="none" w:sz="0" w:space="0" w:color="auto"/>
      </w:divBdr>
    </w:div>
    <w:div w:id="1743215407">
      <w:bodyDiv w:val="1"/>
      <w:marLeft w:val="0"/>
      <w:marRight w:val="0"/>
      <w:marTop w:val="0"/>
      <w:marBottom w:val="0"/>
      <w:divBdr>
        <w:top w:val="none" w:sz="0" w:space="0" w:color="auto"/>
        <w:left w:val="none" w:sz="0" w:space="0" w:color="auto"/>
        <w:bottom w:val="none" w:sz="0" w:space="0" w:color="auto"/>
        <w:right w:val="none" w:sz="0" w:space="0" w:color="auto"/>
      </w:divBdr>
    </w:div>
    <w:div w:id="1751391484">
      <w:bodyDiv w:val="1"/>
      <w:marLeft w:val="0"/>
      <w:marRight w:val="0"/>
      <w:marTop w:val="0"/>
      <w:marBottom w:val="0"/>
      <w:divBdr>
        <w:top w:val="none" w:sz="0" w:space="0" w:color="auto"/>
        <w:left w:val="none" w:sz="0" w:space="0" w:color="auto"/>
        <w:bottom w:val="none" w:sz="0" w:space="0" w:color="auto"/>
        <w:right w:val="none" w:sz="0" w:space="0" w:color="auto"/>
      </w:divBdr>
      <w:divsChild>
        <w:div w:id="4645857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6686101">
      <w:bodyDiv w:val="1"/>
      <w:marLeft w:val="0"/>
      <w:marRight w:val="0"/>
      <w:marTop w:val="0"/>
      <w:marBottom w:val="0"/>
      <w:divBdr>
        <w:top w:val="none" w:sz="0" w:space="0" w:color="auto"/>
        <w:left w:val="none" w:sz="0" w:space="0" w:color="auto"/>
        <w:bottom w:val="none" w:sz="0" w:space="0" w:color="auto"/>
        <w:right w:val="none" w:sz="0" w:space="0" w:color="auto"/>
      </w:divBdr>
    </w:div>
    <w:div w:id="1772240887">
      <w:bodyDiv w:val="1"/>
      <w:marLeft w:val="0"/>
      <w:marRight w:val="0"/>
      <w:marTop w:val="0"/>
      <w:marBottom w:val="0"/>
      <w:divBdr>
        <w:top w:val="none" w:sz="0" w:space="0" w:color="auto"/>
        <w:left w:val="none" w:sz="0" w:space="0" w:color="auto"/>
        <w:bottom w:val="none" w:sz="0" w:space="0" w:color="auto"/>
        <w:right w:val="none" w:sz="0" w:space="0" w:color="auto"/>
      </w:divBdr>
    </w:div>
    <w:div w:id="1772319066">
      <w:bodyDiv w:val="1"/>
      <w:marLeft w:val="0"/>
      <w:marRight w:val="0"/>
      <w:marTop w:val="0"/>
      <w:marBottom w:val="0"/>
      <w:divBdr>
        <w:top w:val="none" w:sz="0" w:space="0" w:color="auto"/>
        <w:left w:val="none" w:sz="0" w:space="0" w:color="auto"/>
        <w:bottom w:val="none" w:sz="0" w:space="0" w:color="auto"/>
        <w:right w:val="none" w:sz="0" w:space="0" w:color="auto"/>
      </w:divBdr>
    </w:div>
    <w:div w:id="1817070424">
      <w:bodyDiv w:val="1"/>
      <w:marLeft w:val="0"/>
      <w:marRight w:val="0"/>
      <w:marTop w:val="0"/>
      <w:marBottom w:val="0"/>
      <w:divBdr>
        <w:top w:val="none" w:sz="0" w:space="0" w:color="auto"/>
        <w:left w:val="none" w:sz="0" w:space="0" w:color="auto"/>
        <w:bottom w:val="none" w:sz="0" w:space="0" w:color="auto"/>
        <w:right w:val="none" w:sz="0" w:space="0" w:color="auto"/>
      </w:divBdr>
    </w:div>
    <w:div w:id="1829445159">
      <w:bodyDiv w:val="1"/>
      <w:marLeft w:val="0"/>
      <w:marRight w:val="0"/>
      <w:marTop w:val="0"/>
      <w:marBottom w:val="0"/>
      <w:divBdr>
        <w:top w:val="none" w:sz="0" w:space="0" w:color="auto"/>
        <w:left w:val="none" w:sz="0" w:space="0" w:color="auto"/>
        <w:bottom w:val="none" w:sz="0" w:space="0" w:color="auto"/>
        <w:right w:val="none" w:sz="0" w:space="0" w:color="auto"/>
      </w:divBdr>
    </w:div>
    <w:div w:id="1842817613">
      <w:bodyDiv w:val="1"/>
      <w:marLeft w:val="0"/>
      <w:marRight w:val="0"/>
      <w:marTop w:val="0"/>
      <w:marBottom w:val="0"/>
      <w:divBdr>
        <w:top w:val="none" w:sz="0" w:space="0" w:color="auto"/>
        <w:left w:val="none" w:sz="0" w:space="0" w:color="auto"/>
        <w:bottom w:val="none" w:sz="0" w:space="0" w:color="auto"/>
        <w:right w:val="none" w:sz="0" w:space="0" w:color="auto"/>
      </w:divBdr>
    </w:div>
    <w:div w:id="1866551871">
      <w:bodyDiv w:val="1"/>
      <w:marLeft w:val="0"/>
      <w:marRight w:val="0"/>
      <w:marTop w:val="0"/>
      <w:marBottom w:val="0"/>
      <w:divBdr>
        <w:top w:val="none" w:sz="0" w:space="0" w:color="auto"/>
        <w:left w:val="none" w:sz="0" w:space="0" w:color="auto"/>
        <w:bottom w:val="none" w:sz="0" w:space="0" w:color="auto"/>
        <w:right w:val="none" w:sz="0" w:space="0" w:color="auto"/>
      </w:divBdr>
    </w:div>
    <w:div w:id="1903324397">
      <w:bodyDiv w:val="1"/>
      <w:marLeft w:val="0"/>
      <w:marRight w:val="0"/>
      <w:marTop w:val="0"/>
      <w:marBottom w:val="0"/>
      <w:divBdr>
        <w:top w:val="none" w:sz="0" w:space="0" w:color="auto"/>
        <w:left w:val="none" w:sz="0" w:space="0" w:color="auto"/>
        <w:bottom w:val="none" w:sz="0" w:space="0" w:color="auto"/>
        <w:right w:val="none" w:sz="0" w:space="0" w:color="auto"/>
      </w:divBdr>
    </w:div>
    <w:div w:id="1909802367">
      <w:bodyDiv w:val="1"/>
      <w:marLeft w:val="0"/>
      <w:marRight w:val="0"/>
      <w:marTop w:val="0"/>
      <w:marBottom w:val="0"/>
      <w:divBdr>
        <w:top w:val="none" w:sz="0" w:space="0" w:color="auto"/>
        <w:left w:val="none" w:sz="0" w:space="0" w:color="auto"/>
        <w:bottom w:val="none" w:sz="0" w:space="0" w:color="auto"/>
        <w:right w:val="none" w:sz="0" w:space="0" w:color="auto"/>
      </w:divBdr>
    </w:div>
    <w:div w:id="1951888488">
      <w:bodyDiv w:val="1"/>
      <w:marLeft w:val="0"/>
      <w:marRight w:val="0"/>
      <w:marTop w:val="0"/>
      <w:marBottom w:val="0"/>
      <w:divBdr>
        <w:top w:val="none" w:sz="0" w:space="0" w:color="auto"/>
        <w:left w:val="none" w:sz="0" w:space="0" w:color="auto"/>
        <w:bottom w:val="none" w:sz="0" w:space="0" w:color="auto"/>
        <w:right w:val="none" w:sz="0" w:space="0" w:color="auto"/>
      </w:divBdr>
    </w:div>
    <w:div w:id="1954820282">
      <w:bodyDiv w:val="1"/>
      <w:marLeft w:val="0"/>
      <w:marRight w:val="0"/>
      <w:marTop w:val="0"/>
      <w:marBottom w:val="0"/>
      <w:divBdr>
        <w:top w:val="none" w:sz="0" w:space="0" w:color="auto"/>
        <w:left w:val="none" w:sz="0" w:space="0" w:color="auto"/>
        <w:bottom w:val="none" w:sz="0" w:space="0" w:color="auto"/>
        <w:right w:val="none" w:sz="0" w:space="0" w:color="auto"/>
      </w:divBdr>
    </w:div>
    <w:div w:id="1963342535">
      <w:bodyDiv w:val="1"/>
      <w:marLeft w:val="0"/>
      <w:marRight w:val="0"/>
      <w:marTop w:val="0"/>
      <w:marBottom w:val="0"/>
      <w:divBdr>
        <w:top w:val="none" w:sz="0" w:space="0" w:color="auto"/>
        <w:left w:val="none" w:sz="0" w:space="0" w:color="auto"/>
        <w:bottom w:val="none" w:sz="0" w:space="0" w:color="auto"/>
        <w:right w:val="none" w:sz="0" w:space="0" w:color="auto"/>
      </w:divBdr>
    </w:div>
    <w:div w:id="1968701443">
      <w:bodyDiv w:val="1"/>
      <w:marLeft w:val="0"/>
      <w:marRight w:val="0"/>
      <w:marTop w:val="0"/>
      <w:marBottom w:val="0"/>
      <w:divBdr>
        <w:top w:val="none" w:sz="0" w:space="0" w:color="auto"/>
        <w:left w:val="none" w:sz="0" w:space="0" w:color="auto"/>
        <w:bottom w:val="none" w:sz="0" w:space="0" w:color="auto"/>
        <w:right w:val="none" w:sz="0" w:space="0" w:color="auto"/>
      </w:divBdr>
    </w:div>
    <w:div w:id="1982154094">
      <w:bodyDiv w:val="1"/>
      <w:marLeft w:val="0"/>
      <w:marRight w:val="0"/>
      <w:marTop w:val="0"/>
      <w:marBottom w:val="0"/>
      <w:divBdr>
        <w:top w:val="none" w:sz="0" w:space="0" w:color="auto"/>
        <w:left w:val="none" w:sz="0" w:space="0" w:color="auto"/>
        <w:bottom w:val="none" w:sz="0" w:space="0" w:color="auto"/>
        <w:right w:val="none" w:sz="0" w:space="0" w:color="auto"/>
      </w:divBdr>
    </w:div>
    <w:div w:id="1998456587">
      <w:bodyDiv w:val="1"/>
      <w:marLeft w:val="0"/>
      <w:marRight w:val="0"/>
      <w:marTop w:val="0"/>
      <w:marBottom w:val="0"/>
      <w:divBdr>
        <w:top w:val="none" w:sz="0" w:space="0" w:color="auto"/>
        <w:left w:val="none" w:sz="0" w:space="0" w:color="auto"/>
        <w:bottom w:val="none" w:sz="0" w:space="0" w:color="auto"/>
        <w:right w:val="none" w:sz="0" w:space="0" w:color="auto"/>
      </w:divBdr>
    </w:div>
    <w:div w:id="1999453913">
      <w:bodyDiv w:val="1"/>
      <w:marLeft w:val="0"/>
      <w:marRight w:val="0"/>
      <w:marTop w:val="0"/>
      <w:marBottom w:val="0"/>
      <w:divBdr>
        <w:top w:val="none" w:sz="0" w:space="0" w:color="auto"/>
        <w:left w:val="none" w:sz="0" w:space="0" w:color="auto"/>
        <w:bottom w:val="none" w:sz="0" w:space="0" w:color="auto"/>
        <w:right w:val="none" w:sz="0" w:space="0" w:color="auto"/>
      </w:divBdr>
    </w:div>
    <w:div w:id="2003240909">
      <w:bodyDiv w:val="1"/>
      <w:marLeft w:val="0"/>
      <w:marRight w:val="0"/>
      <w:marTop w:val="0"/>
      <w:marBottom w:val="0"/>
      <w:divBdr>
        <w:top w:val="none" w:sz="0" w:space="0" w:color="auto"/>
        <w:left w:val="none" w:sz="0" w:space="0" w:color="auto"/>
        <w:bottom w:val="none" w:sz="0" w:space="0" w:color="auto"/>
        <w:right w:val="none" w:sz="0" w:space="0" w:color="auto"/>
      </w:divBdr>
    </w:div>
    <w:div w:id="2008902809">
      <w:bodyDiv w:val="1"/>
      <w:marLeft w:val="0"/>
      <w:marRight w:val="0"/>
      <w:marTop w:val="0"/>
      <w:marBottom w:val="0"/>
      <w:divBdr>
        <w:top w:val="none" w:sz="0" w:space="0" w:color="auto"/>
        <w:left w:val="none" w:sz="0" w:space="0" w:color="auto"/>
        <w:bottom w:val="none" w:sz="0" w:space="0" w:color="auto"/>
        <w:right w:val="none" w:sz="0" w:space="0" w:color="auto"/>
      </w:divBdr>
    </w:div>
    <w:div w:id="2012029601">
      <w:bodyDiv w:val="1"/>
      <w:marLeft w:val="0"/>
      <w:marRight w:val="0"/>
      <w:marTop w:val="0"/>
      <w:marBottom w:val="0"/>
      <w:divBdr>
        <w:top w:val="none" w:sz="0" w:space="0" w:color="auto"/>
        <w:left w:val="none" w:sz="0" w:space="0" w:color="auto"/>
        <w:bottom w:val="none" w:sz="0" w:space="0" w:color="auto"/>
        <w:right w:val="none" w:sz="0" w:space="0" w:color="auto"/>
      </w:divBdr>
    </w:div>
    <w:div w:id="2012877645">
      <w:bodyDiv w:val="1"/>
      <w:marLeft w:val="0"/>
      <w:marRight w:val="0"/>
      <w:marTop w:val="0"/>
      <w:marBottom w:val="0"/>
      <w:divBdr>
        <w:top w:val="none" w:sz="0" w:space="0" w:color="auto"/>
        <w:left w:val="none" w:sz="0" w:space="0" w:color="auto"/>
        <w:bottom w:val="none" w:sz="0" w:space="0" w:color="auto"/>
        <w:right w:val="none" w:sz="0" w:space="0" w:color="auto"/>
      </w:divBdr>
    </w:div>
    <w:div w:id="2017223050">
      <w:bodyDiv w:val="1"/>
      <w:marLeft w:val="0"/>
      <w:marRight w:val="0"/>
      <w:marTop w:val="0"/>
      <w:marBottom w:val="0"/>
      <w:divBdr>
        <w:top w:val="none" w:sz="0" w:space="0" w:color="auto"/>
        <w:left w:val="none" w:sz="0" w:space="0" w:color="auto"/>
        <w:bottom w:val="none" w:sz="0" w:space="0" w:color="auto"/>
        <w:right w:val="none" w:sz="0" w:space="0" w:color="auto"/>
      </w:divBdr>
    </w:div>
    <w:div w:id="2020309708">
      <w:bodyDiv w:val="1"/>
      <w:marLeft w:val="0"/>
      <w:marRight w:val="0"/>
      <w:marTop w:val="0"/>
      <w:marBottom w:val="0"/>
      <w:divBdr>
        <w:top w:val="none" w:sz="0" w:space="0" w:color="auto"/>
        <w:left w:val="none" w:sz="0" w:space="0" w:color="auto"/>
        <w:bottom w:val="none" w:sz="0" w:space="0" w:color="auto"/>
        <w:right w:val="none" w:sz="0" w:space="0" w:color="auto"/>
      </w:divBdr>
    </w:div>
    <w:div w:id="2039618725">
      <w:bodyDiv w:val="1"/>
      <w:marLeft w:val="0"/>
      <w:marRight w:val="0"/>
      <w:marTop w:val="0"/>
      <w:marBottom w:val="0"/>
      <w:divBdr>
        <w:top w:val="none" w:sz="0" w:space="0" w:color="auto"/>
        <w:left w:val="none" w:sz="0" w:space="0" w:color="auto"/>
        <w:bottom w:val="none" w:sz="0" w:space="0" w:color="auto"/>
        <w:right w:val="none" w:sz="0" w:space="0" w:color="auto"/>
      </w:divBdr>
    </w:div>
    <w:div w:id="2045061950">
      <w:bodyDiv w:val="1"/>
      <w:marLeft w:val="0"/>
      <w:marRight w:val="0"/>
      <w:marTop w:val="0"/>
      <w:marBottom w:val="0"/>
      <w:divBdr>
        <w:top w:val="none" w:sz="0" w:space="0" w:color="auto"/>
        <w:left w:val="none" w:sz="0" w:space="0" w:color="auto"/>
        <w:bottom w:val="none" w:sz="0" w:space="0" w:color="auto"/>
        <w:right w:val="none" w:sz="0" w:space="0" w:color="auto"/>
      </w:divBdr>
    </w:div>
    <w:div w:id="2046372603">
      <w:bodyDiv w:val="1"/>
      <w:marLeft w:val="0"/>
      <w:marRight w:val="0"/>
      <w:marTop w:val="0"/>
      <w:marBottom w:val="0"/>
      <w:divBdr>
        <w:top w:val="none" w:sz="0" w:space="0" w:color="auto"/>
        <w:left w:val="none" w:sz="0" w:space="0" w:color="auto"/>
        <w:bottom w:val="none" w:sz="0" w:space="0" w:color="auto"/>
        <w:right w:val="none" w:sz="0" w:space="0" w:color="auto"/>
      </w:divBdr>
    </w:div>
    <w:div w:id="2052341203">
      <w:bodyDiv w:val="1"/>
      <w:marLeft w:val="0"/>
      <w:marRight w:val="0"/>
      <w:marTop w:val="0"/>
      <w:marBottom w:val="0"/>
      <w:divBdr>
        <w:top w:val="none" w:sz="0" w:space="0" w:color="auto"/>
        <w:left w:val="none" w:sz="0" w:space="0" w:color="auto"/>
        <w:bottom w:val="none" w:sz="0" w:space="0" w:color="auto"/>
        <w:right w:val="none" w:sz="0" w:space="0" w:color="auto"/>
      </w:divBdr>
    </w:div>
    <w:div w:id="2068257962">
      <w:bodyDiv w:val="1"/>
      <w:marLeft w:val="0"/>
      <w:marRight w:val="0"/>
      <w:marTop w:val="0"/>
      <w:marBottom w:val="0"/>
      <w:divBdr>
        <w:top w:val="none" w:sz="0" w:space="0" w:color="auto"/>
        <w:left w:val="none" w:sz="0" w:space="0" w:color="auto"/>
        <w:bottom w:val="none" w:sz="0" w:space="0" w:color="auto"/>
        <w:right w:val="none" w:sz="0" w:space="0" w:color="auto"/>
      </w:divBdr>
      <w:divsChild>
        <w:div w:id="1931768947">
          <w:marLeft w:val="0"/>
          <w:marRight w:val="0"/>
          <w:marTop w:val="0"/>
          <w:marBottom w:val="0"/>
          <w:divBdr>
            <w:top w:val="none" w:sz="0" w:space="0" w:color="auto"/>
            <w:left w:val="none" w:sz="0" w:space="0" w:color="auto"/>
            <w:bottom w:val="none" w:sz="0" w:space="0" w:color="auto"/>
            <w:right w:val="none" w:sz="0" w:space="0" w:color="auto"/>
          </w:divBdr>
          <w:divsChild>
            <w:div w:id="42349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487547">
      <w:bodyDiv w:val="1"/>
      <w:marLeft w:val="0"/>
      <w:marRight w:val="0"/>
      <w:marTop w:val="0"/>
      <w:marBottom w:val="0"/>
      <w:divBdr>
        <w:top w:val="none" w:sz="0" w:space="0" w:color="auto"/>
        <w:left w:val="none" w:sz="0" w:space="0" w:color="auto"/>
        <w:bottom w:val="none" w:sz="0" w:space="0" w:color="auto"/>
        <w:right w:val="none" w:sz="0" w:space="0" w:color="auto"/>
      </w:divBdr>
    </w:div>
    <w:div w:id="2099789695">
      <w:bodyDiv w:val="1"/>
      <w:marLeft w:val="0"/>
      <w:marRight w:val="0"/>
      <w:marTop w:val="0"/>
      <w:marBottom w:val="0"/>
      <w:divBdr>
        <w:top w:val="none" w:sz="0" w:space="0" w:color="auto"/>
        <w:left w:val="none" w:sz="0" w:space="0" w:color="auto"/>
        <w:bottom w:val="none" w:sz="0" w:space="0" w:color="auto"/>
        <w:right w:val="none" w:sz="0" w:space="0" w:color="auto"/>
      </w:divBdr>
    </w:div>
    <w:div w:id="21191379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inaturalist.org/projects/zamecky-park-sychrov" TargetMode="External"/><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1450</Words>
  <Characters>8557</Characters>
  <Application>Microsoft Office Word</Application>
  <DocSecurity>0</DocSecurity>
  <Lines>71</Lines>
  <Paragraphs>19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9988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Radka Pittnerová</cp:lastModifiedBy>
  <cp:revision>3</cp:revision>
  <cp:lastPrinted>2025-09-08T19:18:00Z</cp:lastPrinted>
  <dcterms:created xsi:type="dcterms:W3CDTF">2026-02-27T19:00:00Z</dcterms:created>
  <dcterms:modified xsi:type="dcterms:W3CDTF">2026-02-27T19:03:00Z</dcterms:modified>
  <cp:category/>
</cp:coreProperties>
</file>