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14E5308" w14:textId="3CB36C00" w:rsidR="002F78C7" w:rsidRDefault="002F78C7" w:rsidP="002B0825">
      <w:pPr>
        <w:pStyle w:val="Nadpis1"/>
        <w:rPr>
          <w:lang w:eastAsia="cs-CZ"/>
        </w:rPr>
      </w:pPr>
      <w:bookmarkStart w:id="0" w:name="_Toc223113807"/>
      <w:proofErr w:type="spellStart"/>
      <w:r w:rsidRPr="002F78C7">
        <w:rPr>
          <w:lang w:eastAsia="cs-CZ"/>
        </w:rPr>
        <w:t>iNaturalist</w:t>
      </w:r>
      <w:proofErr w:type="spellEnd"/>
      <w:r w:rsidRPr="002F78C7">
        <w:rPr>
          <w:lang w:eastAsia="cs-CZ"/>
        </w:rPr>
        <w:t xml:space="preserve">: pozorování, </w:t>
      </w:r>
      <w:proofErr w:type="spellStart"/>
      <w:r w:rsidRPr="002F78C7">
        <w:rPr>
          <w:lang w:eastAsia="cs-CZ"/>
        </w:rPr>
        <w:t>geoprivacy</w:t>
      </w:r>
      <w:proofErr w:type="spellEnd"/>
      <w:r w:rsidRPr="002F78C7">
        <w:rPr>
          <w:lang w:eastAsia="cs-CZ"/>
        </w:rPr>
        <w:t xml:space="preserve"> a komunitní validac</w:t>
      </w:r>
      <w:r>
        <w:rPr>
          <w:lang w:eastAsia="cs-CZ"/>
        </w:rPr>
        <w:t>e</w:t>
      </w:r>
      <w:bookmarkEnd w:id="0"/>
    </w:p>
    <w:p w14:paraId="6D257B63" w14:textId="77777777" w:rsidR="003B4E16" w:rsidRDefault="008E5D69" w:rsidP="00FE0AEE">
      <w:pPr>
        <w:rPr>
          <w:b/>
          <w:bCs/>
          <w:lang w:eastAsia="cs-CZ"/>
        </w:rPr>
      </w:pPr>
      <w:r w:rsidRPr="008E5D69">
        <w:rPr>
          <w:lang w:eastAsia="cs-CZ"/>
        </w:rPr>
        <w:t xml:space="preserve">V předchozí kapitole jste se naučili „naslouchat přírodě“ pomocí aplikace Merlin. Teď přidáme </w:t>
      </w:r>
      <w:r w:rsidR="003B4E16">
        <w:rPr>
          <w:lang w:eastAsia="cs-CZ"/>
        </w:rPr>
        <w:t>aplikaci, která primárně pracuje s</w:t>
      </w:r>
      <w:r w:rsidRPr="008E5D69">
        <w:rPr>
          <w:lang w:eastAsia="cs-CZ"/>
        </w:rPr>
        <w:t xml:space="preserve">: </w:t>
      </w:r>
      <w:r w:rsidRPr="008E5D69">
        <w:rPr>
          <w:b/>
          <w:bCs/>
          <w:lang w:eastAsia="cs-CZ"/>
        </w:rPr>
        <w:t>fotografick</w:t>
      </w:r>
      <w:r w:rsidR="003B4E16">
        <w:rPr>
          <w:b/>
          <w:bCs/>
          <w:lang w:eastAsia="cs-CZ"/>
        </w:rPr>
        <w:t>ým</w:t>
      </w:r>
      <w:r w:rsidRPr="008E5D69">
        <w:rPr>
          <w:b/>
          <w:bCs/>
          <w:lang w:eastAsia="cs-CZ"/>
        </w:rPr>
        <w:t xml:space="preserve"> pozorování</w:t>
      </w:r>
      <w:r w:rsidR="003B4E16">
        <w:rPr>
          <w:b/>
          <w:bCs/>
          <w:lang w:eastAsia="cs-CZ"/>
        </w:rPr>
        <w:t>m, které je sdíleno s komunitou.</w:t>
      </w:r>
    </w:p>
    <w:p w14:paraId="03C8F37F" w14:textId="77777777" w:rsidR="003B4E16" w:rsidRDefault="003B4E16" w:rsidP="00FE0AEE">
      <w:pPr>
        <w:rPr>
          <w:lang w:eastAsia="cs-CZ"/>
        </w:rPr>
      </w:pPr>
      <w:r w:rsidRPr="003B4E16">
        <w:rPr>
          <w:lang w:eastAsia="cs-CZ"/>
        </w:rPr>
        <w:t>Aplikace, s kterou se seznámíme v této kapitole se jmenuje</w:t>
      </w:r>
      <w:r w:rsidR="008E5D69" w:rsidRPr="008E5D69">
        <w:rPr>
          <w:lang w:eastAsia="cs-CZ"/>
        </w:rPr>
        <w:t xml:space="preserve"> </w:t>
      </w:r>
      <w:proofErr w:type="spellStart"/>
      <w:r w:rsidR="008E5D69" w:rsidRPr="008E5D69">
        <w:rPr>
          <w:b/>
          <w:bCs/>
          <w:lang w:eastAsia="cs-CZ"/>
        </w:rPr>
        <w:t>iNaturalist</w:t>
      </w:r>
      <w:proofErr w:type="spellEnd"/>
      <w:r w:rsidR="008E5D69" w:rsidRPr="008E5D69">
        <w:rPr>
          <w:lang w:eastAsia="cs-CZ"/>
        </w:rPr>
        <w:t xml:space="preserve"> –</w:t>
      </w:r>
      <w:r>
        <w:rPr>
          <w:lang w:eastAsia="cs-CZ"/>
        </w:rPr>
        <w:t>, což je prostor</w:t>
      </w:r>
      <w:r w:rsidR="008E5D69" w:rsidRPr="008E5D69">
        <w:rPr>
          <w:lang w:eastAsia="cs-CZ"/>
        </w:rPr>
        <w:t>, kde lidé z celého světa vkládají fotografie organismů a pomáhají si navzájem s určením.</w:t>
      </w:r>
    </w:p>
    <w:p w14:paraId="02EF9CBE" w14:textId="752B2D94" w:rsidR="008E5D69" w:rsidRPr="008E5D69" w:rsidRDefault="003B4E16" w:rsidP="00FE0AEE">
      <w:pPr>
        <w:rPr>
          <w:lang w:eastAsia="cs-CZ"/>
        </w:rPr>
      </w:pPr>
      <w:r>
        <w:rPr>
          <w:lang w:eastAsia="cs-CZ"/>
        </w:rPr>
        <w:t>V našem kurzu se n</w:t>
      </w:r>
      <w:r w:rsidR="008E5D69" w:rsidRPr="008E5D69">
        <w:rPr>
          <w:lang w:eastAsia="cs-CZ"/>
        </w:rPr>
        <w:t>aučíte založit účet, přidat své první snímky, nastavit sdílení polohy s ohledem na citlivé lokality (</w:t>
      </w:r>
      <w:proofErr w:type="spellStart"/>
      <w:r w:rsidR="008E5D69" w:rsidRPr="008E5D69">
        <w:rPr>
          <w:b/>
          <w:bCs/>
          <w:lang w:eastAsia="cs-CZ"/>
        </w:rPr>
        <w:t>geoprivacy</w:t>
      </w:r>
      <w:proofErr w:type="spellEnd"/>
      <w:r w:rsidR="008E5D69" w:rsidRPr="008E5D69">
        <w:rPr>
          <w:lang w:eastAsia="cs-CZ"/>
        </w:rPr>
        <w:t>)</w:t>
      </w:r>
      <w:r>
        <w:rPr>
          <w:lang w:eastAsia="cs-CZ"/>
        </w:rPr>
        <w:t xml:space="preserve">. Dále porozumíte tomu, </w:t>
      </w:r>
      <w:r w:rsidR="008E5D69" w:rsidRPr="008E5D69">
        <w:rPr>
          <w:lang w:eastAsia="cs-CZ"/>
        </w:rPr>
        <w:t>jak funguje komunitní určování a „vědecká kvalita“ záznamů.</w:t>
      </w:r>
    </w:p>
    <w:p w14:paraId="5DBBD1F1" w14:textId="77777777" w:rsidR="003B4E16" w:rsidRPr="00FE0AEE" w:rsidRDefault="008E5D69" w:rsidP="00FE0AEE">
      <w:pPr>
        <w:rPr>
          <w:b/>
          <w:bCs/>
          <w:lang w:eastAsia="cs-CZ"/>
        </w:rPr>
      </w:pPr>
      <w:r w:rsidRPr="00FE0AEE">
        <w:rPr>
          <w:b/>
          <w:bCs/>
          <w:lang w:eastAsia="cs-CZ"/>
        </w:rPr>
        <w:t>Co se v kapitole naučíte?</w:t>
      </w:r>
    </w:p>
    <w:p w14:paraId="5A79BE46" w14:textId="2B411C5C" w:rsidR="003B4E16" w:rsidRDefault="008E5D69" w:rsidP="00680446">
      <w:pPr>
        <w:pStyle w:val="OdrkyMSWORD"/>
        <w:numPr>
          <w:ilvl w:val="0"/>
          <w:numId w:val="42"/>
        </w:numPr>
        <w:rPr>
          <w:lang w:eastAsia="cs-CZ"/>
        </w:rPr>
      </w:pPr>
      <w:r w:rsidRPr="008E5D69">
        <w:rPr>
          <w:lang w:eastAsia="cs-CZ"/>
        </w:rPr>
        <w:t xml:space="preserve">Co je </w:t>
      </w:r>
      <w:proofErr w:type="spellStart"/>
      <w:r w:rsidRPr="008E5D69">
        <w:rPr>
          <w:lang w:eastAsia="cs-CZ"/>
        </w:rPr>
        <w:t>iNaturalist</w:t>
      </w:r>
      <w:proofErr w:type="spellEnd"/>
      <w:r w:rsidRPr="008E5D69">
        <w:rPr>
          <w:lang w:eastAsia="cs-CZ"/>
        </w:rPr>
        <w:t xml:space="preserve"> a jak funguje v</w:t>
      </w:r>
      <w:r w:rsidR="00FE0AEE">
        <w:rPr>
          <w:lang w:eastAsia="cs-CZ"/>
        </w:rPr>
        <w:t> </w:t>
      </w:r>
      <w:r w:rsidRPr="008E5D69">
        <w:rPr>
          <w:lang w:eastAsia="cs-CZ"/>
        </w:rPr>
        <w:t>praxi</w:t>
      </w:r>
      <w:r w:rsidR="00FE0AEE">
        <w:rPr>
          <w:lang w:eastAsia="cs-CZ"/>
        </w:rPr>
        <w:t>.</w:t>
      </w:r>
    </w:p>
    <w:p w14:paraId="68FA9095" w14:textId="77777777" w:rsidR="003B4E16" w:rsidRDefault="008E5D69" w:rsidP="00680446">
      <w:pPr>
        <w:pStyle w:val="OdrkyMSWORD"/>
        <w:numPr>
          <w:ilvl w:val="0"/>
          <w:numId w:val="42"/>
        </w:numPr>
        <w:rPr>
          <w:lang w:eastAsia="cs-CZ"/>
        </w:rPr>
      </w:pPr>
      <w:r w:rsidRPr="008E5D69">
        <w:rPr>
          <w:lang w:eastAsia="cs-CZ"/>
        </w:rPr>
        <w:t xml:space="preserve">Jak se </w:t>
      </w:r>
      <w:r w:rsidRPr="008E5D69">
        <w:rPr>
          <w:b/>
          <w:bCs/>
          <w:lang w:eastAsia="cs-CZ"/>
        </w:rPr>
        <w:t>zaregistrovat</w:t>
      </w:r>
      <w:r w:rsidRPr="008E5D69">
        <w:rPr>
          <w:lang w:eastAsia="cs-CZ"/>
        </w:rPr>
        <w:t xml:space="preserve">, nastavit </w:t>
      </w:r>
      <w:r w:rsidRPr="008E5D69">
        <w:rPr>
          <w:b/>
          <w:bCs/>
          <w:lang w:eastAsia="cs-CZ"/>
        </w:rPr>
        <w:t>profil</w:t>
      </w:r>
      <w:r w:rsidRPr="008E5D69">
        <w:rPr>
          <w:lang w:eastAsia="cs-CZ"/>
        </w:rPr>
        <w:t xml:space="preserve"> a zvolit </w:t>
      </w:r>
      <w:r w:rsidRPr="008E5D69">
        <w:rPr>
          <w:b/>
          <w:bCs/>
          <w:lang w:eastAsia="cs-CZ"/>
        </w:rPr>
        <w:t>jazyk</w:t>
      </w:r>
      <w:r w:rsidRPr="008E5D69">
        <w:rPr>
          <w:lang w:eastAsia="cs-CZ"/>
        </w:rPr>
        <w:t xml:space="preserve"> rozhraní.</w:t>
      </w:r>
    </w:p>
    <w:p w14:paraId="442D4824" w14:textId="77777777" w:rsidR="003B4E16" w:rsidRDefault="008E5D69" w:rsidP="00680446">
      <w:pPr>
        <w:pStyle w:val="OdrkyMSWORD"/>
        <w:numPr>
          <w:ilvl w:val="0"/>
          <w:numId w:val="42"/>
        </w:numPr>
        <w:rPr>
          <w:lang w:eastAsia="cs-CZ"/>
        </w:rPr>
      </w:pPr>
      <w:r w:rsidRPr="008E5D69">
        <w:rPr>
          <w:lang w:eastAsia="cs-CZ"/>
        </w:rPr>
        <w:t xml:space="preserve">Jak </w:t>
      </w:r>
      <w:r w:rsidRPr="008E5D69">
        <w:rPr>
          <w:b/>
          <w:bCs/>
          <w:lang w:eastAsia="cs-CZ"/>
        </w:rPr>
        <w:t>přidat pozorování v mobilu</w:t>
      </w:r>
      <w:r w:rsidRPr="008E5D69">
        <w:rPr>
          <w:lang w:eastAsia="cs-CZ"/>
        </w:rPr>
        <w:t xml:space="preserve"> a vyplnit základní údaje (kdo–kdy–kde–co–jak).</w:t>
      </w:r>
    </w:p>
    <w:p w14:paraId="506AAD43" w14:textId="77777777" w:rsidR="003B4E16" w:rsidRDefault="008E5D69" w:rsidP="00680446">
      <w:pPr>
        <w:pStyle w:val="OdrkyMSWORD"/>
        <w:numPr>
          <w:ilvl w:val="0"/>
          <w:numId w:val="42"/>
        </w:numPr>
        <w:rPr>
          <w:lang w:eastAsia="cs-CZ"/>
        </w:rPr>
      </w:pPr>
      <w:r w:rsidRPr="008E5D69">
        <w:rPr>
          <w:lang w:eastAsia="cs-CZ"/>
        </w:rPr>
        <w:t xml:space="preserve">Jak nastavit </w:t>
      </w:r>
      <w:proofErr w:type="spellStart"/>
      <w:r w:rsidRPr="008E5D69">
        <w:rPr>
          <w:b/>
          <w:bCs/>
          <w:lang w:eastAsia="cs-CZ"/>
        </w:rPr>
        <w:t>geoprivacy</w:t>
      </w:r>
      <w:proofErr w:type="spellEnd"/>
      <w:r w:rsidRPr="008E5D69">
        <w:rPr>
          <w:lang w:eastAsia="cs-CZ"/>
        </w:rPr>
        <w:t xml:space="preserve"> (otevřená/rozostřená/soukromá poloha).</w:t>
      </w:r>
    </w:p>
    <w:p w14:paraId="2E9C5C3D" w14:textId="77777777" w:rsidR="003B4E16" w:rsidRDefault="008E5D69" w:rsidP="00680446">
      <w:pPr>
        <w:pStyle w:val="OdrkyMSWORD"/>
        <w:numPr>
          <w:ilvl w:val="0"/>
          <w:numId w:val="42"/>
        </w:numPr>
        <w:rPr>
          <w:lang w:eastAsia="cs-CZ"/>
        </w:rPr>
      </w:pPr>
      <w:r w:rsidRPr="008E5D69">
        <w:rPr>
          <w:lang w:eastAsia="cs-CZ"/>
        </w:rPr>
        <w:t xml:space="preserve">Jak pracovat ve </w:t>
      </w:r>
      <w:r w:rsidRPr="008E5D69">
        <w:rPr>
          <w:b/>
          <w:bCs/>
          <w:lang w:eastAsia="cs-CZ"/>
        </w:rPr>
        <w:t>webové verzi</w:t>
      </w:r>
      <w:r w:rsidRPr="008E5D69">
        <w:rPr>
          <w:lang w:eastAsia="cs-CZ"/>
        </w:rPr>
        <w:t>: upravit záznam, reagovat na návrhy určení a komunikovat s komunitou.</w:t>
      </w:r>
    </w:p>
    <w:p w14:paraId="2A97B5F7" w14:textId="6595604D" w:rsidR="008E5D69" w:rsidRPr="008E5D69" w:rsidRDefault="008E5D69" w:rsidP="00680446">
      <w:pPr>
        <w:pStyle w:val="OdrkyMSWORD"/>
        <w:numPr>
          <w:ilvl w:val="0"/>
          <w:numId w:val="42"/>
        </w:numPr>
        <w:rPr>
          <w:lang w:eastAsia="cs-CZ"/>
        </w:rPr>
      </w:pPr>
      <w:r w:rsidRPr="008E5D69">
        <w:rPr>
          <w:lang w:eastAsia="cs-CZ"/>
        </w:rPr>
        <w:t xml:space="preserve">Jak se </w:t>
      </w:r>
      <w:r w:rsidRPr="008E5D69">
        <w:rPr>
          <w:b/>
          <w:bCs/>
          <w:lang w:eastAsia="cs-CZ"/>
        </w:rPr>
        <w:t>připojit k projektům</w:t>
      </w:r>
      <w:r w:rsidRPr="008E5D69">
        <w:rPr>
          <w:lang w:eastAsia="cs-CZ"/>
        </w:rPr>
        <w:t xml:space="preserve"> a vyzkoušet </w:t>
      </w:r>
      <w:r w:rsidRPr="008E5D69">
        <w:rPr>
          <w:b/>
          <w:bCs/>
          <w:lang w:eastAsia="cs-CZ"/>
        </w:rPr>
        <w:t>export</w:t>
      </w:r>
      <w:r w:rsidRPr="008E5D69">
        <w:rPr>
          <w:lang w:eastAsia="cs-CZ"/>
        </w:rPr>
        <w:t xml:space="preserve"> pro vlastní projekt v Kapitole 6.</w:t>
      </w:r>
    </w:p>
    <w:p w14:paraId="6AB1C7AF" w14:textId="77777777" w:rsidR="00FE0AEE" w:rsidRDefault="00FE0AEE" w:rsidP="00FE0AEE">
      <w:pPr>
        <w:pStyle w:val="Nadpis2"/>
      </w:pPr>
      <w:bookmarkStart w:id="1" w:name="_Toc223113808"/>
      <w:r>
        <w:t xml:space="preserve">Co je </w:t>
      </w:r>
      <w:proofErr w:type="spellStart"/>
      <w:r>
        <w:t>iNaturalist</w:t>
      </w:r>
      <w:proofErr w:type="spellEnd"/>
      <w:r>
        <w:t>, kdo za ním stojí a jak funguje</w:t>
      </w:r>
      <w:bookmarkEnd w:id="1"/>
    </w:p>
    <w:p w14:paraId="41467917" w14:textId="3B3AD9D7" w:rsidR="00FE0AEE" w:rsidRDefault="00F64B9E" w:rsidP="00FE0AEE">
      <w:r>
        <w:rPr>
          <w:noProof/>
        </w:rPr>
        <w:drawing>
          <wp:anchor distT="0" distB="0" distL="114300" distR="114300" simplePos="0" relativeHeight="251713024" behindDoc="0" locked="0" layoutInCell="1" allowOverlap="1" wp14:anchorId="75197B41" wp14:editId="358D609C">
            <wp:simplePos x="0" y="0"/>
            <wp:positionH relativeFrom="column">
              <wp:posOffset>820644</wp:posOffset>
            </wp:positionH>
            <wp:positionV relativeFrom="paragraph">
              <wp:posOffset>1199640</wp:posOffset>
            </wp:positionV>
            <wp:extent cx="4540250" cy="2614295"/>
            <wp:effectExtent l="0" t="0" r="0" b="0"/>
            <wp:wrapSquare wrapText="bothSides"/>
            <wp:docPr id="54136294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362949" name="Obrázek 54136294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40250" cy="2614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FE0AEE">
        <w:t>iNaturalist</w:t>
      </w:r>
      <w:proofErr w:type="spellEnd"/>
      <w:r w:rsidR="00FE0AEE">
        <w:t xml:space="preserve"> je celosvětová platforma občanské vědy, která umožňuje každému zaznamenávat a sdílet </w:t>
      </w:r>
      <w:r w:rsidR="00FE0AEE">
        <w:rPr>
          <w:rStyle w:val="Siln"/>
        </w:rPr>
        <w:t>pozorování přírody</w:t>
      </w:r>
      <w:r w:rsidR="00FE0AEE">
        <w:t xml:space="preserve">. Stačí pořídit </w:t>
      </w:r>
      <w:r w:rsidR="00FE0AEE">
        <w:rPr>
          <w:rStyle w:val="Siln"/>
        </w:rPr>
        <w:t>fotografii nebo zvukový záznam</w:t>
      </w:r>
      <w:r w:rsidR="00FE0AEE">
        <w:t xml:space="preserve"> organismu, přidat základní údaje (datum, čas, místo) a nahrát je do aplikace nebo na web. Program následně pomocí </w:t>
      </w:r>
      <w:r w:rsidR="00FE0AEE">
        <w:rPr>
          <w:rStyle w:val="Siln"/>
        </w:rPr>
        <w:t>umělé inteligence</w:t>
      </w:r>
      <w:r w:rsidR="00FE0AEE">
        <w:t xml:space="preserve"> navrhne určení druhu, které následně upřesňuje a potvrzuje </w:t>
      </w:r>
      <w:r w:rsidR="00FE0AEE">
        <w:rPr>
          <w:rStyle w:val="Siln"/>
        </w:rPr>
        <w:t>komunita uživatelů</w:t>
      </w:r>
      <w:r w:rsidR="00FE0AEE">
        <w:t xml:space="preserve">. Tím vzniká databáze pozorování, která je dále využívána pro </w:t>
      </w:r>
      <w:r w:rsidR="00FE0AEE">
        <w:rPr>
          <w:rStyle w:val="Siln"/>
        </w:rPr>
        <w:t>vědecký výzkum a ochranu přírody</w:t>
      </w:r>
      <w:r>
        <w:t xml:space="preserve"> (</w:t>
      </w:r>
      <w:r w:rsidRPr="00F64B9E">
        <w:t>www.inaturalist.org</w:t>
      </w:r>
      <w:r>
        <w:t>).</w:t>
      </w:r>
    </w:p>
    <w:p w14:paraId="092C7D42" w14:textId="7ACA3AB3" w:rsidR="00734400" w:rsidRDefault="00734400" w:rsidP="00FE0AEE"/>
    <w:p w14:paraId="521C705E" w14:textId="77777777" w:rsidR="00FE0AEE" w:rsidRDefault="00FE0AEE" w:rsidP="00FE0AEE">
      <w:pPr>
        <w:pStyle w:val="Nadpis3"/>
      </w:pPr>
      <w:bookmarkStart w:id="2" w:name="_Toc223113809"/>
      <w:r>
        <w:t>Původ a správa aplikace</w:t>
      </w:r>
      <w:bookmarkEnd w:id="2"/>
    </w:p>
    <w:p w14:paraId="0BFAE1F8" w14:textId="77777777" w:rsidR="00FE0AEE" w:rsidRDefault="00FE0AEE" w:rsidP="00FE0AEE">
      <w:proofErr w:type="spellStart"/>
      <w:r>
        <w:t>iNaturalist</w:t>
      </w:r>
      <w:proofErr w:type="spellEnd"/>
      <w:r>
        <w:t xml:space="preserve"> vznikl roku </w:t>
      </w:r>
      <w:r>
        <w:rPr>
          <w:rStyle w:val="Siln"/>
        </w:rPr>
        <w:t>2008</w:t>
      </w:r>
      <w:r>
        <w:t xml:space="preserve"> jako studentský projekt </w:t>
      </w:r>
      <w:proofErr w:type="spellStart"/>
      <w:r>
        <w:t>Ken-ichi</w:t>
      </w:r>
      <w:proofErr w:type="spellEnd"/>
      <w:r>
        <w:t xml:space="preserve"> </w:t>
      </w:r>
      <w:proofErr w:type="spellStart"/>
      <w:r>
        <w:t>Uedy</w:t>
      </w:r>
      <w:proofErr w:type="spellEnd"/>
      <w:r>
        <w:t xml:space="preserve">, </w:t>
      </w:r>
      <w:proofErr w:type="spellStart"/>
      <w:r>
        <w:t>Natea</w:t>
      </w:r>
      <w:proofErr w:type="spellEnd"/>
      <w:r>
        <w:t xml:space="preserve"> </w:t>
      </w:r>
      <w:proofErr w:type="spellStart"/>
      <w:r>
        <w:t>Agrina</w:t>
      </w:r>
      <w:proofErr w:type="spellEnd"/>
      <w:r>
        <w:t xml:space="preserve"> a </w:t>
      </w:r>
      <w:proofErr w:type="spellStart"/>
      <w:r>
        <w:t>Jessicy</w:t>
      </w:r>
      <w:proofErr w:type="spellEnd"/>
      <w:r>
        <w:t xml:space="preserve"> Kline na Kalifornské univerzitě v </w:t>
      </w:r>
      <w:proofErr w:type="spellStart"/>
      <w:r>
        <w:t>Berkeley</w:t>
      </w:r>
      <w:proofErr w:type="spellEnd"/>
      <w:r>
        <w:t xml:space="preserve">. V roce </w:t>
      </w:r>
      <w:r>
        <w:rPr>
          <w:rStyle w:val="Siln"/>
        </w:rPr>
        <w:t>2014</w:t>
      </w:r>
      <w:r>
        <w:t xml:space="preserve"> se stal součástí </w:t>
      </w:r>
      <w:proofErr w:type="spellStart"/>
      <w:r>
        <w:rPr>
          <w:rStyle w:val="Siln"/>
        </w:rPr>
        <w:t>California</w:t>
      </w:r>
      <w:proofErr w:type="spellEnd"/>
      <w:r>
        <w:rPr>
          <w:rStyle w:val="Siln"/>
        </w:rPr>
        <w:t xml:space="preserve"> </w:t>
      </w:r>
      <w:proofErr w:type="spellStart"/>
      <w:r>
        <w:rPr>
          <w:rStyle w:val="Siln"/>
        </w:rPr>
        <w:t>Academy</w:t>
      </w:r>
      <w:proofErr w:type="spellEnd"/>
      <w:r>
        <w:rPr>
          <w:rStyle w:val="Siln"/>
        </w:rPr>
        <w:t xml:space="preserve"> </w:t>
      </w:r>
      <w:proofErr w:type="spellStart"/>
      <w:r>
        <w:rPr>
          <w:rStyle w:val="Siln"/>
        </w:rPr>
        <w:t>of</w:t>
      </w:r>
      <w:proofErr w:type="spellEnd"/>
      <w:r>
        <w:rPr>
          <w:rStyle w:val="Siln"/>
        </w:rPr>
        <w:t xml:space="preserve"> </w:t>
      </w:r>
      <w:proofErr w:type="spellStart"/>
      <w:r>
        <w:rPr>
          <w:rStyle w:val="Siln"/>
        </w:rPr>
        <w:t>Sciences</w:t>
      </w:r>
      <w:proofErr w:type="spellEnd"/>
      <w:r>
        <w:rPr>
          <w:rStyle w:val="Siln"/>
        </w:rPr>
        <w:t xml:space="preserve"> (Kalifornská akademie věd)</w:t>
      </w:r>
      <w:r>
        <w:t xml:space="preserve">, od roku </w:t>
      </w:r>
      <w:r>
        <w:rPr>
          <w:rStyle w:val="Siln"/>
        </w:rPr>
        <w:t>2017</w:t>
      </w:r>
      <w:r>
        <w:t xml:space="preserve"> se připojila také </w:t>
      </w:r>
      <w:proofErr w:type="spellStart"/>
      <w:r>
        <w:rPr>
          <w:rStyle w:val="Siln"/>
        </w:rPr>
        <w:t>National</w:t>
      </w:r>
      <w:proofErr w:type="spellEnd"/>
      <w:r>
        <w:rPr>
          <w:rStyle w:val="Siln"/>
        </w:rPr>
        <w:t xml:space="preserve"> </w:t>
      </w:r>
      <w:proofErr w:type="spellStart"/>
      <w:r>
        <w:rPr>
          <w:rStyle w:val="Siln"/>
        </w:rPr>
        <w:t>Geographic</w:t>
      </w:r>
      <w:proofErr w:type="spellEnd"/>
      <w:r>
        <w:rPr>
          <w:rStyle w:val="Siln"/>
        </w:rPr>
        <w:t xml:space="preserve"> Society</w:t>
      </w:r>
      <w:r>
        <w:t xml:space="preserve">. </w:t>
      </w:r>
    </w:p>
    <w:p w14:paraId="280FBAAA" w14:textId="1D59756F" w:rsidR="00FE0AEE" w:rsidRDefault="00FE0AEE" w:rsidP="00FE0AEE">
      <w:r>
        <w:t xml:space="preserve">Od roku </w:t>
      </w:r>
      <w:r>
        <w:rPr>
          <w:rStyle w:val="Siln"/>
        </w:rPr>
        <w:t>2023</w:t>
      </w:r>
      <w:r>
        <w:t xml:space="preserve"> je </w:t>
      </w:r>
      <w:proofErr w:type="spellStart"/>
      <w:r>
        <w:t>iNaturalist</w:t>
      </w:r>
      <w:proofErr w:type="spellEnd"/>
      <w:r>
        <w:t xml:space="preserve"> </w:t>
      </w:r>
      <w:r>
        <w:rPr>
          <w:rStyle w:val="Siln"/>
        </w:rPr>
        <w:t>samostatnou neziskovou organizací</w:t>
      </w:r>
      <w:r>
        <w:t>. Tuto platformu dnes podporují miliony uživatelů po celém světě a patří mezi nejrozšířenější nástroje občanské vědy.</w:t>
      </w:r>
    </w:p>
    <w:p w14:paraId="311F78C6" w14:textId="77777777" w:rsidR="00FE0AEE" w:rsidRPr="00FE0AEE" w:rsidRDefault="00FE0AEE" w:rsidP="00F64B9E">
      <w:pPr>
        <w:pStyle w:val="Nadpis3"/>
      </w:pPr>
      <w:bookmarkStart w:id="3" w:name="_Toc223113810"/>
      <w:r w:rsidRPr="00FE0AEE">
        <w:t xml:space="preserve">Co lze v </w:t>
      </w:r>
      <w:proofErr w:type="spellStart"/>
      <w:r w:rsidRPr="00FE0AEE">
        <w:t>iNaturalist</w:t>
      </w:r>
      <w:proofErr w:type="spellEnd"/>
      <w:r w:rsidRPr="00FE0AEE">
        <w:t xml:space="preserve"> pozorovat</w:t>
      </w:r>
      <w:bookmarkEnd w:id="3"/>
    </w:p>
    <w:p w14:paraId="25DCB998" w14:textId="77777777" w:rsidR="00FE0AEE" w:rsidRDefault="00FE0AEE" w:rsidP="00FE0AEE">
      <w:r w:rsidRPr="00FE0AEE">
        <w:t xml:space="preserve">Aplikace je určena především pro </w:t>
      </w:r>
      <w:r w:rsidRPr="00FE0AEE">
        <w:rPr>
          <w:b/>
          <w:bCs/>
        </w:rPr>
        <w:t>volně žijící organismy</w:t>
      </w:r>
      <w:r w:rsidRPr="00FE0AEE">
        <w:t>:</w:t>
      </w:r>
    </w:p>
    <w:p w14:paraId="64A646FD" w14:textId="77777777" w:rsidR="00FE0AEE" w:rsidRPr="00FE0AEE" w:rsidRDefault="00FE0AEE" w:rsidP="00680446">
      <w:pPr>
        <w:pStyle w:val="OdrkyMSWORD"/>
        <w:numPr>
          <w:ilvl w:val="0"/>
          <w:numId w:val="43"/>
        </w:numPr>
        <w:rPr>
          <w:rFonts w:ascii="Times New Roman" w:hAnsi="Times New Roman" w:cs="Times New Roman"/>
          <w:sz w:val="24"/>
          <w:szCs w:val="24"/>
        </w:rPr>
      </w:pPr>
      <w:r w:rsidRPr="00FE0AEE">
        <w:t>rostliny,</w:t>
      </w:r>
    </w:p>
    <w:p w14:paraId="175AED29" w14:textId="77777777" w:rsidR="00FE0AEE" w:rsidRDefault="00FE0AEE" w:rsidP="00680446">
      <w:pPr>
        <w:pStyle w:val="OdrkyMSWORD"/>
        <w:numPr>
          <w:ilvl w:val="0"/>
          <w:numId w:val="43"/>
        </w:numPr>
        <w:rPr>
          <w:rFonts w:ascii="Times New Roman" w:hAnsi="Times New Roman" w:cs="Times New Roman"/>
          <w:sz w:val="24"/>
          <w:szCs w:val="24"/>
        </w:rPr>
      </w:pPr>
      <w:r w:rsidRPr="00FE0AEE">
        <w:rPr>
          <w:rFonts w:ascii="Times New Roman" w:hAnsi="Times New Roman" w:cs="Times New Roman"/>
          <w:sz w:val="24"/>
          <w:szCs w:val="24"/>
        </w:rPr>
        <w:t>živočichy,</w:t>
      </w:r>
    </w:p>
    <w:p w14:paraId="1D49855F" w14:textId="4343B3F1" w:rsidR="00FE0AEE" w:rsidRPr="00FE0AEE" w:rsidRDefault="00FE0AEE" w:rsidP="00680446">
      <w:pPr>
        <w:pStyle w:val="OdrkyMSWORD"/>
        <w:numPr>
          <w:ilvl w:val="0"/>
          <w:numId w:val="43"/>
        </w:numPr>
        <w:rPr>
          <w:rFonts w:ascii="Times New Roman" w:hAnsi="Times New Roman" w:cs="Times New Roman"/>
          <w:sz w:val="24"/>
          <w:szCs w:val="24"/>
        </w:rPr>
      </w:pPr>
      <w:r w:rsidRPr="00FE0AEE">
        <w:rPr>
          <w:rFonts w:ascii="Times New Roman" w:hAnsi="Times New Roman" w:cs="Times New Roman"/>
          <w:sz w:val="24"/>
          <w:szCs w:val="24"/>
        </w:rPr>
        <w:t>houby a lišejníky.</w:t>
      </w:r>
    </w:p>
    <w:p w14:paraId="288E54B2" w14:textId="4C976025" w:rsidR="00FE0AEE" w:rsidRDefault="00FE0AEE" w:rsidP="00FE0AEE">
      <w:pPr>
        <w:pStyle w:val="Normlnweb"/>
      </w:pPr>
      <w:r w:rsidRPr="00FE0AEE">
        <w:t>Ne</w:t>
      </w:r>
      <w:r>
        <w:t>ní</w:t>
      </w:r>
      <w:r w:rsidRPr="00FE0AEE">
        <w:t xml:space="preserve"> vhodná </w:t>
      </w:r>
      <w:r>
        <w:t xml:space="preserve">pro </w:t>
      </w:r>
      <w:r w:rsidRPr="00FE0AEE">
        <w:t>pozorování domácích mazlíčků či pěstovaných rostlin.</w:t>
      </w:r>
      <w:r>
        <w:t xml:space="preserve"> Nicméně, pokud u svého pozorování označíte, že se jedná o organismus, který žije v zajetí nebo je pěstovaný, </w:t>
      </w:r>
      <w:proofErr w:type="spellStart"/>
      <w:r>
        <w:t>iNaturalist</w:t>
      </w:r>
      <w:proofErr w:type="spellEnd"/>
      <w:r>
        <w:t xml:space="preserve"> bez problémů vaše pozorování zaznamená – vy pouze odpovědně označujete své pozorování pro komunitu a upozorňujete ji na to, že se nejedná o druh volně žijící.</w:t>
      </w:r>
    </w:p>
    <w:p w14:paraId="4ADC582B" w14:textId="77777777" w:rsidR="00FE0AEE" w:rsidRPr="00FE0AEE" w:rsidRDefault="00FE0AEE" w:rsidP="00FE0AEE">
      <w:pPr>
        <w:pStyle w:val="Nadpis3"/>
      </w:pPr>
      <w:bookmarkStart w:id="4" w:name="_Toc223113811"/>
      <w:r w:rsidRPr="00FE0AEE">
        <w:t>Jak funguje určování</w:t>
      </w:r>
      <w:bookmarkEnd w:id="4"/>
    </w:p>
    <w:p w14:paraId="74A5F55F" w14:textId="77777777" w:rsidR="00FE0AEE" w:rsidRDefault="00FE0AEE" w:rsidP="00FE0AEE">
      <w:r w:rsidRPr="00FE0AEE">
        <w:t>Každé pozorování má několik úrovní zpracování:</w:t>
      </w:r>
      <w:r>
        <w:t xml:space="preserve"> </w:t>
      </w:r>
    </w:p>
    <w:p w14:paraId="2D40D73E" w14:textId="77777777" w:rsidR="00FE0AEE" w:rsidRPr="00FE0AEE" w:rsidRDefault="00FE0AEE" w:rsidP="00680446">
      <w:pPr>
        <w:pStyle w:val="OdrkyMSWORD"/>
        <w:numPr>
          <w:ilvl w:val="0"/>
          <w:numId w:val="44"/>
        </w:numPr>
        <w:rPr>
          <w:rFonts w:ascii="Times New Roman" w:hAnsi="Times New Roman" w:cs="Times New Roman"/>
          <w:sz w:val="24"/>
          <w:szCs w:val="24"/>
        </w:rPr>
      </w:pPr>
      <w:r w:rsidRPr="00FE0AEE">
        <w:rPr>
          <w:b/>
          <w:bCs/>
        </w:rPr>
        <w:t>Vaše určení</w:t>
      </w:r>
      <w:r w:rsidRPr="00FE0AEE">
        <w:t xml:space="preserve"> – druh, který jste odhadli při nahrání.</w:t>
      </w:r>
    </w:p>
    <w:p w14:paraId="6C53E712" w14:textId="77777777" w:rsidR="00FE0AEE" w:rsidRDefault="00FE0AEE" w:rsidP="00680446">
      <w:pPr>
        <w:pStyle w:val="OdrkyMSWORD"/>
        <w:numPr>
          <w:ilvl w:val="0"/>
          <w:numId w:val="44"/>
        </w:numPr>
        <w:rPr>
          <w:rFonts w:ascii="Times New Roman" w:hAnsi="Times New Roman" w:cs="Times New Roman"/>
          <w:sz w:val="24"/>
          <w:szCs w:val="24"/>
        </w:rPr>
      </w:pPr>
      <w:r w:rsidRPr="00FE0AEE">
        <w:rPr>
          <w:rFonts w:ascii="Times New Roman" w:hAnsi="Times New Roman" w:cs="Times New Roman"/>
          <w:b/>
          <w:bCs/>
          <w:sz w:val="24"/>
          <w:szCs w:val="24"/>
        </w:rPr>
        <w:t>Komunitní určení (</w:t>
      </w:r>
      <w:proofErr w:type="spellStart"/>
      <w:r w:rsidRPr="00FE0AEE">
        <w:rPr>
          <w:rFonts w:ascii="Times New Roman" w:hAnsi="Times New Roman" w:cs="Times New Roman"/>
          <w:b/>
          <w:bCs/>
          <w:sz w:val="24"/>
          <w:szCs w:val="24"/>
        </w:rPr>
        <w:t>Community</w:t>
      </w:r>
      <w:proofErr w:type="spellEnd"/>
      <w:r w:rsidRPr="00FE0AEE">
        <w:rPr>
          <w:rFonts w:ascii="Times New Roman" w:hAnsi="Times New Roman" w:cs="Times New Roman"/>
          <w:b/>
          <w:bCs/>
          <w:sz w:val="24"/>
          <w:szCs w:val="24"/>
        </w:rPr>
        <w:t xml:space="preserve"> Taxon)</w:t>
      </w:r>
      <w:r w:rsidRPr="00FE0AEE">
        <w:rPr>
          <w:rFonts w:ascii="Times New Roman" w:hAnsi="Times New Roman" w:cs="Times New Roman"/>
          <w:sz w:val="24"/>
          <w:szCs w:val="24"/>
        </w:rPr>
        <w:t xml:space="preserve"> – kombinace návrhů více uživatelů.</w:t>
      </w:r>
    </w:p>
    <w:p w14:paraId="12BA188B" w14:textId="77777777" w:rsidR="00FE0AEE" w:rsidRDefault="00FE0AEE" w:rsidP="00680446">
      <w:pPr>
        <w:pStyle w:val="OdrkyMSWORD"/>
        <w:numPr>
          <w:ilvl w:val="0"/>
          <w:numId w:val="44"/>
        </w:numPr>
        <w:rPr>
          <w:rFonts w:ascii="Times New Roman" w:hAnsi="Times New Roman" w:cs="Times New Roman"/>
          <w:sz w:val="24"/>
          <w:szCs w:val="24"/>
        </w:rPr>
      </w:pPr>
      <w:r w:rsidRPr="00FE0AEE">
        <w:rPr>
          <w:rFonts w:ascii="Times New Roman" w:hAnsi="Times New Roman" w:cs="Times New Roman"/>
          <w:sz w:val="24"/>
          <w:szCs w:val="24"/>
        </w:rPr>
        <w:t xml:space="preserve">Pokud se alespoň </w:t>
      </w:r>
      <w:r w:rsidRPr="00FE0AEE">
        <w:rPr>
          <w:rFonts w:ascii="Times New Roman" w:hAnsi="Times New Roman" w:cs="Times New Roman"/>
          <w:b/>
          <w:bCs/>
          <w:sz w:val="24"/>
          <w:szCs w:val="24"/>
        </w:rPr>
        <w:t>dvě třetiny určovatelů shodnou</w:t>
      </w:r>
      <w:r w:rsidRPr="00FE0AEE">
        <w:rPr>
          <w:rFonts w:ascii="Times New Roman" w:hAnsi="Times New Roman" w:cs="Times New Roman"/>
          <w:sz w:val="24"/>
          <w:szCs w:val="24"/>
        </w:rPr>
        <w:t xml:space="preserve"> a pozorování má úplné údaje (datum, místo, důkaz), získá status </w:t>
      </w:r>
      <w:r w:rsidRPr="00FE0AEE">
        <w:rPr>
          <w:rFonts w:ascii="Times New Roman" w:hAnsi="Times New Roman" w:cs="Times New Roman"/>
          <w:b/>
          <w:bCs/>
          <w:sz w:val="24"/>
          <w:szCs w:val="24"/>
        </w:rPr>
        <w:t>„Vědecká kvalita“ (</w:t>
      </w:r>
      <w:proofErr w:type="spellStart"/>
      <w:r w:rsidRPr="00FE0AEE">
        <w:rPr>
          <w:rFonts w:ascii="Times New Roman" w:hAnsi="Times New Roman" w:cs="Times New Roman"/>
          <w:b/>
          <w:bCs/>
          <w:sz w:val="24"/>
          <w:szCs w:val="24"/>
        </w:rPr>
        <w:t>Research</w:t>
      </w:r>
      <w:proofErr w:type="spellEnd"/>
      <w:r w:rsidRPr="00FE0AEE">
        <w:rPr>
          <w:rFonts w:ascii="Times New Roman" w:hAnsi="Times New Roman" w:cs="Times New Roman"/>
          <w:b/>
          <w:bCs/>
          <w:sz w:val="24"/>
          <w:szCs w:val="24"/>
        </w:rPr>
        <w:t xml:space="preserve"> Grade)</w:t>
      </w:r>
      <w:r w:rsidRPr="00FE0AEE">
        <w:rPr>
          <w:rFonts w:ascii="Times New Roman" w:hAnsi="Times New Roman" w:cs="Times New Roman"/>
          <w:sz w:val="24"/>
          <w:szCs w:val="24"/>
        </w:rPr>
        <w:t>.</w:t>
      </w:r>
    </w:p>
    <w:p w14:paraId="55CF0775" w14:textId="77777777" w:rsidR="00FE0AEE" w:rsidRDefault="00FE0AEE" w:rsidP="00680446">
      <w:pPr>
        <w:pStyle w:val="OdrkyMSWORD"/>
        <w:numPr>
          <w:ilvl w:val="0"/>
          <w:numId w:val="44"/>
        </w:numPr>
        <w:rPr>
          <w:rFonts w:ascii="Times New Roman" w:hAnsi="Times New Roman" w:cs="Times New Roman"/>
          <w:sz w:val="24"/>
          <w:szCs w:val="24"/>
        </w:rPr>
      </w:pPr>
      <w:r w:rsidRPr="00FE0AEE">
        <w:rPr>
          <w:rFonts w:ascii="Times New Roman" w:hAnsi="Times New Roman" w:cs="Times New Roman"/>
          <w:sz w:val="24"/>
          <w:szCs w:val="24"/>
        </w:rPr>
        <w:t xml:space="preserve">Pokud shoda chybí, záznam zůstává ve stavu </w:t>
      </w:r>
      <w:r w:rsidRPr="00FE0AEE">
        <w:rPr>
          <w:rFonts w:ascii="Times New Roman" w:hAnsi="Times New Roman" w:cs="Times New Roman"/>
          <w:b/>
          <w:bCs/>
          <w:sz w:val="24"/>
          <w:szCs w:val="24"/>
        </w:rPr>
        <w:t>„Potřebuje určit (</w:t>
      </w:r>
      <w:proofErr w:type="spellStart"/>
      <w:r w:rsidRPr="00FE0AEE">
        <w:rPr>
          <w:rFonts w:ascii="Times New Roman" w:hAnsi="Times New Roman" w:cs="Times New Roman"/>
          <w:b/>
          <w:bCs/>
          <w:sz w:val="24"/>
          <w:szCs w:val="24"/>
        </w:rPr>
        <w:t>Needs</w:t>
      </w:r>
      <w:proofErr w:type="spellEnd"/>
      <w:r w:rsidRPr="00FE0AEE">
        <w:rPr>
          <w:rFonts w:ascii="Times New Roman" w:hAnsi="Times New Roman" w:cs="Times New Roman"/>
          <w:b/>
          <w:bCs/>
          <w:sz w:val="24"/>
          <w:szCs w:val="24"/>
        </w:rPr>
        <w:t xml:space="preserve"> ID)“</w:t>
      </w:r>
      <w:r w:rsidRPr="00FE0AEE">
        <w:rPr>
          <w:rFonts w:ascii="Times New Roman" w:hAnsi="Times New Roman" w:cs="Times New Roman"/>
          <w:sz w:val="24"/>
          <w:szCs w:val="24"/>
        </w:rPr>
        <w:t>.</w:t>
      </w:r>
    </w:p>
    <w:p w14:paraId="14699661" w14:textId="77777777" w:rsidR="00FE0AEE" w:rsidRDefault="00FE0AEE" w:rsidP="00680446">
      <w:pPr>
        <w:pStyle w:val="OdrkyMSWORD"/>
        <w:numPr>
          <w:ilvl w:val="0"/>
          <w:numId w:val="44"/>
        </w:numPr>
        <w:rPr>
          <w:rFonts w:ascii="Times New Roman" w:hAnsi="Times New Roman" w:cs="Times New Roman"/>
          <w:sz w:val="24"/>
          <w:szCs w:val="24"/>
        </w:rPr>
      </w:pPr>
      <w:r w:rsidRPr="00FE0AEE">
        <w:rPr>
          <w:rFonts w:ascii="Times New Roman" w:hAnsi="Times New Roman" w:cs="Times New Roman"/>
          <w:sz w:val="24"/>
          <w:szCs w:val="24"/>
        </w:rPr>
        <w:t xml:space="preserve">Pokud chybí podstatná data (např. chybí fotografie), je záznam označen jako </w:t>
      </w:r>
      <w:r w:rsidRPr="00FE0AEE">
        <w:rPr>
          <w:rFonts w:ascii="Times New Roman" w:hAnsi="Times New Roman" w:cs="Times New Roman"/>
          <w:b/>
          <w:bCs/>
          <w:sz w:val="24"/>
          <w:szCs w:val="24"/>
        </w:rPr>
        <w:t>„Neúplné (</w:t>
      </w:r>
      <w:proofErr w:type="spellStart"/>
      <w:r w:rsidRPr="00FE0AEE">
        <w:rPr>
          <w:rFonts w:ascii="Times New Roman" w:hAnsi="Times New Roman" w:cs="Times New Roman"/>
          <w:b/>
          <w:bCs/>
          <w:sz w:val="24"/>
          <w:szCs w:val="24"/>
        </w:rPr>
        <w:t>Casual</w:t>
      </w:r>
      <w:proofErr w:type="spellEnd"/>
      <w:r w:rsidRPr="00FE0AEE">
        <w:rPr>
          <w:rFonts w:ascii="Times New Roman" w:hAnsi="Times New Roman" w:cs="Times New Roman"/>
          <w:b/>
          <w:bCs/>
          <w:sz w:val="24"/>
          <w:szCs w:val="24"/>
        </w:rPr>
        <w:t>)“</w:t>
      </w:r>
      <w:r w:rsidRPr="00FE0AEE">
        <w:rPr>
          <w:rFonts w:ascii="Times New Roman" w:hAnsi="Times New Roman" w:cs="Times New Roman"/>
          <w:sz w:val="24"/>
          <w:szCs w:val="24"/>
        </w:rPr>
        <w:t>.</w:t>
      </w:r>
    </w:p>
    <w:p w14:paraId="51F72914" w14:textId="2A836BAD" w:rsidR="00FE0AEE" w:rsidRPr="00FE0AEE" w:rsidRDefault="00FE0AEE" w:rsidP="00FE0AEE">
      <w:r w:rsidRPr="00FE0AEE">
        <w:t xml:space="preserve">Tento proces zajišťuje, že data z </w:t>
      </w:r>
      <w:proofErr w:type="spellStart"/>
      <w:r w:rsidRPr="00FE0AEE">
        <w:t>iNaturalist</w:t>
      </w:r>
      <w:proofErr w:type="spellEnd"/>
      <w:r w:rsidRPr="00FE0AEE">
        <w:t xml:space="preserve"> mohou být využívána v odborných databázích a</w:t>
      </w:r>
      <w:r>
        <w:t> </w:t>
      </w:r>
      <w:r w:rsidRPr="00FE0AEE">
        <w:t>výzkumech.</w:t>
      </w:r>
    </w:p>
    <w:p w14:paraId="4EFF50C4" w14:textId="77777777" w:rsidR="00FE0AEE" w:rsidRPr="00FE0AEE" w:rsidRDefault="00FE0AEE" w:rsidP="00FE0AEE">
      <w:pPr>
        <w:pStyle w:val="Nadpis3"/>
      </w:pPr>
      <w:bookmarkStart w:id="5" w:name="_Toc223113812"/>
      <w:r w:rsidRPr="00FE0AEE">
        <w:t>Ochrana polohy (</w:t>
      </w:r>
      <w:proofErr w:type="spellStart"/>
      <w:r w:rsidRPr="00FE0AEE">
        <w:t>geoprivacy</w:t>
      </w:r>
      <w:proofErr w:type="spellEnd"/>
      <w:r w:rsidRPr="00FE0AEE">
        <w:t>)</w:t>
      </w:r>
      <w:bookmarkEnd w:id="5"/>
    </w:p>
    <w:p w14:paraId="4DFAB9DC" w14:textId="77777777" w:rsidR="00FE0AEE" w:rsidRDefault="00FE0AEE" w:rsidP="00FE0AEE">
      <w:proofErr w:type="spellStart"/>
      <w:r w:rsidRPr="00FE0AEE">
        <w:t>iNaturalist</w:t>
      </w:r>
      <w:proofErr w:type="spellEnd"/>
      <w:r w:rsidRPr="00FE0AEE">
        <w:t xml:space="preserve"> bere vážně ochranu citlivých údajů. Každý uživatel si může nastavit, jak přesně bude zobrazena poloha pozorování:</w:t>
      </w:r>
    </w:p>
    <w:p w14:paraId="5FDA9F3D" w14:textId="77777777" w:rsidR="00FE0AEE" w:rsidRPr="00FE0AEE" w:rsidRDefault="00FE0AEE" w:rsidP="00680446">
      <w:pPr>
        <w:pStyle w:val="OdrkyMSWORD"/>
        <w:numPr>
          <w:ilvl w:val="0"/>
          <w:numId w:val="45"/>
        </w:numPr>
        <w:rPr>
          <w:rFonts w:ascii="Times New Roman" w:hAnsi="Times New Roman" w:cs="Times New Roman"/>
          <w:sz w:val="24"/>
          <w:szCs w:val="24"/>
        </w:rPr>
      </w:pPr>
      <w:r w:rsidRPr="00FE0AEE">
        <w:rPr>
          <w:b/>
          <w:bCs/>
        </w:rPr>
        <w:t>Otevřená (Open)</w:t>
      </w:r>
      <w:r w:rsidRPr="00FE0AEE">
        <w:t xml:space="preserve"> – přesná poloha je veřejná.</w:t>
      </w:r>
    </w:p>
    <w:p w14:paraId="342EA81F" w14:textId="77777777" w:rsidR="00FE0AEE" w:rsidRDefault="00FE0AEE" w:rsidP="00680446">
      <w:pPr>
        <w:pStyle w:val="OdrkyMSWORD"/>
        <w:numPr>
          <w:ilvl w:val="0"/>
          <w:numId w:val="45"/>
        </w:numPr>
        <w:rPr>
          <w:rFonts w:ascii="Times New Roman" w:hAnsi="Times New Roman" w:cs="Times New Roman"/>
          <w:sz w:val="24"/>
          <w:szCs w:val="24"/>
        </w:rPr>
      </w:pPr>
      <w:r w:rsidRPr="00FE0AEE">
        <w:rPr>
          <w:rFonts w:ascii="Times New Roman" w:hAnsi="Times New Roman" w:cs="Times New Roman"/>
          <w:b/>
          <w:bCs/>
          <w:sz w:val="24"/>
          <w:szCs w:val="24"/>
        </w:rPr>
        <w:t>Rozostřená (</w:t>
      </w:r>
      <w:proofErr w:type="spellStart"/>
      <w:r w:rsidRPr="00FE0AEE">
        <w:rPr>
          <w:rFonts w:ascii="Times New Roman" w:hAnsi="Times New Roman" w:cs="Times New Roman"/>
          <w:b/>
          <w:bCs/>
          <w:sz w:val="24"/>
          <w:szCs w:val="24"/>
        </w:rPr>
        <w:t>Obscured</w:t>
      </w:r>
      <w:proofErr w:type="spellEnd"/>
      <w:r w:rsidRPr="00FE0AEE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FE0AEE">
        <w:rPr>
          <w:rFonts w:ascii="Times New Roman" w:hAnsi="Times New Roman" w:cs="Times New Roman"/>
          <w:sz w:val="24"/>
          <w:szCs w:val="24"/>
        </w:rPr>
        <w:t xml:space="preserve"> – poloha je zobrazena přibližně (náhodně v určitém čtverci).</w:t>
      </w:r>
    </w:p>
    <w:p w14:paraId="1F9A717B" w14:textId="23E21AE6" w:rsidR="00FE0AEE" w:rsidRDefault="00FE0AEE" w:rsidP="00680446">
      <w:pPr>
        <w:pStyle w:val="OdrkyMSWORD"/>
        <w:numPr>
          <w:ilvl w:val="0"/>
          <w:numId w:val="45"/>
        </w:numPr>
        <w:rPr>
          <w:rFonts w:ascii="Times New Roman" w:hAnsi="Times New Roman" w:cs="Times New Roman"/>
          <w:sz w:val="24"/>
          <w:szCs w:val="24"/>
        </w:rPr>
      </w:pPr>
      <w:r w:rsidRPr="00FE0AEE">
        <w:rPr>
          <w:rFonts w:ascii="Times New Roman" w:hAnsi="Times New Roman" w:cs="Times New Roman"/>
          <w:b/>
          <w:bCs/>
          <w:sz w:val="24"/>
          <w:szCs w:val="24"/>
        </w:rPr>
        <w:t>Soukromá (</w:t>
      </w:r>
      <w:proofErr w:type="spellStart"/>
      <w:r w:rsidRPr="00FE0AEE">
        <w:rPr>
          <w:rFonts w:ascii="Times New Roman" w:hAnsi="Times New Roman" w:cs="Times New Roman"/>
          <w:b/>
          <w:bCs/>
          <w:sz w:val="24"/>
          <w:szCs w:val="24"/>
        </w:rPr>
        <w:t>Private</w:t>
      </w:r>
      <w:proofErr w:type="spellEnd"/>
      <w:r w:rsidRPr="00FE0AEE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FE0AEE">
        <w:rPr>
          <w:rFonts w:ascii="Times New Roman" w:hAnsi="Times New Roman" w:cs="Times New Roman"/>
          <w:sz w:val="24"/>
          <w:szCs w:val="24"/>
        </w:rPr>
        <w:t xml:space="preserve"> – poloha není veřejně zobrazena vůbec.</w:t>
      </w:r>
    </w:p>
    <w:p w14:paraId="03004D82" w14:textId="77777777" w:rsidR="00FE0AEE" w:rsidRPr="00FE0AEE" w:rsidRDefault="00FE0AEE" w:rsidP="00FE0AEE">
      <w:pPr>
        <w:rPr>
          <w:rFonts w:ascii="Times New Roman" w:hAnsi="Times New Roman" w:cs="Times New Roman"/>
          <w:sz w:val="24"/>
          <w:szCs w:val="24"/>
        </w:rPr>
      </w:pPr>
      <w:r w:rsidRPr="00FE0AEE">
        <w:rPr>
          <w:rFonts w:ascii="Times New Roman" w:hAnsi="Times New Roman" w:cs="Times New Roman"/>
          <w:sz w:val="24"/>
          <w:szCs w:val="24"/>
        </w:rPr>
        <w:t xml:space="preserve">Některé druhy jsou chráněny automaticky – </w:t>
      </w:r>
      <w:proofErr w:type="spellStart"/>
      <w:r w:rsidRPr="00FE0AEE">
        <w:rPr>
          <w:rFonts w:ascii="Times New Roman" w:hAnsi="Times New Roman" w:cs="Times New Roman"/>
          <w:sz w:val="24"/>
          <w:szCs w:val="24"/>
        </w:rPr>
        <w:t>iNaturalist</w:t>
      </w:r>
      <w:proofErr w:type="spellEnd"/>
      <w:r w:rsidRPr="00FE0AEE">
        <w:rPr>
          <w:rFonts w:ascii="Times New Roman" w:hAnsi="Times New Roman" w:cs="Times New Roman"/>
          <w:sz w:val="24"/>
          <w:szCs w:val="24"/>
        </w:rPr>
        <w:t xml:space="preserve"> polohu „rozostří“, aby nedošlo k ohrožení těchto organismů.</w:t>
      </w:r>
    </w:p>
    <w:p w14:paraId="13577FC2" w14:textId="77777777" w:rsidR="00734400" w:rsidRPr="00734400" w:rsidRDefault="00734400" w:rsidP="00734400">
      <w:pPr>
        <w:pStyle w:val="Nadpis3"/>
      </w:pPr>
      <w:bookmarkStart w:id="6" w:name="_Toc223113813"/>
      <w:r w:rsidRPr="00734400">
        <w:t>Další funkce aplikace</w:t>
      </w:r>
      <w:bookmarkEnd w:id="6"/>
    </w:p>
    <w:p w14:paraId="47DA40A5" w14:textId="77777777" w:rsidR="00734400" w:rsidRDefault="00734400" w:rsidP="00F64B9E">
      <w:pPr>
        <w:spacing w:after="120"/>
      </w:pPr>
      <w:proofErr w:type="spellStart"/>
      <w:r w:rsidRPr="00734400">
        <w:rPr>
          <w:rFonts w:ascii="Times New Roman" w:hAnsi="Times New Roman" w:cs="Times New Roman"/>
          <w:sz w:val="24"/>
          <w:szCs w:val="24"/>
        </w:rPr>
        <w:t>iNaturalist</w:t>
      </w:r>
      <w:proofErr w:type="spellEnd"/>
      <w:r w:rsidRPr="00734400">
        <w:rPr>
          <w:rFonts w:ascii="Times New Roman" w:hAnsi="Times New Roman" w:cs="Times New Roman"/>
          <w:sz w:val="24"/>
          <w:szCs w:val="24"/>
        </w:rPr>
        <w:t xml:space="preserve"> není jen nástroj na </w:t>
      </w:r>
      <w:r w:rsidRPr="00734400">
        <w:rPr>
          <w:lang w:eastAsia="cs-CZ"/>
        </w:rPr>
        <w:t>určování</w:t>
      </w:r>
      <w:r w:rsidRPr="00734400">
        <w:rPr>
          <w:rFonts w:ascii="Times New Roman" w:hAnsi="Times New Roman" w:cs="Times New Roman"/>
          <w:sz w:val="24"/>
          <w:szCs w:val="24"/>
        </w:rPr>
        <w:t xml:space="preserve"> druhů, ale i prostředí pro spolupráci a vzdělávání:</w:t>
      </w:r>
    </w:p>
    <w:p w14:paraId="1E21202F" w14:textId="77777777" w:rsidR="00734400" w:rsidRPr="00734400" w:rsidRDefault="00734400" w:rsidP="00680446">
      <w:pPr>
        <w:pStyle w:val="OdrkyMSWORD"/>
        <w:numPr>
          <w:ilvl w:val="0"/>
          <w:numId w:val="46"/>
        </w:numPr>
        <w:rPr>
          <w:rFonts w:ascii="Times New Roman" w:hAnsi="Times New Roman" w:cs="Times New Roman"/>
          <w:sz w:val="24"/>
          <w:szCs w:val="24"/>
        </w:rPr>
      </w:pPr>
      <w:r w:rsidRPr="00734400">
        <w:rPr>
          <w:b/>
          <w:bCs/>
        </w:rPr>
        <w:t>Projekty a výzvy</w:t>
      </w:r>
      <w:r w:rsidRPr="00734400">
        <w:t xml:space="preserve"> – uživatelé se mohou zapojit do tematických nebo regionálních projektů.</w:t>
      </w:r>
    </w:p>
    <w:p w14:paraId="3CF871FF" w14:textId="77777777" w:rsidR="00734400" w:rsidRDefault="00734400" w:rsidP="00680446">
      <w:pPr>
        <w:pStyle w:val="OdrkyMSWORD"/>
        <w:numPr>
          <w:ilvl w:val="0"/>
          <w:numId w:val="46"/>
        </w:numPr>
        <w:rPr>
          <w:rFonts w:ascii="Times New Roman" w:hAnsi="Times New Roman" w:cs="Times New Roman"/>
          <w:sz w:val="24"/>
          <w:szCs w:val="24"/>
        </w:rPr>
      </w:pPr>
      <w:r w:rsidRPr="00734400">
        <w:rPr>
          <w:rFonts w:ascii="Times New Roman" w:hAnsi="Times New Roman" w:cs="Times New Roman"/>
          <w:b/>
          <w:bCs/>
          <w:sz w:val="24"/>
          <w:szCs w:val="24"/>
        </w:rPr>
        <w:t>Výuka a osvěta</w:t>
      </w:r>
      <w:r w:rsidRPr="00734400">
        <w:rPr>
          <w:rFonts w:ascii="Times New Roman" w:hAnsi="Times New Roman" w:cs="Times New Roman"/>
          <w:sz w:val="24"/>
          <w:szCs w:val="24"/>
        </w:rPr>
        <w:t xml:space="preserve"> – platforma slouží jako zdroj poznání biodiverzity, vhodný i pro školy a zájmové skupiny.</w:t>
      </w:r>
    </w:p>
    <w:p w14:paraId="58F95EA2" w14:textId="0A88CBA0" w:rsidR="00734400" w:rsidRPr="00734400" w:rsidRDefault="00734400" w:rsidP="00680446">
      <w:pPr>
        <w:pStyle w:val="OdrkyMSWORD"/>
        <w:numPr>
          <w:ilvl w:val="0"/>
          <w:numId w:val="46"/>
        </w:numPr>
        <w:rPr>
          <w:rFonts w:ascii="Times New Roman" w:hAnsi="Times New Roman" w:cs="Times New Roman"/>
          <w:sz w:val="24"/>
          <w:szCs w:val="24"/>
        </w:rPr>
      </w:pPr>
      <w:r w:rsidRPr="00734400">
        <w:rPr>
          <w:rFonts w:ascii="Times New Roman" w:hAnsi="Times New Roman" w:cs="Times New Roman"/>
          <w:b/>
          <w:bCs/>
          <w:sz w:val="24"/>
          <w:szCs w:val="24"/>
        </w:rPr>
        <w:t>Podpora komunity</w:t>
      </w:r>
      <w:r w:rsidRPr="00734400">
        <w:rPr>
          <w:rFonts w:ascii="Times New Roman" w:hAnsi="Times New Roman" w:cs="Times New Roman"/>
          <w:sz w:val="24"/>
          <w:szCs w:val="24"/>
        </w:rPr>
        <w:t xml:space="preserve"> – uživatelé se od sebe učí, diskutují a pomáhají si s určením druhů.</w:t>
      </w:r>
    </w:p>
    <w:p w14:paraId="172371CA" w14:textId="77777777" w:rsidR="00734400" w:rsidRDefault="00734400" w:rsidP="00734400">
      <w:pPr>
        <w:pStyle w:val="Nadpis3"/>
      </w:pPr>
      <w:bookmarkStart w:id="7" w:name="_Toc223113814"/>
      <w:r w:rsidRPr="00734400">
        <w:t xml:space="preserve">Proč je </w:t>
      </w:r>
      <w:proofErr w:type="spellStart"/>
      <w:r w:rsidRPr="00734400">
        <w:t>iNaturalist</w:t>
      </w:r>
      <w:proofErr w:type="spellEnd"/>
      <w:r w:rsidRPr="00734400">
        <w:t xml:space="preserve"> vhodný pro seniory</w:t>
      </w:r>
      <w:bookmarkEnd w:id="7"/>
    </w:p>
    <w:p w14:paraId="77353BED" w14:textId="77777777" w:rsidR="00734400" w:rsidRDefault="00734400" w:rsidP="00F64B9E">
      <w:pPr>
        <w:spacing w:after="120"/>
        <w:rPr>
          <w:lang w:eastAsia="cs-CZ"/>
        </w:rPr>
      </w:pPr>
      <w:r>
        <w:rPr>
          <w:lang w:eastAsia="cs-CZ"/>
        </w:rPr>
        <w:t>Aplikace seniorům nabízí několik výhod:</w:t>
      </w:r>
    </w:p>
    <w:p w14:paraId="41E1EE2E" w14:textId="77777777" w:rsidR="00734400" w:rsidRPr="00734400" w:rsidRDefault="00734400" w:rsidP="00680446">
      <w:pPr>
        <w:pStyle w:val="OdrkyMSWORD"/>
        <w:numPr>
          <w:ilvl w:val="0"/>
          <w:numId w:val="47"/>
        </w:numPr>
        <w:rPr>
          <w:rFonts w:ascii="Times New Roman" w:hAnsi="Times New Roman" w:cs="Times New Roman"/>
          <w:sz w:val="24"/>
          <w:szCs w:val="24"/>
        </w:rPr>
      </w:pPr>
      <w:r w:rsidRPr="00734400">
        <w:rPr>
          <w:b/>
          <w:bCs/>
        </w:rPr>
        <w:t>Jednoduché ovládání</w:t>
      </w:r>
      <w:r w:rsidRPr="00734400">
        <w:t xml:space="preserve"> – aplikace má přehledné rozhraní, které zvládne i začátečník.</w:t>
      </w:r>
    </w:p>
    <w:p w14:paraId="7082E1A2" w14:textId="77777777" w:rsidR="00734400" w:rsidRDefault="00734400" w:rsidP="00680446">
      <w:pPr>
        <w:pStyle w:val="OdrkyMSWORD"/>
        <w:numPr>
          <w:ilvl w:val="0"/>
          <w:numId w:val="47"/>
        </w:numPr>
        <w:rPr>
          <w:rFonts w:ascii="Times New Roman" w:hAnsi="Times New Roman" w:cs="Times New Roman"/>
          <w:sz w:val="24"/>
          <w:szCs w:val="24"/>
        </w:rPr>
      </w:pPr>
      <w:r w:rsidRPr="00734400">
        <w:rPr>
          <w:rFonts w:ascii="Times New Roman" w:hAnsi="Times New Roman" w:cs="Times New Roman"/>
          <w:b/>
          <w:bCs/>
          <w:sz w:val="24"/>
          <w:szCs w:val="24"/>
        </w:rPr>
        <w:t>Čeština</w:t>
      </w:r>
      <w:r w:rsidRPr="00734400">
        <w:rPr>
          <w:rFonts w:ascii="Times New Roman" w:hAnsi="Times New Roman" w:cs="Times New Roman"/>
          <w:sz w:val="24"/>
          <w:szCs w:val="24"/>
        </w:rPr>
        <w:t xml:space="preserve"> – prostředí aplikace podporuje více než 50 jazyků, včetně češtiny, české jsou i názvy většiny druhů.</w:t>
      </w:r>
    </w:p>
    <w:p w14:paraId="5C558E30" w14:textId="77777777" w:rsidR="00734400" w:rsidRDefault="00734400" w:rsidP="00680446">
      <w:pPr>
        <w:pStyle w:val="OdrkyMSWORD"/>
        <w:numPr>
          <w:ilvl w:val="0"/>
          <w:numId w:val="47"/>
        </w:numPr>
        <w:rPr>
          <w:rFonts w:ascii="Times New Roman" w:hAnsi="Times New Roman" w:cs="Times New Roman"/>
          <w:sz w:val="24"/>
          <w:szCs w:val="24"/>
        </w:rPr>
      </w:pPr>
      <w:r w:rsidRPr="00734400">
        <w:rPr>
          <w:rFonts w:ascii="Times New Roman" w:hAnsi="Times New Roman" w:cs="Times New Roman"/>
          <w:b/>
          <w:bCs/>
          <w:sz w:val="24"/>
          <w:szCs w:val="24"/>
        </w:rPr>
        <w:t>Společenství lidí</w:t>
      </w:r>
      <w:r w:rsidRPr="00734400">
        <w:rPr>
          <w:rFonts w:ascii="Times New Roman" w:hAnsi="Times New Roman" w:cs="Times New Roman"/>
          <w:sz w:val="24"/>
          <w:szCs w:val="24"/>
        </w:rPr>
        <w:t xml:space="preserve"> – sdílením pozorování se zapojíte do aktivní komunity s podobnými zájmy.</w:t>
      </w:r>
    </w:p>
    <w:p w14:paraId="74D8DE1F" w14:textId="77777777" w:rsidR="00734400" w:rsidRDefault="00734400" w:rsidP="00680446">
      <w:pPr>
        <w:pStyle w:val="OdrkyMSWORD"/>
        <w:numPr>
          <w:ilvl w:val="0"/>
          <w:numId w:val="47"/>
        </w:numPr>
        <w:rPr>
          <w:rFonts w:ascii="Times New Roman" w:hAnsi="Times New Roman" w:cs="Times New Roman"/>
          <w:sz w:val="24"/>
          <w:szCs w:val="24"/>
        </w:rPr>
      </w:pPr>
      <w:r w:rsidRPr="00734400">
        <w:rPr>
          <w:rFonts w:ascii="Times New Roman" w:hAnsi="Times New Roman" w:cs="Times New Roman"/>
          <w:b/>
          <w:bCs/>
          <w:sz w:val="24"/>
          <w:szCs w:val="24"/>
        </w:rPr>
        <w:t>Smysluplná aktivita</w:t>
      </w:r>
      <w:r w:rsidRPr="00734400">
        <w:rPr>
          <w:rFonts w:ascii="Times New Roman" w:hAnsi="Times New Roman" w:cs="Times New Roman"/>
          <w:sz w:val="24"/>
          <w:szCs w:val="24"/>
        </w:rPr>
        <w:t xml:space="preserve"> – pozorování v přírodě přináší radost a přispívá k ochraně životního prostředí.</w:t>
      </w:r>
    </w:p>
    <w:p w14:paraId="5D449F2E" w14:textId="3E7A4C96" w:rsidR="00734400" w:rsidRPr="00734400" w:rsidRDefault="00734400" w:rsidP="00680446">
      <w:pPr>
        <w:pStyle w:val="OdrkyMSWORD"/>
        <w:numPr>
          <w:ilvl w:val="0"/>
          <w:numId w:val="47"/>
        </w:numPr>
        <w:rPr>
          <w:rFonts w:ascii="Times New Roman" w:hAnsi="Times New Roman" w:cs="Times New Roman"/>
          <w:sz w:val="24"/>
          <w:szCs w:val="24"/>
        </w:rPr>
      </w:pPr>
      <w:r w:rsidRPr="00734400">
        <w:rPr>
          <w:rFonts w:ascii="Times New Roman" w:hAnsi="Times New Roman" w:cs="Times New Roman"/>
          <w:b/>
          <w:bCs/>
          <w:sz w:val="24"/>
          <w:szCs w:val="24"/>
        </w:rPr>
        <w:t>Zdarma</w:t>
      </w:r>
      <w:r w:rsidRPr="00734400">
        <w:rPr>
          <w:rFonts w:ascii="Times New Roman" w:hAnsi="Times New Roman" w:cs="Times New Roman"/>
          <w:sz w:val="24"/>
          <w:szCs w:val="24"/>
        </w:rPr>
        <w:t xml:space="preserve"> – aplikace je volně dostupná, stačí si ji nainstalovat do chytrého telefonu nebo používat přes webové stránky.</w:t>
      </w:r>
    </w:p>
    <w:p w14:paraId="604C1764" w14:textId="6976D4D8" w:rsidR="006D73A2" w:rsidRDefault="006D73A2" w:rsidP="006D73A2">
      <w:pPr>
        <w:pStyle w:val="Nadpis2"/>
      </w:pPr>
      <w:bookmarkStart w:id="8" w:name="_Toc223113815"/>
      <w:r>
        <w:t xml:space="preserve">Registrace do </w:t>
      </w:r>
      <w:proofErr w:type="spellStart"/>
      <w:r>
        <w:t>iNaturalist</w:t>
      </w:r>
      <w:proofErr w:type="spellEnd"/>
      <w:r>
        <w:t xml:space="preserve"> a prostředí: účet na webu, přihlášení v aplikaci</w:t>
      </w:r>
      <w:bookmarkEnd w:id="8"/>
    </w:p>
    <w:p w14:paraId="622A3DC1" w14:textId="0A818AE0" w:rsidR="006D73A2" w:rsidRDefault="006D73A2" w:rsidP="006D73A2">
      <w:pPr>
        <w:pStyle w:val="Normlnweb"/>
      </w:pPr>
      <w:r>
        <w:t xml:space="preserve">Začneme jednoduše: nejprve si založíte účet </w:t>
      </w:r>
      <w:proofErr w:type="spellStart"/>
      <w:r>
        <w:t>iNaturalist</w:t>
      </w:r>
      <w:proofErr w:type="spellEnd"/>
      <w:r>
        <w:t xml:space="preserve"> na webu, poté si stáhnete mobilní aplikaci a jen se přihlásíte. Tento postup je pro začátečníky nejpřehlednější a umožní vám rovnou nastavit několik užitečných voleb (jazyk, upozornění, licence). Většina funkcí je dostupná ihned po registraci; některé pokročilé možnosti (např. zakládání určitých typů projektů nebo soukromé zprávy) se otevřou až po prvních ověřených pozorováních — podrobnosti najdete níže (v našem případě se nám možnosti otevření vlastního projektu otevřely již po prvních padesáti pozorováních). </w:t>
      </w:r>
    </w:p>
    <w:p w14:paraId="6A42529C" w14:textId="70C59993" w:rsidR="006D73A2" w:rsidRDefault="006D73A2" w:rsidP="006D73A2">
      <w:pPr>
        <w:pStyle w:val="Nadpis3"/>
      </w:pPr>
      <w:bookmarkStart w:id="9" w:name="_Toc223113816"/>
      <w:r>
        <w:t>Založení účtu na webu (doporučený postup)</w:t>
      </w:r>
      <w:bookmarkEnd w:id="9"/>
    </w:p>
    <w:p w14:paraId="0D6823C2" w14:textId="77777777" w:rsidR="006D73A2" w:rsidRDefault="006D73A2" w:rsidP="006D73A2">
      <w:r>
        <w:t xml:space="preserve">Otevřete stránku </w:t>
      </w:r>
      <w:r>
        <w:rPr>
          <w:rStyle w:val="Siln"/>
        </w:rPr>
        <w:t>inaturalist.org/</w:t>
      </w:r>
      <w:proofErr w:type="spellStart"/>
      <w:r>
        <w:rPr>
          <w:rStyle w:val="Siln"/>
        </w:rPr>
        <w:t>signup</w:t>
      </w:r>
      <w:proofErr w:type="spellEnd"/>
      <w:r>
        <w:t xml:space="preserve"> a zvolte si přihlašovací způsob. Můžete vytvořit účet s e-mailem a heslem, anebo použít tlačítko </w:t>
      </w:r>
      <w:r>
        <w:rPr>
          <w:rStyle w:val="Siln"/>
        </w:rPr>
        <w:t>Přihlásit přes Google</w:t>
      </w:r>
      <w:r>
        <w:t xml:space="preserve"> (vhodné, pokud v kurzu používáte Gmail). Při registraci můžete rovnou povolit doporučené licencování fotografií a pozorování, aby je mohli vědci využít (kdykoliv lze změnit v nastavení). Nakonec potvrďte e-mail.</w:t>
      </w:r>
    </w:p>
    <w:p w14:paraId="7142E307" w14:textId="77777777" w:rsidR="006D73A2" w:rsidRDefault="006D73A2" w:rsidP="006D73A2">
      <w:pPr>
        <w:keepNext/>
      </w:pPr>
      <w:r>
        <w:rPr>
          <w:noProof/>
        </w:rPr>
        <w:drawing>
          <wp:inline distT="0" distB="0" distL="0" distR="0" wp14:anchorId="2F5EAA7A" wp14:editId="0BC43D14">
            <wp:extent cx="5005350" cy="2807594"/>
            <wp:effectExtent l="0" t="0" r="5080" b="0"/>
            <wp:docPr id="83655315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55315" name="Obrázek 8365531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20325" cy="281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56921" w14:textId="4DC6D604" w:rsidR="006D73A2" w:rsidRDefault="006D73A2" w:rsidP="006D73A2">
      <w:pPr>
        <w:pStyle w:val="Titulek"/>
      </w:pPr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CB3137">
        <w:rPr>
          <w:noProof/>
        </w:rPr>
        <w:t>2</w:t>
      </w:r>
      <w:r>
        <w:fldChar w:fldCharType="end"/>
      </w:r>
      <w:r>
        <w:t xml:space="preserve"> Otevřená stránka registrace do sítě </w:t>
      </w:r>
      <w:proofErr w:type="spellStart"/>
      <w:r>
        <w:t>iNaturalist</w:t>
      </w:r>
      <w:proofErr w:type="spellEnd"/>
    </w:p>
    <w:p w14:paraId="669AC960" w14:textId="5304CDAF" w:rsidR="006D73A2" w:rsidRDefault="006D73A2" w:rsidP="006D73A2">
      <w:r w:rsidRPr="006D73A2">
        <w:t xml:space="preserve">Po přihlášení projděte </w:t>
      </w:r>
      <w:r w:rsidRPr="006D73A2">
        <w:rPr>
          <w:b/>
          <w:bCs/>
        </w:rPr>
        <w:t>Základní nastavení</w:t>
      </w:r>
      <w:r w:rsidRPr="006D73A2">
        <w:t xml:space="preserve"> účtu: jazyk rozhraní (čeština je k dispozici), časové pásmo, měrné jednotky, upozornění e-mailem. </w:t>
      </w:r>
      <w:r w:rsidRPr="00111C28">
        <w:rPr>
          <w:b/>
          <w:bCs/>
        </w:rPr>
        <w:t>Pokud chcete</w:t>
      </w:r>
      <w:r w:rsidRPr="006D73A2">
        <w:t xml:space="preserve">, doplňte </w:t>
      </w:r>
      <w:r w:rsidRPr="006D73A2">
        <w:rPr>
          <w:b/>
          <w:bCs/>
        </w:rPr>
        <w:t>profil</w:t>
      </w:r>
      <w:r w:rsidRPr="006D73A2">
        <w:t xml:space="preserve"> (krátké představení, fotografie). Tyto volby usnadní pozdější práci a komunikaci. </w:t>
      </w:r>
    </w:p>
    <w:p w14:paraId="3564A746" w14:textId="7643A1E1" w:rsidR="006D73A2" w:rsidRDefault="00111C28" w:rsidP="006D73A2">
      <w:r>
        <w:rPr>
          <w:noProof/>
        </w:rPr>
        <w:drawing>
          <wp:inline distT="0" distB="0" distL="0" distR="0" wp14:anchorId="1BA622F6" wp14:editId="1FE457D1">
            <wp:extent cx="5099105" cy="2118574"/>
            <wp:effectExtent l="0" t="0" r="6350" b="0"/>
            <wp:docPr id="903739394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739394" name="Obrázek 90373939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39263" cy="2135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FDCEC" w14:textId="1A8CD3D6" w:rsidR="00111C28" w:rsidRDefault="00111C28" w:rsidP="00111C28">
      <w:pPr>
        <w:pStyle w:val="Nadpis3"/>
      </w:pPr>
      <w:bookmarkStart w:id="10" w:name="_Toc223113817"/>
      <w:r>
        <w:t>Přihlášení do mobilní aplikace</w:t>
      </w:r>
      <w:r w:rsidR="00E87F00">
        <w:t xml:space="preserve"> </w:t>
      </w:r>
      <w:proofErr w:type="spellStart"/>
      <w:r w:rsidR="00E87F00">
        <w:t>iNaturalist</w:t>
      </w:r>
      <w:bookmarkEnd w:id="10"/>
      <w:proofErr w:type="spellEnd"/>
    </w:p>
    <w:p w14:paraId="08447F28" w14:textId="077B7586" w:rsidR="00111C28" w:rsidRDefault="00111C28" w:rsidP="00111C28">
      <w:r>
        <w:t xml:space="preserve">Protože pozorování budeme provádět v terénu, je potřeba nainstalovat si do telefonu aplikaci </w:t>
      </w:r>
      <w:proofErr w:type="spellStart"/>
      <w:r>
        <w:t>iNaturalist</w:t>
      </w:r>
      <w:proofErr w:type="spellEnd"/>
      <w:r>
        <w:t xml:space="preserve">. Postup je podobný, jako u aplikace Merlin, začnete vyhledáním </w:t>
      </w:r>
      <w:proofErr w:type="spellStart"/>
      <w:r>
        <w:t>iNaturalist</w:t>
      </w:r>
      <w:proofErr w:type="spellEnd"/>
      <w:r>
        <w:t xml:space="preserve"> na Google Play nebo </w:t>
      </w:r>
      <w:proofErr w:type="spellStart"/>
      <w:r>
        <w:t>App</w:t>
      </w:r>
      <w:proofErr w:type="spellEnd"/>
      <w:r>
        <w:t xml:space="preserve"> </w:t>
      </w:r>
      <w:proofErr w:type="spellStart"/>
      <w:r>
        <w:t>Store</w:t>
      </w:r>
      <w:proofErr w:type="spellEnd"/>
      <w:r>
        <w:t xml:space="preserve"> a nainstalujete aplikaci do telefonu.</w:t>
      </w:r>
    </w:p>
    <w:p w14:paraId="1F1B3FAD" w14:textId="2607576C" w:rsidR="00111C28" w:rsidRDefault="00111C28" w:rsidP="00111C28">
      <w:r>
        <w:t xml:space="preserve">Na úvodní obrazovce po otevření aplikace zvolte </w:t>
      </w:r>
      <w:r>
        <w:rPr>
          <w:rStyle w:val="Siln"/>
        </w:rPr>
        <w:t>Přihlásit se</w:t>
      </w:r>
      <w:r>
        <w:t xml:space="preserve"> (ne „Vytvořit účet“, pokud už jste ho založili na webu). Přihlásit se můžete e-mailem a heslem nebo přes Google.  Doporučujeme vytvořit účet předem, registrování přes telefon bylo trochu krkolomné a na poprvé se nám nepodařilo. Když jsme nejprve vytvořili účet na internetu a teprve potom nainstalovali aplikaci a přihlásili se do ní, vše fungovalo bez problémů.</w:t>
      </w:r>
    </w:p>
    <w:p w14:paraId="31C3B5B4" w14:textId="30204237" w:rsidR="00FE0AEE" w:rsidRDefault="00111C28" w:rsidP="006D73A2">
      <w:r w:rsidRPr="00111C28">
        <w:t xml:space="preserve">Povolte aplikaci přístup k </w:t>
      </w:r>
      <w:r w:rsidRPr="00111C28">
        <w:rPr>
          <w:b/>
          <w:bCs/>
        </w:rPr>
        <w:t>fotoaparátu, úložišti a poloze</w:t>
      </w:r>
      <w:r w:rsidRPr="00111C28">
        <w:t>. Díky tomu budou pozorování obsahovat datum, čas a zeměpisné souřadnice, což je pro jejich vědecké využití zásadní.</w:t>
      </w:r>
    </w:p>
    <w:p w14:paraId="3EF8F86F" w14:textId="60990874" w:rsidR="00111C28" w:rsidRDefault="00C72EA5" w:rsidP="00111C28">
      <w:pPr>
        <w:pStyle w:val="Nadpis3"/>
      </w:pPr>
      <w:bookmarkStart w:id="11" w:name="_Toc223113818"/>
      <w:r>
        <w:rPr>
          <w:noProof/>
        </w:rPr>
        <w:drawing>
          <wp:anchor distT="0" distB="0" distL="114300" distR="114300" simplePos="0" relativeHeight="251721216" behindDoc="0" locked="0" layoutInCell="1" allowOverlap="1" wp14:anchorId="2AFEBD9E" wp14:editId="206632A5">
            <wp:simplePos x="0" y="0"/>
            <wp:positionH relativeFrom="margin">
              <wp:posOffset>4539892</wp:posOffset>
            </wp:positionH>
            <wp:positionV relativeFrom="paragraph">
              <wp:posOffset>28575</wp:posOffset>
            </wp:positionV>
            <wp:extent cx="1196975" cy="2594610"/>
            <wp:effectExtent l="0" t="0" r="3175" b="0"/>
            <wp:wrapSquare wrapText="bothSides"/>
            <wp:docPr id="2110806657" name="Obráze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806657" name="Obrázek 211080665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96975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111C28">
        <w:t>Geoprivacy</w:t>
      </w:r>
      <w:proofErr w:type="spellEnd"/>
      <w:r w:rsidR="00111C28">
        <w:t>: jak zobrazit (ne)přesnou polohu</w:t>
      </w:r>
      <w:bookmarkEnd w:id="11"/>
    </w:p>
    <w:p w14:paraId="33942B24" w14:textId="16AF1532" w:rsidR="00111C28" w:rsidRDefault="00111C28" w:rsidP="00111C28">
      <w:r>
        <w:t xml:space="preserve">U každého pozorování můžete určit, jak přesně bude vidět jeho poloha: </w:t>
      </w:r>
    </w:p>
    <w:p w14:paraId="76B90E60" w14:textId="7145FB9F" w:rsidR="00111C28" w:rsidRDefault="00111C28" w:rsidP="00111C28">
      <w:pPr>
        <w:pStyle w:val="OdrkyMSWORD"/>
      </w:pPr>
      <w:r>
        <w:rPr>
          <w:rStyle w:val="Siln"/>
        </w:rPr>
        <w:t>Otevřená</w:t>
      </w:r>
      <w:r>
        <w:t xml:space="preserve"> (přesně), </w:t>
      </w:r>
    </w:p>
    <w:p w14:paraId="4DA182A6" w14:textId="77777777" w:rsidR="00111C28" w:rsidRDefault="00111C28" w:rsidP="00111C28">
      <w:pPr>
        <w:pStyle w:val="OdrkyMSWORD"/>
      </w:pPr>
      <w:r>
        <w:rPr>
          <w:rStyle w:val="Siln"/>
        </w:rPr>
        <w:t>Rozostřená</w:t>
      </w:r>
      <w:r>
        <w:t xml:space="preserve"> (náhodně posunutá v mapovém čtverci) nebo </w:t>
      </w:r>
    </w:p>
    <w:p w14:paraId="262FF70A" w14:textId="17FFDC7E" w:rsidR="00111C28" w:rsidRDefault="00111C28" w:rsidP="00111C28">
      <w:pPr>
        <w:pStyle w:val="OdrkyMSWORD"/>
      </w:pPr>
      <w:r>
        <w:rPr>
          <w:rStyle w:val="Siln"/>
        </w:rPr>
        <w:t>Soukromá</w:t>
      </w:r>
      <w:r>
        <w:t xml:space="preserve"> (nezobrazí se veřejně vůbec).</w:t>
      </w:r>
    </w:p>
    <w:p w14:paraId="705F9283" w14:textId="4DBA904F" w:rsidR="00111C28" w:rsidRDefault="00C72EA5" w:rsidP="00111C28">
      <w:r>
        <w:rPr>
          <w:noProof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4FF2D77D" wp14:editId="3BBB2573">
                <wp:simplePos x="0" y="0"/>
                <wp:positionH relativeFrom="column">
                  <wp:posOffset>5622245</wp:posOffset>
                </wp:positionH>
                <wp:positionV relativeFrom="paragraph">
                  <wp:posOffset>15062</wp:posOffset>
                </wp:positionV>
                <wp:extent cx="773537" cy="431442"/>
                <wp:effectExtent l="57150" t="19050" r="83820" b="102235"/>
                <wp:wrapNone/>
                <wp:docPr id="1614690206" name="Šipka: doleva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3537" cy="431442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C0D2995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Šipka: doleva 82" o:spid="_x0000_s1026" type="#_x0000_t66" style="position:absolute;margin-left:442.7pt;margin-top:1.2pt;width:60.9pt;height:33.95pt;z-index:251722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" adj="6024" fillcolor="#f79646 [3209]" strokecolor="#f68c36 [3049]">
                <v:fill color2="#fbcaa2 [1625]" rotate="t" angle="180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 w:rsidR="00111C28">
        <w:t xml:space="preserve">Jak už jsme uvedli, některé citlivé druhy se z bezpečnostních důvodů rozostřují automaticky (tzv. „taxon </w:t>
      </w:r>
      <w:proofErr w:type="spellStart"/>
      <w:r w:rsidR="00111C28">
        <w:t>geoprivacy</w:t>
      </w:r>
      <w:proofErr w:type="spellEnd"/>
      <w:r w:rsidR="00111C28">
        <w:t xml:space="preserve">“). Výchozí stav je „Otevřená“ a </w:t>
      </w:r>
      <w:r w:rsidR="00111C28">
        <w:rPr>
          <w:rStyle w:val="Siln"/>
        </w:rPr>
        <w:t>globální „výchozí rozostření“ pro všechna budoucí pozorování nastavit nelze</w:t>
      </w:r>
      <w:r w:rsidR="00111C28">
        <w:t xml:space="preserve"> — volba se dělá individuálně při vytváření či editaci konkrétního záznamu.</w:t>
      </w:r>
    </w:p>
    <w:p w14:paraId="6757023E" w14:textId="77777777" w:rsidR="00C72EA5" w:rsidRDefault="00C72EA5" w:rsidP="00111C28"/>
    <w:p w14:paraId="191031C4" w14:textId="425EF102" w:rsidR="003A4127" w:rsidRDefault="003A4127" w:rsidP="003A4127">
      <w:pPr>
        <w:pStyle w:val="Nadpis3"/>
      </w:pPr>
      <w:bookmarkStart w:id="12" w:name="_Toc223113819"/>
      <w:r>
        <w:t>Obrázkový průvodce instalací aplikace</w:t>
      </w:r>
      <w:r w:rsidR="00E87F00">
        <w:t xml:space="preserve"> </w:t>
      </w:r>
      <w:proofErr w:type="spellStart"/>
      <w:r w:rsidR="00E87F00">
        <w:t>iNaturalist</w:t>
      </w:r>
      <w:proofErr w:type="spellEnd"/>
      <w:r>
        <w:t xml:space="preserve"> – krok za krokem</w:t>
      </w:r>
      <w:bookmarkEnd w:id="12"/>
    </w:p>
    <w:p w14:paraId="062F761F" w14:textId="5D08B97D" w:rsidR="003A4127" w:rsidRPr="003A4127" w:rsidRDefault="00C72EA5" w:rsidP="003A4127">
      <w:pPr>
        <w:rPr>
          <w:lang w:eastAsia="cs-CZ"/>
        </w:rPr>
      </w:pPr>
      <w:r>
        <w:rPr>
          <w:noProof/>
          <w:lang w:eastAsia="cs-CZ"/>
        </w:rPr>
        <w:drawing>
          <wp:inline distT="0" distB="0" distL="0" distR="0" wp14:anchorId="6CC9D7B4" wp14:editId="60E481D1">
            <wp:extent cx="6307638" cy="3548130"/>
            <wp:effectExtent l="0" t="0" r="0" b="0"/>
            <wp:docPr id="155572532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72532" name="Obrázek 155572532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23287" cy="3556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cs-CZ"/>
        </w:rPr>
        <w:t xml:space="preserve"> Před otevřením nám aplikace vysvětlí, co vše s ní můžeme dělat – pozorovat, sdílet, učit se a aktivně vytvářet komunity.</w:t>
      </w:r>
    </w:p>
    <w:p w14:paraId="451F9D3F" w14:textId="4442D9AE" w:rsidR="003A4127" w:rsidRDefault="00C72EA5" w:rsidP="00111C28">
      <w:r>
        <w:rPr>
          <w:noProof/>
        </w:rPr>
        <w:drawing>
          <wp:inline distT="0" distB="0" distL="0" distR="0" wp14:anchorId="53A5CD10" wp14:editId="12EB672C">
            <wp:extent cx="5972810" cy="2516219"/>
            <wp:effectExtent l="0" t="0" r="0" b="0"/>
            <wp:docPr id="2058093413" name="Obráze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093413" name="Obrázek 2058093413"/>
                    <pic:cNvPicPr/>
                  </pic:nvPicPr>
                  <pic:blipFill rotWithShape="1">
                    <a:blip r:embed="rId13"/>
                    <a:srcRect t="25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2516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B14433" w14:textId="43CAE3D1" w:rsidR="00C72EA5" w:rsidRDefault="00C72EA5" w:rsidP="00111C28">
      <w:r>
        <w:t>V poslední části instalace budete vyzvání k zadání přístupového hesla a můžete začít s pozorováním…</w:t>
      </w:r>
    </w:p>
    <w:p w14:paraId="66E8C87D" w14:textId="097BCB00" w:rsidR="00C72EA5" w:rsidRDefault="00C72EA5" w:rsidP="00111C28">
      <w:r>
        <w:rPr>
          <w:noProof/>
        </w:rPr>
        <w:drawing>
          <wp:inline distT="0" distB="0" distL="0" distR="0" wp14:anchorId="6D276536" wp14:editId="71E95BE0">
            <wp:extent cx="5972810" cy="3359785"/>
            <wp:effectExtent l="0" t="0" r="8890" b="0"/>
            <wp:docPr id="1978016638" name="Obráze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016638" name="Obrázek 197801663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D6B9D" w14:textId="77777777" w:rsidR="000E60A0" w:rsidRDefault="000E60A0" w:rsidP="000E60A0">
      <w:pPr>
        <w:pStyle w:val="Nadpis2"/>
      </w:pPr>
      <w:bookmarkStart w:id="13" w:name="_Toc223113820"/>
      <w:r>
        <w:t>Pozorování v mobilu: prostředí a přidání záznamu</w:t>
      </w:r>
      <w:bookmarkEnd w:id="13"/>
    </w:p>
    <w:p w14:paraId="0D964C04" w14:textId="1F73FE45" w:rsidR="000E60A0" w:rsidRDefault="000E60A0" w:rsidP="000E60A0">
      <w:r>
        <w:t xml:space="preserve">V terénu je cílem pořídit </w:t>
      </w:r>
      <w:r>
        <w:rPr>
          <w:rStyle w:val="Siln"/>
        </w:rPr>
        <w:t>jasnou fotku</w:t>
      </w:r>
      <w:r>
        <w:t xml:space="preserve"> (nebo zvuk), </w:t>
      </w:r>
      <w:r>
        <w:rPr>
          <w:rStyle w:val="Siln"/>
        </w:rPr>
        <w:t>zachovat čas a místo</w:t>
      </w:r>
      <w:r>
        <w:t xml:space="preserve"> a zapsat </w:t>
      </w:r>
      <w:r>
        <w:rPr>
          <w:rStyle w:val="Siln"/>
        </w:rPr>
        <w:t>stručné údaje</w:t>
      </w:r>
      <w:r>
        <w:t xml:space="preserve">, aby záznam mohl komunita i vědci spolehlivě využít. Mobilní aplikace </w:t>
      </w:r>
      <w:proofErr w:type="spellStart"/>
      <w:r>
        <w:t>iNaturalist</w:t>
      </w:r>
      <w:proofErr w:type="spellEnd"/>
      <w:r>
        <w:t xml:space="preserve"> vás tímto procesem vede: nejdříve se zorientujete na hlavní obrazovce, pak jedním tlačítkem spustíte nové pozorování a vyplníte několik polí. Pokud jste si v předchozí kapitole založili účet na webu, tady už „jen“ pozorujete.</w:t>
      </w:r>
    </w:p>
    <w:p w14:paraId="62E77AC5" w14:textId="694D2164" w:rsidR="000E60A0" w:rsidRDefault="000E60A0" w:rsidP="000E60A0">
      <w:pPr>
        <w:pStyle w:val="Nadpis3"/>
      </w:pPr>
      <w:bookmarkStart w:id="14" w:name="_Toc223113821"/>
      <w:r w:rsidRPr="000E60A0">
        <w:t>Orientace v mobilní aplikaci</w:t>
      </w:r>
      <w:bookmarkEnd w:id="14"/>
      <w:r w:rsidRPr="000E60A0">
        <w:t xml:space="preserve"> </w:t>
      </w:r>
    </w:p>
    <w:p w14:paraId="58D0B163" w14:textId="11231F53" w:rsidR="000E60A0" w:rsidRPr="000E60A0" w:rsidRDefault="000E60A0" w:rsidP="00AF4CF2">
      <w:pPr>
        <w:jc w:val="left"/>
        <w:rPr>
          <w:lang w:eastAsia="cs-CZ"/>
        </w:rPr>
      </w:pPr>
      <w:r>
        <w:rPr>
          <w:lang w:eastAsia="cs-CZ"/>
        </w:rPr>
        <w:t>Nejdříve si popíšeme základní prostředí, abychom se dokázali rychle zorientovat.</w:t>
      </w:r>
    </w:p>
    <w:p w14:paraId="655DC94E" w14:textId="3E66903B" w:rsidR="000E60A0" w:rsidRPr="000E60A0" w:rsidRDefault="000E60A0" w:rsidP="00AF4CF2">
      <w:pPr>
        <w:pStyle w:val="OdrkyMSWORD"/>
        <w:jc w:val="left"/>
      </w:pPr>
      <w:r w:rsidRPr="000E60A0">
        <w:rPr>
          <w:b/>
          <w:bCs/>
        </w:rPr>
        <w:t>Domů / Pozorování (</w:t>
      </w:r>
      <w:proofErr w:type="spellStart"/>
      <w:r w:rsidRPr="000E60A0">
        <w:rPr>
          <w:b/>
          <w:bCs/>
        </w:rPr>
        <w:t>Observations</w:t>
      </w:r>
      <w:proofErr w:type="spellEnd"/>
      <w:r w:rsidRPr="000E60A0">
        <w:rPr>
          <w:b/>
          <w:bCs/>
        </w:rPr>
        <w:t>)</w:t>
      </w:r>
      <w:r>
        <w:rPr>
          <w:b/>
          <w:bCs/>
        </w:rPr>
        <w:br/>
      </w:r>
      <w:r w:rsidRPr="000E60A0">
        <w:t xml:space="preserve">Vaše dosavadní záznamy a tlačítko </w:t>
      </w:r>
      <w:r w:rsidRPr="000E60A0">
        <w:rPr>
          <w:b/>
          <w:bCs/>
        </w:rPr>
        <w:t>+</w:t>
      </w:r>
      <w:r w:rsidRPr="000E60A0">
        <w:t xml:space="preserve"> pro přidání nového pozorování.</w:t>
      </w:r>
    </w:p>
    <w:p w14:paraId="5A00AB32" w14:textId="745EA22B" w:rsidR="000E60A0" w:rsidRPr="000E60A0" w:rsidRDefault="000E60A0" w:rsidP="00AF4CF2">
      <w:pPr>
        <w:pStyle w:val="OdrkyMSWORD"/>
        <w:jc w:val="left"/>
      </w:pPr>
      <w:r w:rsidRPr="000E60A0">
        <w:rPr>
          <w:b/>
          <w:bCs/>
        </w:rPr>
        <w:t>Prozkoumat (</w:t>
      </w:r>
      <w:proofErr w:type="spellStart"/>
      <w:r w:rsidRPr="000E60A0">
        <w:rPr>
          <w:b/>
          <w:bCs/>
        </w:rPr>
        <w:t>Explore</w:t>
      </w:r>
      <w:proofErr w:type="spellEnd"/>
      <w:r w:rsidRPr="000E60A0">
        <w:rPr>
          <w:b/>
          <w:bCs/>
        </w:rPr>
        <w:t>)</w:t>
      </w:r>
      <w:r w:rsidRPr="000E60A0">
        <w:br/>
        <w:t xml:space="preserve">Mapa </w:t>
      </w:r>
      <w:r w:rsidR="00E87F00">
        <w:t>s vyznačeným</w:t>
      </w:r>
      <w:r w:rsidRPr="000E60A0">
        <w:t xml:space="preserve"> pozorování</w:t>
      </w:r>
      <w:r w:rsidR="00E87F00">
        <w:t>m</w:t>
      </w:r>
      <w:r w:rsidRPr="000E60A0">
        <w:t xml:space="preserve"> z okolí; inspirace, co právě pozorují ostatní.</w:t>
      </w:r>
    </w:p>
    <w:p w14:paraId="66B492A6" w14:textId="77777777" w:rsidR="000E60A0" w:rsidRPr="000E60A0" w:rsidRDefault="000E60A0" w:rsidP="00AF4CF2">
      <w:pPr>
        <w:pStyle w:val="OdrkyMSWORD"/>
        <w:jc w:val="left"/>
      </w:pPr>
      <w:r w:rsidRPr="000E60A0">
        <w:rPr>
          <w:b/>
          <w:bCs/>
        </w:rPr>
        <w:t>Aktivita (</w:t>
      </w:r>
      <w:proofErr w:type="spellStart"/>
      <w:r w:rsidRPr="000E60A0">
        <w:rPr>
          <w:b/>
          <w:bCs/>
        </w:rPr>
        <w:t>Activity</w:t>
      </w:r>
      <w:proofErr w:type="spellEnd"/>
      <w:r w:rsidRPr="000E60A0">
        <w:rPr>
          <w:b/>
          <w:bCs/>
        </w:rPr>
        <w:t>/</w:t>
      </w:r>
      <w:proofErr w:type="spellStart"/>
      <w:r w:rsidRPr="000E60A0">
        <w:rPr>
          <w:b/>
          <w:bCs/>
        </w:rPr>
        <w:t>Notifications</w:t>
      </w:r>
      <w:proofErr w:type="spellEnd"/>
      <w:r w:rsidRPr="000E60A0">
        <w:rPr>
          <w:b/>
          <w:bCs/>
        </w:rPr>
        <w:t>)</w:t>
      </w:r>
      <w:r w:rsidRPr="000E60A0">
        <w:br/>
        <w:t>Oznámení o návrzích určení (</w:t>
      </w:r>
      <w:proofErr w:type="spellStart"/>
      <w:r w:rsidRPr="000E60A0">
        <w:t>IDs</w:t>
      </w:r>
      <w:proofErr w:type="spellEnd"/>
      <w:r w:rsidRPr="000E60A0">
        <w:t>) a komentářích ke vašim záznamům.</w:t>
      </w:r>
    </w:p>
    <w:p w14:paraId="544A9AAB" w14:textId="77777777" w:rsidR="00C72EA5" w:rsidRDefault="000E60A0" w:rsidP="00AF4CF2">
      <w:pPr>
        <w:pStyle w:val="OdrkyMSWORD"/>
        <w:jc w:val="left"/>
      </w:pPr>
      <w:r w:rsidRPr="000E60A0">
        <w:rPr>
          <w:b/>
          <w:bCs/>
        </w:rPr>
        <w:t>Profil (</w:t>
      </w:r>
      <w:proofErr w:type="spellStart"/>
      <w:r w:rsidRPr="000E60A0">
        <w:rPr>
          <w:b/>
          <w:bCs/>
        </w:rPr>
        <w:t>Me</w:t>
      </w:r>
      <w:proofErr w:type="spellEnd"/>
      <w:r w:rsidRPr="000E60A0">
        <w:rPr>
          <w:b/>
          <w:bCs/>
        </w:rPr>
        <w:t>/Profile)</w:t>
      </w:r>
      <w:r w:rsidRPr="000E60A0">
        <w:br/>
        <w:t>Údaje o účtu a souhrny</w:t>
      </w:r>
      <w:r w:rsidR="00C72EA5">
        <w:t xml:space="preserve"> vašich aktivit v komunitě </w:t>
      </w:r>
      <w:proofErr w:type="spellStart"/>
      <w:r w:rsidR="00C72EA5">
        <w:t>iNaturalist</w:t>
      </w:r>
      <w:proofErr w:type="spellEnd"/>
    </w:p>
    <w:p w14:paraId="386AE351" w14:textId="7709D2B0" w:rsidR="000E60A0" w:rsidRPr="000E60A0" w:rsidRDefault="000E60A0" w:rsidP="00C72EA5">
      <w:r w:rsidRPr="000E60A0">
        <w:t>.</w:t>
      </w:r>
      <w:r w:rsidR="007848EF">
        <w:rPr>
          <w:noProof/>
        </w:rPr>
        <w:drawing>
          <wp:inline distT="0" distB="0" distL="0" distR="0" wp14:anchorId="4EE48FEA" wp14:editId="335D8F38">
            <wp:extent cx="5972810" cy="3359785"/>
            <wp:effectExtent l="0" t="0" r="8890" b="0"/>
            <wp:docPr id="1399455139" name="Obráze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455139" name="Obrázek 139945513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5E543" w14:textId="70B9B132" w:rsidR="000E60A0" w:rsidRPr="000E60A0" w:rsidRDefault="000E60A0" w:rsidP="000E60A0">
      <w:pPr>
        <w:pStyle w:val="Nadpis3"/>
      </w:pPr>
      <w:bookmarkStart w:id="15" w:name="_Toc223113822"/>
      <w:r>
        <w:t xml:space="preserve">Jak přidat </w:t>
      </w:r>
      <w:proofErr w:type="gramStart"/>
      <w:r>
        <w:t>pozorování -</w:t>
      </w:r>
      <w:r w:rsidRPr="000E60A0">
        <w:t>krok</w:t>
      </w:r>
      <w:proofErr w:type="gramEnd"/>
      <w:r w:rsidRPr="000E60A0">
        <w:t xml:space="preserve"> za krokem)</w:t>
      </w:r>
      <w:bookmarkEnd w:id="15"/>
    </w:p>
    <w:p w14:paraId="34CDBA15" w14:textId="77777777" w:rsidR="000E60A0" w:rsidRPr="000E60A0" w:rsidRDefault="000E60A0" w:rsidP="000E60A0">
      <w:pPr>
        <w:rPr>
          <w:b/>
          <w:bCs/>
        </w:rPr>
      </w:pPr>
      <w:r w:rsidRPr="000E60A0">
        <w:rPr>
          <w:b/>
          <w:bCs/>
        </w:rPr>
        <w:t>Spusťte nové pozorování</w:t>
      </w:r>
    </w:p>
    <w:p w14:paraId="5EF9285C" w14:textId="43D24733" w:rsidR="000E60A0" w:rsidRPr="000E60A0" w:rsidRDefault="000E60A0" w:rsidP="000E60A0">
      <w:r w:rsidRPr="000E60A0">
        <w:t xml:space="preserve">Na obrazovce Pozorování klepněte na </w:t>
      </w:r>
      <w:r w:rsidRPr="000E60A0">
        <w:rPr>
          <w:b/>
          <w:bCs/>
        </w:rPr>
        <w:t>+</w:t>
      </w:r>
      <w:r w:rsidRPr="000E60A0">
        <w:t xml:space="preserve">. Zvolte </w:t>
      </w:r>
      <w:r w:rsidRPr="000E60A0">
        <w:rPr>
          <w:b/>
          <w:bCs/>
        </w:rPr>
        <w:t>Pořídit fotku</w:t>
      </w:r>
      <w:r w:rsidRPr="000E60A0">
        <w:t xml:space="preserve"> (otevře se fotoaparát</w:t>
      </w:r>
      <w:r w:rsidR="007848EF">
        <w:t xml:space="preserve"> viz následující obrázek)</w:t>
      </w:r>
      <w:r w:rsidRPr="000E60A0">
        <w:t xml:space="preserve">) nebo </w:t>
      </w:r>
      <w:r w:rsidRPr="000E60A0">
        <w:rPr>
          <w:b/>
          <w:bCs/>
        </w:rPr>
        <w:t>Vybrat z galerie</w:t>
      </w:r>
      <w:r w:rsidRPr="000E60A0">
        <w:t xml:space="preserve"> (můžete vybrat snímky z telefonu i z aplikace Google Fotky, pokud je máte propojené).</w:t>
      </w:r>
    </w:p>
    <w:p w14:paraId="4DAD53E3" w14:textId="48C82768" w:rsidR="000E60A0" w:rsidRPr="000E60A0" w:rsidRDefault="000E60A0" w:rsidP="000E60A0">
      <w:pPr>
        <w:rPr>
          <w:b/>
          <w:bCs/>
        </w:rPr>
      </w:pPr>
      <w:r w:rsidRPr="000E60A0">
        <w:rPr>
          <w:b/>
          <w:bCs/>
        </w:rPr>
        <w:t>Vyberte nejlepší snímek jako první</w:t>
      </w:r>
    </w:p>
    <w:p w14:paraId="178E3647" w14:textId="5C677E79" w:rsidR="000E60A0" w:rsidRPr="000E60A0" w:rsidRDefault="000E60A0" w:rsidP="000E60A0">
      <w:r w:rsidRPr="000E60A0">
        <w:t xml:space="preserve">První přiložená fotka bývá „titulní“. Doplňkové úhly, detaily či prostředí přidejte hned po ní (ikona pro </w:t>
      </w:r>
      <w:r w:rsidRPr="000E60A0">
        <w:rPr>
          <w:b/>
          <w:bCs/>
        </w:rPr>
        <w:t>přidání dalších fotek</w:t>
      </w:r>
      <w:r w:rsidRPr="000E60A0">
        <w:t>).</w:t>
      </w:r>
    </w:p>
    <w:p w14:paraId="45C50800" w14:textId="259CA2B3" w:rsidR="000E60A0" w:rsidRPr="000E60A0" w:rsidRDefault="007848EF" w:rsidP="000E60A0">
      <w:pPr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723264" behindDoc="0" locked="0" layoutInCell="1" allowOverlap="1" wp14:anchorId="1825E3A2" wp14:editId="67F0E89F">
            <wp:simplePos x="0" y="0"/>
            <wp:positionH relativeFrom="column">
              <wp:posOffset>4425315</wp:posOffset>
            </wp:positionH>
            <wp:positionV relativeFrom="paragraph">
              <wp:posOffset>635</wp:posOffset>
            </wp:positionV>
            <wp:extent cx="1613535" cy="3496310"/>
            <wp:effectExtent l="0" t="0" r="5715" b="8890"/>
            <wp:wrapSquare wrapText="bothSides"/>
            <wp:docPr id="1893228619" name="Obráze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228619" name="Obrázek 189322861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13535" cy="3496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60A0" w:rsidRPr="000E60A0">
        <w:rPr>
          <w:b/>
          <w:bCs/>
        </w:rPr>
        <w:t>Zkontrolujte 5×K (minimum údajů)</w:t>
      </w:r>
    </w:p>
    <w:p w14:paraId="32D0C968" w14:textId="77777777" w:rsidR="000E60A0" w:rsidRPr="000E60A0" w:rsidRDefault="000E60A0" w:rsidP="000E60A0">
      <w:pPr>
        <w:pStyle w:val="OdrkyMSWORD"/>
      </w:pPr>
      <w:r w:rsidRPr="000E60A0">
        <w:rPr>
          <w:b/>
          <w:bCs/>
        </w:rPr>
        <w:t>Kdo</w:t>
      </w:r>
      <w:r w:rsidRPr="000E60A0">
        <w:t xml:space="preserve"> – vyplní se vaším účtem automaticky.</w:t>
      </w:r>
    </w:p>
    <w:p w14:paraId="0ECB79B8" w14:textId="77777777" w:rsidR="000E60A0" w:rsidRPr="000E60A0" w:rsidRDefault="000E60A0" w:rsidP="000E60A0">
      <w:pPr>
        <w:pStyle w:val="OdrkyMSWORD"/>
      </w:pPr>
      <w:r w:rsidRPr="000E60A0">
        <w:rPr>
          <w:b/>
          <w:bCs/>
        </w:rPr>
        <w:t>Kdy</w:t>
      </w:r>
      <w:r w:rsidRPr="000E60A0">
        <w:t xml:space="preserve"> – datum a čas z EXIF údajů fotky. Případně upravte ručně.</w:t>
      </w:r>
    </w:p>
    <w:p w14:paraId="2F0940A4" w14:textId="7C4DEE7B" w:rsidR="000E60A0" w:rsidRPr="000E60A0" w:rsidRDefault="000E60A0" w:rsidP="000E60A0">
      <w:pPr>
        <w:pStyle w:val="OdrkyMSWORD"/>
      </w:pPr>
      <w:r w:rsidRPr="000E60A0">
        <w:rPr>
          <w:b/>
          <w:bCs/>
        </w:rPr>
        <w:t>Kde</w:t>
      </w:r>
      <w:r w:rsidRPr="000E60A0">
        <w:t xml:space="preserve"> – GPS poloha z fotky; případně posuňte špendlík na mapě a nastavte </w:t>
      </w:r>
      <w:r w:rsidRPr="000E60A0">
        <w:rPr>
          <w:b/>
          <w:bCs/>
        </w:rPr>
        <w:t>poloměr přesnosti</w:t>
      </w:r>
      <w:r w:rsidRPr="000E60A0">
        <w:t xml:space="preserve"> (kruh na mapě).</w:t>
      </w:r>
    </w:p>
    <w:p w14:paraId="1101A148" w14:textId="0AB3B21F" w:rsidR="000E60A0" w:rsidRPr="000E60A0" w:rsidRDefault="00BB3586" w:rsidP="000E60A0">
      <w:pPr>
        <w:pStyle w:val="OdrkyMSWORD"/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0BCB4225" wp14:editId="37197047">
                <wp:simplePos x="0" y="0"/>
                <wp:positionH relativeFrom="margin">
                  <wp:posOffset>5033449</wp:posOffset>
                </wp:positionH>
                <wp:positionV relativeFrom="paragraph">
                  <wp:posOffset>210893</wp:posOffset>
                </wp:positionV>
                <wp:extent cx="1261745" cy="785495"/>
                <wp:effectExtent l="104775" t="9525" r="81280" b="5080"/>
                <wp:wrapNone/>
                <wp:docPr id="879151751" name="Šipka: doleva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993280">
                          <a:off x="0" y="0"/>
                          <a:ext cx="1261745" cy="785495"/>
                        </a:xfrm>
                        <a:prstGeom prst="leftArrow">
                          <a:avLst>
                            <a:gd name="adj1" fmla="val 30850"/>
                            <a:gd name="adj2" fmla="val 47974"/>
                          </a:avLst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16F8F5" id="Šipka: doleva 87" o:spid="_x0000_s1026" type="#_x0000_t66" style="position:absolute;margin-left:396.35pt;margin-top:16.6pt;width:99.35pt;height:61.85pt;rotation:-3939500fd;z-index:2517242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" adj="6451,7468" fillcolor="#f79646 [3209]" strokecolor="#f68c36 [3049]">
                <v:fill color2="#fbcaa2 [1625]" rotate="t" angle="180" focus="100%" type="gradient">
                  <o:fill v:ext="view" type="gradientUnscaled"/>
                </v:fill>
                <v:shadow on="t" color="black" opacity="22937f" origin=",.5" offset="0,.63889mm"/>
                <w10:wrap anchorx="margin"/>
              </v:shape>
            </w:pict>
          </mc:Fallback>
        </mc:AlternateContent>
      </w:r>
      <w:r w:rsidR="000E60A0" w:rsidRPr="000E60A0">
        <w:rPr>
          <w:b/>
          <w:bCs/>
        </w:rPr>
        <w:t>Co</w:t>
      </w:r>
      <w:r w:rsidR="000E60A0" w:rsidRPr="000E60A0">
        <w:t xml:space="preserve"> – druh. Využijte </w:t>
      </w:r>
      <w:r w:rsidR="000E60A0" w:rsidRPr="000E60A0">
        <w:rPr>
          <w:b/>
          <w:bCs/>
        </w:rPr>
        <w:t>Návrh určení</w:t>
      </w:r>
      <w:r w:rsidR="000E60A0" w:rsidRPr="000E60A0">
        <w:t xml:space="preserve"> (AI), ale berte jej jako </w:t>
      </w:r>
      <w:r w:rsidR="000E60A0" w:rsidRPr="000E60A0">
        <w:rPr>
          <w:b/>
          <w:bCs/>
        </w:rPr>
        <w:t>návrh</w:t>
      </w:r>
      <w:r w:rsidR="000E60A0" w:rsidRPr="000E60A0">
        <w:t>; potvrdit může komunita.</w:t>
      </w:r>
    </w:p>
    <w:p w14:paraId="0695087F" w14:textId="610B5473" w:rsidR="000E60A0" w:rsidRPr="000E60A0" w:rsidRDefault="000E60A0" w:rsidP="000E60A0">
      <w:pPr>
        <w:pStyle w:val="OdrkyMSWORD"/>
      </w:pPr>
      <w:r w:rsidRPr="000E60A0">
        <w:rPr>
          <w:b/>
          <w:bCs/>
        </w:rPr>
        <w:t>Jak</w:t>
      </w:r>
      <w:r w:rsidRPr="000E60A0">
        <w:t xml:space="preserve"> – médium (foto/zvuk) a stručná poznámka (např. „na okraji louky, suché stanoviště“).</w:t>
      </w:r>
    </w:p>
    <w:p w14:paraId="5C23FE32" w14:textId="77777777" w:rsidR="000E60A0" w:rsidRPr="000E60A0" w:rsidRDefault="000E60A0" w:rsidP="00AF4CF2">
      <w:pPr>
        <w:spacing w:before="120" w:after="0"/>
      </w:pPr>
      <w:r w:rsidRPr="000E60A0">
        <w:t xml:space="preserve">Nastavte </w:t>
      </w:r>
      <w:proofErr w:type="spellStart"/>
      <w:r w:rsidRPr="000E60A0">
        <w:rPr>
          <w:b/>
          <w:bCs/>
        </w:rPr>
        <w:t>geoprivacy</w:t>
      </w:r>
      <w:proofErr w:type="spellEnd"/>
    </w:p>
    <w:p w14:paraId="58200BEA" w14:textId="77777777" w:rsidR="000E60A0" w:rsidRDefault="000E60A0" w:rsidP="00AF4CF2">
      <w:pPr>
        <w:tabs>
          <w:tab w:val="num" w:pos="720"/>
          <w:tab w:val="num" w:pos="1440"/>
        </w:tabs>
        <w:spacing w:after="0"/>
        <w:ind w:left="720"/>
      </w:pPr>
      <w:r w:rsidRPr="000E60A0">
        <w:t xml:space="preserve">V detailu záznamu otevřete </w:t>
      </w:r>
      <w:r w:rsidRPr="000E60A0">
        <w:rPr>
          <w:b/>
          <w:bCs/>
        </w:rPr>
        <w:t>Poloha</w:t>
      </w:r>
      <w:r w:rsidRPr="000E60A0">
        <w:t xml:space="preserve"> a zvolte:</w:t>
      </w:r>
    </w:p>
    <w:p w14:paraId="0195F104" w14:textId="77777777" w:rsidR="000E60A0" w:rsidRDefault="000E60A0" w:rsidP="00680446">
      <w:pPr>
        <w:pStyle w:val="Odstavecseseznamem"/>
        <w:numPr>
          <w:ilvl w:val="0"/>
          <w:numId w:val="48"/>
        </w:numPr>
        <w:tabs>
          <w:tab w:val="num" w:pos="1440"/>
        </w:tabs>
      </w:pPr>
      <w:r w:rsidRPr="000E60A0">
        <w:rPr>
          <w:b/>
          <w:bCs/>
        </w:rPr>
        <w:t>Otevřená (Open)</w:t>
      </w:r>
      <w:r w:rsidRPr="000E60A0">
        <w:t xml:space="preserve"> – přesná poloha veřejná.</w:t>
      </w:r>
    </w:p>
    <w:p w14:paraId="1317864A" w14:textId="77777777" w:rsidR="000E60A0" w:rsidRDefault="000E60A0" w:rsidP="00680446">
      <w:pPr>
        <w:pStyle w:val="Odstavecseseznamem"/>
        <w:numPr>
          <w:ilvl w:val="0"/>
          <w:numId w:val="48"/>
        </w:numPr>
        <w:tabs>
          <w:tab w:val="num" w:pos="1440"/>
        </w:tabs>
      </w:pPr>
      <w:r w:rsidRPr="000E60A0">
        <w:rPr>
          <w:b/>
          <w:bCs/>
        </w:rPr>
        <w:t>Rozostřená (</w:t>
      </w:r>
      <w:proofErr w:type="spellStart"/>
      <w:r w:rsidRPr="000E60A0">
        <w:rPr>
          <w:b/>
          <w:bCs/>
        </w:rPr>
        <w:t>Obscured</w:t>
      </w:r>
      <w:proofErr w:type="spellEnd"/>
      <w:r w:rsidRPr="000E60A0">
        <w:rPr>
          <w:b/>
          <w:bCs/>
        </w:rPr>
        <w:t>)</w:t>
      </w:r>
      <w:r w:rsidRPr="000E60A0">
        <w:t xml:space="preserve"> – poloha zobrazena přibližně.</w:t>
      </w:r>
    </w:p>
    <w:p w14:paraId="52798EA5" w14:textId="77777777" w:rsidR="000E60A0" w:rsidRDefault="000E60A0" w:rsidP="00680446">
      <w:pPr>
        <w:pStyle w:val="Odstavecseseznamem"/>
        <w:numPr>
          <w:ilvl w:val="0"/>
          <w:numId w:val="48"/>
        </w:numPr>
        <w:tabs>
          <w:tab w:val="num" w:pos="1440"/>
        </w:tabs>
      </w:pPr>
      <w:r w:rsidRPr="000E60A0">
        <w:rPr>
          <w:b/>
          <w:bCs/>
        </w:rPr>
        <w:t>Soukromá (</w:t>
      </w:r>
      <w:proofErr w:type="spellStart"/>
      <w:r w:rsidRPr="000E60A0">
        <w:rPr>
          <w:b/>
          <w:bCs/>
        </w:rPr>
        <w:t>Private</w:t>
      </w:r>
      <w:proofErr w:type="spellEnd"/>
      <w:r w:rsidRPr="000E60A0">
        <w:rPr>
          <w:b/>
          <w:bCs/>
        </w:rPr>
        <w:t>)</w:t>
      </w:r>
      <w:r w:rsidRPr="000E60A0">
        <w:t xml:space="preserve"> – poloha se nezobrazí veřejně vůbec.</w:t>
      </w:r>
    </w:p>
    <w:p w14:paraId="1E73B29A" w14:textId="4759936D" w:rsidR="000E60A0" w:rsidRPr="000E60A0" w:rsidRDefault="000E60A0" w:rsidP="00680446">
      <w:pPr>
        <w:pStyle w:val="Odstavecseseznamem"/>
        <w:numPr>
          <w:ilvl w:val="0"/>
          <w:numId w:val="48"/>
        </w:numPr>
        <w:tabs>
          <w:tab w:val="num" w:pos="720"/>
          <w:tab w:val="num" w:pos="1440"/>
        </w:tabs>
      </w:pPr>
      <w:r w:rsidRPr="000E60A0">
        <w:t xml:space="preserve">U citlivých druhů může systém polohu rozostřit </w:t>
      </w:r>
      <w:r w:rsidRPr="000E60A0">
        <w:rPr>
          <w:b/>
          <w:bCs/>
        </w:rPr>
        <w:t>automaticky</w:t>
      </w:r>
      <w:r w:rsidRPr="000E60A0">
        <w:t>.</w:t>
      </w:r>
    </w:p>
    <w:p w14:paraId="0E966B21" w14:textId="77777777" w:rsidR="000E60A0" w:rsidRPr="000E60A0" w:rsidRDefault="000E60A0" w:rsidP="00AF4CF2">
      <w:pPr>
        <w:spacing w:before="120" w:after="0"/>
      </w:pPr>
      <w:r w:rsidRPr="000E60A0">
        <w:rPr>
          <w:b/>
          <w:bCs/>
        </w:rPr>
        <w:t>Uložte / Nahrajte</w:t>
      </w:r>
    </w:p>
    <w:p w14:paraId="579775D7" w14:textId="41C71C53" w:rsidR="000E60A0" w:rsidRPr="000E60A0" w:rsidRDefault="000E60A0" w:rsidP="000E60A0">
      <w:pPr>
        <w:tabs>
          <w:tab w:val="num" w:pos="720"/>
          <w:tab w:val="num" w:pos="1440"/>
        </w:tabs>
        <w:spacing w:after="0"/>
        <w:ind w:left="720"/>
      </w:pPr>
      <w:r w:rsidRPr="000E60A0">
        <w:t xml:space="preserve">Klepněte na </w:t>
      </w:r>
      <w:r w:rsidRPr="000E60A0">
        <w:rPr>
          <w:b/>
          <w:bCs/>
        </w:rPr>
        <w:t>Uložit</w:t>
      </w:r>
      <w:r w:rsidRPr="000E60A0">
        <w:t xml:space="preserve"> (</w:t>
      </w:r>
      <w:proofErr w:type="spellStart"/>
      <w:r w:rsidRPr="000E60A0">
        <w:t>Save</w:t>
      </w:r>
      <w:proofErr w:type="spellEnd"/>
      <w:r w:rsidRPr="000E60A0">
        <w:t xml:space="preserve">) a poté </w:t>
      </w:r>
      <w:r w:rsidRPr="000E60A0">
        <w:rPr>
          <w:b/>
          <w:bCs/>
        </w:rPr>
        <w:t>Nahrát</w:t>
      </w:r>
      <w:r w:rsidRPr="000E60A0">
        <w:t xml:space="preserve"> (Upload). V </w:t>
      </w:r>
      <w:proofErr w:type="spellStart"/>
      <w:r w:rsidRPr="000E60A0">
        <w:t>offline</w:t>
      </w:r>
      <w:proofErr w:type="spellEnd"/>
      <w:r w:rsidRPr="000E60A0">
        <w:t xml:space="preserve"> režimu se záznam odešle, jakmile bude k dispozici internet.</w:t>
      </w:r>
    </w:p>
    <w:p w14:paraId="1E516721" w14:textId="77777777" w:rsidR="000E60A0" w:rsidRDefault="000E60A0" w:rsidP="000E60A0">
      <w:pPr>
        <w:pStyle w:val="Nadpis4"/>
      </w:pPr>
      <w:bookmarkStart w:id="16" w:name="_Toc223113823"/>
      <w:r w:rsidRPr="000E60A0">
        <w:t>Práce s více fotkami, zvukem a opravami</w:t>
      </w:r>
      <w:bookmarkEnd w:id="16"/>
    </w:p>
    <w:p w14:paraId="1B01F4D8" w14:textId="70421308" w:rsidR="000E60A0" w:rsidRPr="000E60A0" w:rsidRDefault="000E60A0" w:rsidP="000E60A0">
      <w:pPr>
        <w:rPr>
          <w:lang w:eastAsia="cs-CZ"/>
        </w:rPr>
      </w:pPr>
      <w:r>
        <w:rPr>
          <w:lang w:eastAsia="cs-CZ"/>
        </w:rPr>
        <w:t>Pro některá pozorování je výhodnější pořídit více fotografií – například detail listu, květu a celou rostlinu. AI a následně komunita tak dokáží lépe identifikovat, o jaký druh se jedná.</w:t>
      </w:r>
    </w:p>
    <w:p w14:paraId="33EE1BEE" w14:textId="0201B4F7" w:rsidR="000E60A0" w:rsidRPr="000E60A0" w:rsidRDefault="00BB3586" w:rsidP="000E60A0">
      <w:pPr>
        <w:pStyle w:val="OdrkyMSWORD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1688113E" wp14:editId="347681B7">
                <wp:simplePos x="0" y="0"/>
                <wp:positionH relativeFrom="column">
                  <wp:posOffset>3974859</wp:posOffset>
                </wp:positionH>
                <wp:positionV relativeFrom="paragraph">
                  <wp:posOffset>1127313</wp:posOffset>
                </wp:positionV>
                <wp:extent cx="2192655" cy="988695"/>
                <wp:effectExtent l="0" t="381000" r="0" b="440055"/>
                <wp:wrapNone/>
                <wp:docPr id="512755679" name="Šipka: doleva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369758">
                          <a:off x="0" y="0"/>
                          <a:ext cx="2192655" cy="988695"/>
                        </a:xfrm>
                        <a:prstGeom prst="leftArrow">
                          <a:avLst>
                            <a:gd name="adj1" fmla="val 56284"/>
                            <a:gd name="adj2" fmla="val 34470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C0D2DB" w14:textId="575090F0" w:rsidR="00BB3586" w:rsidRDefault="00BB3586" w:rsidP="00BB3586">
                            <w:pPr>
                              <w:jc w:val="center"/>
                            </w:pPr>
                            <w:r>
                              <w:t>Kliknutím na kameru můžete přidat další snímek</w:t>
                            </w:r>
                          </w:p>
                          <w:p w14:paraId="33EAD502" w14:textId="77777777" w:rsidR="00BB3586" w:rsidRDefault="00BB3586" w:rsidP="00BB358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688113E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Šipka: doleva 89" o:spid="_x0000_s1026" type="#_x0000_t66" style="position:absolute;left:0;text-align:left;margin-left:313pt;margin-top:88.75pt;width:172.65pt;height:77.85pt;rotation:2588408fd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" adj="3357,4721" fillcolor="white [3201]" strokecolor="#f79646 [3209]" strokeweight="2pt">
                <v:textbox>
                  <w:txbxContent>
                    <w:p w14:paraId="6BC0D2DB" w14:textId="575090F0" w:rsidR="00BB3586" w:rsidRDefault="00BB3586" w:rsidP="00BB3586">
                      <w:pPr>
                        <w:jc w:val="center"/>
                      </w:pPr>
                      <w:r>
                        <w:t>Kliknutím na kameru můžete přidat další snímek</w:t>
                      </w:r>
                    </w:p>
                    <w:p w14:paraId="33EAD502" w14:textId="77777777" w:rsidR="00BB3586" w:rsidRDefault="00BB3586" w:rsidP="00BB358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5312" behindDoc="0" locked="0" layoutInCell="1" allowOverlap="1" wp14:anchorId="4AFEB9E2" wp14:editId="2E6D6326">
            <wp:simplePos x="0" y="0"/>
            <wp:positionH relativeFrom="margin">
              <wp:posOffset>3845166</wp:posOffset>
            </wp:positionH>
            <wp:positionV relativeFrom="paragraph">
              <wp:posOffset>-122886</wp:posOffset>
            </wp:positionV>
            <wp:extent cx="2694305" cy="3180715"/>
            <wp:effectExtent l="0" t="0" r="0" b="635"/>
            <wp:wrapSquare wrapText="bothSides"/>
            <wp:docPr id="1682840073" name="Obráze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840073" name="Obrázek 1682840073"/>
                    <pic:cNvPicPr/>
                  </pic:nvPicPr>
                  <pic:blipFill rotWithShape="1">
                    <a:blip r:embed="rId17"/>
                    <a:srcRect b="455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305" cy="3180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E60A0" w:rsidRPr="000E60A0">
        <w:rPr>
          <w:b/>
          <w:bCs/>
        </w:rPr>
        <w:t>Více fotek k jednomu pozorování</w:t>
      </w:r>
      <w:r w:rsidR="000E60A0" w:rsidRPr="000E60A0">
        <w:t>: nejprve detail, pak celek a nakonec prostředí – pomůže to komunitě s</w:t>
      </w:r>
      <w:r w:rsidR="000E60A0">
        <w:t> </w:t>
      </w:r>
      <w:r w:rsidR="000E60A0" w:rsidRPr="000E60A0">
        <w:t>určením</w:t>
      </w:r>
      <w:r w:rsidR="000E60A0">
        <w:t xml:space="preserve"> – pořídíte jednoduše, pouze kliknutím na ikonu fotoaparátu hned vedle již pořízené fotografie. Otevře se dialogové okno, které se zeptá, jestli chcete pořídit další snímek a nová fotografie se přidá k dříve pořízené fotografii.</w:t>
      </w:r>
    </w:p>
    <w:p w14:paraId="50B2431D" w14:textId="601E49AA" w:rsidR="000E60A0" w:rsidRPr="000E60A0" w:rsidRDefault="000E60A0" w:rsidP="000E60A0">
      <w:pPr>
        <w:pStyle w:val="OdrkyMSWORD"/>
      </w:pPr>
      <w:r w:rsidRPr="000E60A0">
        <w:rPr>
          <w:b/>
          <w:bCs/>
        </w:rPr>
        <w:t>Zvukové záznamy</w:t>
      </w:r>
      <w:r w:rsidRPr="000E60A0">
        <w:t xml:space="preserve">: u hlasově výrazných druhů (ptáci, obojživelníci) můžete připojit </w:t>
      </w:r>
      <w:r w:rsidRPr="000E60A0">
        <w:rPr>
          <w:b/>
          <w:bCs/>
        </w:rPr>
        <w:t>audio</w:t>
      </w:r>
      <w:r w:rsidRPr="000E60A0">
        <w:t>; dbejte na co nejtišší pozadí.</w:t>
      </w:r>
    </w:p>
    <w:p w14:paraId="61C59E94" w14:textId="3AF73258" w:rsidR="000E60A0" w:rsidRPr="000E60A0" w:rsidRDefault="000E60A0" w:rsidP="000E60A0">
      <w:pPr>
        <w:pStyle w:val="OdrkyMSWORD"/>
      </w:pPr>
      <w:r w:rsidRPr="000E60A0">
        <w:rPr>
          <w:b/>
          <w:bCs/>
        </w:rPr>
        <w:t>Dodatečné úpravy</w:t>
      </w:r>
      <w:r w:rsidRPr="000E60A0">
        <w:t xml:space="preserve">: cokoliv lze upravit později (název druhu, poloha, přesnost, </w:t>
      </w:r>
      <w:proofErr w:type="spellStart"/>
      <w:r w:rsidRPr="000E60A0">
        <w:t>geoprivacy</w:t>
      </w:r>
      <w:proofErr w:type="spellEnd"/>
      <w:r w:rsidRPr="000E60A0">
        <w:t xml:space="preserve">, popisek). </w:t>
      </w:r>
      <w:r>
        <w:t>K editaci můžete použít jak aplikaci v telefonu, tak webové rozhraní, kde</w:t>
      </w:r>
      <w:r w:rsidRPr="000E60A0">
        <w:t xml:space="preserve"> je editace přehlednější</w:t>
      </w:r>
      <w:r>
        <w:t xml:space="preserve"> (ukážeme si v kapitole 4.4.)</w:t>
      </w:r>
      <w:r w:rsidRPr="000E60A0">
        <w:t>.</w:t>
      </w:r>
    </w:p>
    <w:p w14:paraId="4948D19B" w14:textId="742C09FD" w:rsidR="00722831" w:rsidRPr="00722831" w:rsidRDefault="00722831" w:rsidP="00722831">
      <w:pPr>
        <w:pStyle w:val="Nadpis3"/>
      </w:pPr>
      <w:bookmarkStart w:id="17" w:name="_Toc223113824"/>
      <w:r w:rsidRPr="00722831">
        <w:t>Co uvidíte po nahrání (první interakce s komunitou)</w:t>
      </w:r>
      <w:bookmarkEnd w:id="17"/>
    </w:p>
    <w:p w14:paraId="5A16E31C" w14:textId="25A125FF" w:rsidR="00BB3586" w:rsidRDefault="00D11342" w:rsidP="00722831">
      <w:r>
        <w:rPr>
          <w:noProof/>
        </w:rPr>
        <w:drawing>
          <wp:anchor distT="0" distB="0" distL="114300" distR="114300" simplePos="0" relativeHeight="251727360" behindDoc="0" locked="0" layoutInCell="1" allowOverlap="1" wp14:anchorId="0864BCB3" wp14:editId="50A77BC1">
            <wp:simplePos x="0" y="0"/>
            <wp:positionH relativeFrom="margin">
              <wp:posOffset>3253257</wp:posOffset>
            </wp:positionH>
            <wp:positionV relativeFrom="paragraph">
              <wp:posOffset>128422</wp:posOffset>
            </wp:positionV>
            <wp:extent cx="3309620" cy="3489960"/>
            <wp:effectExtent l="0" t="0" r="5080" b="0"/>
            <wp:wrapSquare wrapText="bothSides"/>
            <wp:docPr id="1362676222" name="Obráze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676222" name="Obrázek 1362676222"/>
                    <pic:cNvPicPr/>
                  </pic:nvPicPr>
                  <pic:blipFill rotWithShape="1">
                    <a:blip r:embed="rId18"/>
                    <a:srcRect b="51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620" cy="3489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722831" w:rsidRPr="00722831">
        <w:t>iNaturalist</w:t>
      </w:r>
      <w:proofErr w:type="spellEnd"/>
      <w:r w:rsidR="00722831" w:rsidRPr="00722831">
        <w:t xml:space="preserve"> nabídne návrh určení (AI)</w:t>
      </w:r>
      <w:r w:rsidR="00722831">
        <w:t xml:space="preserve"> – kliknutím na ikonu s lupou se otevře okno s návrhy na druh, který pozorujete. </w:t>
      </w:r>
    </w:p>
    <w:p w14:paraId="2EE7F6B6" w14:textId="323B5BA3" w:rsidR="00BB3586" w:rsidRDefault="00D11342" w:rsidP="00722831">
      <w:r>
        <w:rPr>
          <w:noProof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2CCF252E" wp14:editId="2A37584E">
                <wp:simplePos x="0" y="0"/>
                <wp:positionH relativeFrom="margin">
                  <wp:align>right</wp:align>
                </wp:positionH>
                <wp:positionV relativeFrom="paragraph">
                  <wp:posOffset>7274</wp:posOffset>
                </wp:positionV>
                <wp:extent cx="1964028" cy="592428"/>
                <wp:effectExtent l="0" t="0" r="17780" b="17780"/>
                <wp:wrapNone/>
                <wp:docPr id="1565787517" name="Šipka: doleva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4028" cy="592428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E82CF7" w14:textId="0E17D643" w:rsidR="00BB3586" w:rsidRDefault="00BB3586" w:rsidP="00BB3586">
                            <w:pPr>
                              <w:jc w:val="center"/>
                            </w:pPr>
                            <w:r>
                              <w:t>Krok 1 – pořídíte fotku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CF252E" id="Šipka: doleva 91" o:spid="_x0000_s1027" type="#_x0000_t66" style="position:absolute;left:0;text-align:left;margin-left:103.45pt;margin-top:.55pt;width:154.65pt;height:46.65pt;z-index:251728384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" adj="3258" fillcolor="white [3201]" strokecolor="#f79646 [3209]" strokeweight="2pt">
                <v:textbox>
                  <w:txbxContent>
                    <w:p w14:paraId="74E82CF7" w14:textId="0E17D643" w:rsidR="00BB3586" w:rsidRDefault="00BB3586" w:rsidP="00BB3586">
                      <w:pPr>
                        <w:jc w:val="center"/>
                      </w:pPr>
                      <w:r>
                        <w:t>Krok 1 – pořídíte fotku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22831" w:rsidRPr="00BB3586">
        <w:rPr>
          <w:b/>
          <w:bCs/>
        </w:rPr>
        <w:t>Je na vás, abyste prošli galerii návrhů a</w:t>
      </w:r>
      <w:r w:rsidR="00BB3586">
        <w:rPr>
          <w:b/>
          <w:bCs/>
        </w:rPr>
        <w:t> </w:t>
      </w:r>
      <w:r w:rsidR="00722831" w:rsidRPr="00BB3586">
        <w:rPr>
          <w:b/>
          <w:bCs/>
        </w:rPr>
        <w:t>potvrdili, o</w:t>
      </w:r>
      <w:r w:rsidR="00BB3586" w:rsidRPr="00BB3586">
        <w:rPr>
          <w:b/>
          <w:bCs/>
        </w:rPr>
        <w:t> </w:t>
      </w:r>
      <w:r w:rsidR="00722831" w:rsidRPr="00BB3586">
        <w:rPr>
          <w:b/>
          <w:bCs/>
        </w:rPr>
        <w:t>který druh, se podle vás jedná.</w:t>
      </w:r>
      <w:r w:rsidR="00722831">
        <w:t xml:space="preserve"> Dokud nebude pozorování potvrzeno z více zdrojů, jeho určení nebude mít dostatečnou validitu.</w:t>
      </w:r>
      <w:r w:rsidR="00BB3586">
        <w:t xml:space="preserve"> </w:t>
      </w:r>
    </w:p>
    <w:p w14:paraId="7D1C6C89" w14:textId="2309BB14" w:rsidR="00722831" w:rsidRDefault="00D11342" w:rsidP="00722831">
      <w:r>
        <w:rPr>
          <w:noProof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 wp14:anchorId="4F966809" wp14:editId="049932F4">
                <wp:simplePos x="0" y="0"/>
                <wp:positionH relativeFrom="column">
                  <wp:posOffset>3536109</wp:posOffset>
                </wp:positionH>
                <wp:positionV relativeFrom="paragraph">
                  <wp:posOffset>304881</wp:posOffset>
                </wp:positionV>
                <wp:extent cx="2907030" cy="1107440"/>
                <wp:effectExtent l="0" t="361950" r="26670" b="397510"/>
                <wp:wrapNone/>
                <wp:docPr id="1944592687" name="Šipka: doleva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64913">
                          <a:off x="0" y="0"/>
                          <a:ext cx="2907030" cy="1107440"/>
                        </a:xfrm>
                        <a:prstGeom prst="leftArrow">
                          <a:avLst>
                            <a:gd name="adj1" fmla="val 60107"/>
                            <a:gd name="adj2" fmla="val 50000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C3FD8A" w14:textId="3F21019D" w:rsidR="00BB3586" w:rsidRDefault="00BB3586" w:rsidP="00BB3586">
                            <w:pPr>
                              <w:jc w:val="center"/>
                            </w:pPr>
                            <w:r>
                              <w:t xml:space="preserve">Krok 2 – kliknutím na otazník otevřete dialog s nabídkou možných identifikací druhu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966809" id="_x0000_s1028" type="#_x0000_t66" style="position:absolute;left:0;text-align:left;margin-left:278.45pt;margin-top:24pt;width:228.9pt;height:87.2pt;rotation:1709302fd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" adj="4114,4308" fillcolor="white [3201]" strokecolor="#f79646 [3209]" strokeweight="2pt">
                <v:textbox>
                  <w:txbxContent>
                    <w:p w14:paraId="3EC3FD8A" w14:textId="3F21019D" w:rsidR="00BB3586" w:rsidRDefault="00BB3586" w:rsidP="00BB3586">
                      <w:pPr>
                        <w:jc w:val="center"/>
                      </w:pPr>
                      <w:r>
                        <w:t xml:space="preserve">Krok 2 – kliknutím na otazník otevřete dialog s nabídkou možných identifikací druhu </w:t>
                      </w:r>
                    </w:p>
                  </w:txbxContent>
                </v:textbox>
              </v:shape>
            </w:pict>
          </mc:Fallback>
        </mc:AlternateContent>
      </w:r>
      <w:r w:rsidR="00BB3586">
        <w:t>Na sérii obrázků na konci kapitoly si opět ukážeme názorně, jak probíhá vyvolání návrhů a výběr druhu.</w:t>
      </w:r>
    </w:p>
    <w:p w14:paraId="0563DFF0" w14:textId="75F3BF95" w:rsidR="00722831" w:rsidRDefault="00722831" w:rsidP="00722831">
      <w:r w:rsidRPr="00722831">
        <w:t>Následně se mohou ozvat uživatelé s identifikací (ID) a případně dotazem v komentáři.</w:t>
      </w:r>
    </w:p>
    <w:p w14:paraId="22F7649B" w14:textId="15963826" w:rsidR="00722831" w:rsidRPr="00722831" w:rsidRDefault="00722831" w:rsidP="00722831">
      <w:r>
        <w:t>Pokud si nejste jistí, k</w:t>
      </w:r>
      <w:r w:rsidRPr="00722831">
        <w:t>lidně ponechte určení obecnější (např. „Rod…“). Komunita jej může zpřesnit</w:t>
      </w:r>
      <w:r>
        <w:t xml:space="preserve"> nebo identifikovat. </w:t>
      </w:r>
      <w:r w:rsidRPr="00722831">
        <w:t xml:space="preserve">V oznámeních (Aktivita) uvidíte, kdo co navrhl. </w:t>
      </w:r>
      <w:r w:rsidRPr="00BB3586">
        <w:rPr>
          <w:b/>
          <w:bCs/>
        </w:rPr>
        <w:t>Na návrhy lze reagovat přijetím, vlastním návrhem či poděkováním.</w:t>
      </w:r>
    </w:p>
    <w:p w14:paraId="01305009" w14:textId="270E00B5" w:rsidR="00111C28" w:rsidRDefault="00722831" w:rsidP="00722831">
      <w:pPr>
        <w:rPr>
          <w:b/>
          <w:bCs/>
        </w:rPr>
      </w:pPr>
      <w:r>
        <w:rPr>
          <w:b/>
          <w:bCs/>
        </w:rPr>
        <w:t>Nyní máte dostatek znalostí, abyste vyzkoušeli svoje první pozorování s </w:t>
      </w:r>
      <w:proofErr w:type="spellStart"/>
      <w:r>
        <w:rPr>
          <w:b/>
          <w:bCs/>
        </w:rPr>
        <w:t>iNaturalist</w:t>
      </w:r>
      <w:proofErr w:type="spellEnd"/>
      <w:r>
        <w:rPr>
          <w:b/>
          <w:bCs/>
        </w:rPr>
        <w:t>.</w:t>
      </w:r>
    </w:p>
    <w:p w14:paraId="53D4B413" w14:textId="3C81DC96" w:rsidR="00BB3586" w:rsidRDefault="00D11342" w:rsidP="00722831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CF83FF5" wp14:editId="0DF07394">
            <wp:extent cx="6101580" cy="3432220"/>
            <wp:effectExtent l="0" t="0" r="0" b="0"/>
            <wp:docPr id="340157767" name="Obráze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157767" name="Obrázek 3401577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07520" cy="3435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EC512" w14:textId="77777777" w:rsidR="00BB3586" w:rsidRDefault="00BB3586" w:rsidP="00722831">
      <w:pPr>
        <w:rPr>
          <w:b/>
          <w:bCs/>
        </w:rPr>
      </w:pPr>
    </w:p>
    <w:p w14:paraId="34891A94" w14:textId="77777777" w:rsidR="00FC635A" w:rsidRPr="00FC635A" w:rsidRDefault="00FC635A" w:rsidP="00FC635A">
      <w:pPr>
        <w:pStyle w:val="Nadpis2"/>
      </w:pPr>
      <w:bookmarkStart w:id="18" w:name="_Toc223113825"/>
      <w:r w:rsidRPr="00FC635A">
        <w:t>Webová verze: úpravy záznamů a ověřování v komunitě</w:t>
      </w:r>
      <w:bookmarkEnd w:id="18"/>
    </w:p>
    <w:p w14:paraId="04E634B2" w14:textId="671E4C99" w:rsidR="00FC635A" w:rsidRDefault="00FC635A" w:rsidP="00FC635A">
      <w:r w:rsidRPr="00FC635A">
        <w:t>Nejpřehledněji se pozorování dolaďují na počítači. Na větší obrazovce snáze zkontrolujete, zda u</w:t>
      </w:r>
      <w:r w:rsidR="00D11342">
        <w:t> </w:t>
      </w:r>
      <w:r w:rsidRPr="00FC635A">
        <w:t>záznamu nechybí fotografie, čas, místo nebo stručná poznámka k prostředí. Stejně tak tu pohodlněji reagujete na návrhy určení od ostatních uživatelů.</w:t>
      </w:r>
    </w:p>
    <w:p w14:paraId="0ACD7783" w14:textId="0E804857" w:rsidR="00FC635A" w:rsidRPr="00FC635A" w:rsidRDefault="00FC635A" w:rsidP="00FC635A">
      <w:r w:rsidRPr="00FC635A">
        <w:t>Tato část vás provede tím, jak se na webu dostat k vlastním záznamům, co lze u jednoho záznamu upravit a jak s komunitou věcně komunikovat, aby se pozorování posunula ke „vědecké kvalitě“.</w:t>
      </w:r>
    </w:p>
    <w:p w14:paraId="076E849B" w14:textId="756C585A" w:rsidR="00FC635A" w:rsidRPr="00FC635A" w:rsidRDefault="00FC635A" w:rsidP="00FC635A">
      <w:pPr>
        <w:pStyle w:val="Nadpis3"/>
      </w:pPr>
      <w:bookmarkStart w:id="19" w:name="_Toc223113826"/>
      <w:r w:rsidRPr="00FC635A">
        <w:t>Proč pracovat i na počítači</w:t>
      </w:r>
      <w:bookmarkEnd w:id="19"/>
    </w:p>
    <w:p w14:paraId="35E1E1A3" w14:textId="77777777" w:rsidR="00FC635A" w:rsidRPr="00FC635A" w:rsidRDefault="00FC635A" w:rsidP="00FC635A">
      <w:r w:rsidRPr="00FC635A">
        <w:t>Krátké úpravy zvládnete v mobilu, ale počítač je vhodnější, když chcete mít jistotu, že je záznam kompletní a srozumitelný.</w:t>
      </w:r>
    </w:p>
    <w:p w14:paraId="3599EDF3" w14:textId="77777777" w:rsidR="00FC635A" w:rsidRPr="00FC635A" w:rsidRDefault="00FC635A" w:rsidP="00FC635A">
      <w:pPr>
        <w:pStyle w:val="OdrkyMSWORD"/>
      </w:pPr>
      <w:r w:rsidRPr="00FC635A">
        <w:t>pohodlné přidání dalších fotografií (detail, celek, prostředí),</w:t>
      </w:r>
    </w:p>
    <w:p w14:paraId="6D4A64E8" w14:textId="77777777" w:rsidR="00FC635A" w:rsidRPr="00FC635A" w:rsidRDefault="00FC635A" w:rsidP="00FC635A">
      <w:pPr>
        <w:pStyle w:val="OdrkyMSWORD"/>
      </w:pPr>
      <w:r w:rsidRPr="00FC635A">
        <w:t>přesnější nastavení místa v mapě a „kruhu přesnosti“,</w:t>
      </w:r>
    </w:p>
    <w:p w14:paraId="5A0E0C1E" w14:textId="77777777" w:rsidR="00FC635A" w:rsidRPr="00FC635A" w:rsidRDefault="00FC635A" w:rsidP="00FC635A">
      <w:pPr>
        <w:pStyle w:val="OdrkyMSWORD"/>
      </w:pPr>
      <w:r w:rsidRPr="00FC635A">
        <w:t>snadnější psaní kratších poznámek k nálezu,</w:t>
      </w:r>
    </w:p>
    <w:p w14:paraId="67F3D435" w14:textId="77777777" w:rsidR="00FC635A" w:rsidRPr="00FC635A" w:rsidRDefault="00FC635A" w:rsidP="00FC635A">
      <w:pPr>
        <w:pStyle w:val="OdrkyMSWORD"/>
      </w:pPr>
      <w:r w:rsidRPr="00FC635A">
        <w:t>přehled návrhů určení a komentářů od komunity na jednom místě.</w:t>
      </w:r>
    </w:p>
    <w:p w14:paraId="1020D205" w14:textId="09735057" w:rsidR="00FC635A" w:rsidRPr="00FC635A" w:rsidRDefault="00FC635A" w:rsidP="00FC635A">
      <w:pPr>
        <w:pStyle w:val="Nadpis3"/>
      </w:pPr>
      <w:bookmarkStart w:id="20" w:name="_Toc223113827"/>
      <w:r w:rsidRPr="00FC635A">
        <w:t>Jak se na webu dostat k vlastním pozorováním</w:t>
      </w:r>
      <w:bookmarkEnd w:id="20"/>
    </w:p>
    <w:p w14:paraId="5625B859" w14:textId="77777777" w:rsidR="00FC635A" w:rsidRPr="00FC635A" w:rsidRDefault="00FC635A" w:rsidP="00FC635A">
      <w:r w:rsidRPr="00FC635A">
        <w:t xml:space="preserve">Po přihlášení na webu </w:t>
      </w:r>
      <w:proofErr w:type="spellStart"/>
      <w:r w:rsidRPr="00FC635A">
        <w:t>iNaturalist</w:t>
      </w:r>
      <w:proofErr w:type="spellEnd"/>
      <w:r w:rsidRPr="00FC635A">
        <w:t xml:space="preserve"> otevřete nabídku u svého účtu a zvolte přehled vlastních pozorování. Zobrazí se seznam záznamů s náhledy fotografií a základními údaji. Kliknutím na libovolné pozorování otevřete jeho detail.</w:t>
      </w:r>
    </w:p>
    <w:p w14:paraId="001E0075" w14:textId="77777777" w:rsidR="00FC635A" w:rsidRPr="00FC635A" w:rsidRDefault="00FC635A" w:rsidP="00FC635A">
      <w:pPr>
        <w:pStyle w:val="OdrkyMSWORD"/>
      </w:pPr>
      <w:r w:rsidRPr="00FC635A">
        <w:t>přihlaste se stejnými údaji jako v mobilu,</w:t>
      </w:r>
    </w:p>
    <w:p w14:paraId="1A043EFB" w14:textId="77777777" w:rsidR="00FC635A" w:rsidRDefault="00FC635A" w:rsidP="00FC635A">
      <w:pPr>
        <w:pStyle w:val="OdrkyMSWORD"/>
      </w:pPr>
      <w:r w:rsidRPr="00FC635A">
        <w:t>otevřete přehled pozorování u svého účtu,</w:t>
      </w:r>
    </w:p>
    <w:p w14:paraId="2A16E71F" w14:textId="7AED9832" w:rsidR="003A4127" w:rsidRDefault="003A4127" w:rsidP="003A4127">
      <w:pPr>
        <w:pStyle w:val="OdrkyMSWORD"/>
        <w:numPr>
          <w:ilvl w:val="0"/>
          <w:numId w:val="0"/>
        </w:numPr>
        <w:ind w:left="360"/>
      </w:pPr>
    </w:p>
    <w:p w14:paraId="7B21CC26" w14:textId="07F4C08F" w:rsidR="003A4127" w:rsidRPr="00FC635A" w:rsidRDefault="003A4127" w:rsidP="003A4127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71F24DD1" wp14:editId="52ECB358">
                <wp:simplePos x="0" y="0"/>
                <wp:positionH relativeFrom="column">
                  <wp:posOffset>1520825</wp:posOffset>
                </wp:positionH>
                <wp:positionV relativeFrom="paragraph">
                  <wp:posOffset>-140505</wp:posOffset>
                </wp:positionV>
                <wp:extent cx="676141" cy="450108"/>
                <wp:effectExtent l="19050" t="19050" r="10160" b="26670"/>
                <wp:wrapNone/>
                <wp:docPr id="1558421722" name="Obdélník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141" cy="450108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chemeClr val="accent6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6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DD9534" id="Obdélník 73" o:spid="_x0000_s1026" style="position:absolute;margin-left:119.75pt;margin-top:-11.05pt;width:53.25pt;height:35.45pt;z-index:251714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" filled="f" strokecolor="#f79646 [3209]" strokeweight="3pt">
                <v:stroke joinstyle="round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2C51130F" wp14:editId="6E83AA51">
            <wp:extent cx="5055944" cy="1739963"/>
            <wp:effectExtent l="0" t="0" r="0" b="0"/>
            <wp:docPr id="1670775581" name="Obráze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775581" name="Obrázek 167077558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65438" cy="174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0D8AF" w14:textId="4F3512F8" w:rsidR="00FC635A" w:rsidRDefault="00FC635A" w:rsidP="00FC635A">
      <w:pPr>
        <w:pStyle w:val="OdrkyMSWORD"/>
      </w:pPr>
      <w:r w:rsidRPr="00FC635A">
        <w:t>klikněte na záznam, který chcete upravit</w:t>
      </w:r>
      <w:r w:rsidR="003A4127">
        <w:t xml:space="preserve"> a proveďte úpravy (ukázka na následujících obrázcích).</w:t>
      </w:r>
    </w:p>
    <w:p w14:paraId="5A3C331A" w14:textId="0BD969C9" w:rsidR="003A4127" w:rsidRDefault="003A4127" w:rsidP="003A4127"/>
    <w:p w14:paraId="43E483B3" w14:textId="2EBBEB95" w:rsidR="003A4127" w:rsidRDefault="003A4127" w:rsidP="003A4127">
      <w:r>
        <w:rPr>
          <w:noProof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5DA37874" wp14:editId="4A13174F">
                <wp:simplePos x="0" y="0"/>
                <wp:positionH relativeFrom="column">
                  <wp:posOffset>2671445</wp:posOffset>
                </wp:positionH>
                <wp:positionV relativeFrom="paragraph">
                  <wp:posOffset>8890</wp:posOffset>
                </wp:positionV>
                <wp:extent cx="2011680" cy="553720"/>
                <wp:effectExtent l="38100" t="133350" r="26670" b="17780"/>
                <wp:wrapNone/>
                <wp:docPr id="1515548298" name="Šipka: doprava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158313">
                          <a:off x="0" y="0"/>
                          <a:ext cx="2011680" cy="55372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2410CC" w14:textId="711E2787" w:rsidR="003A4127" w:rsidRPr="003A4127" w:rsidRDefault="003A4127" w:rsidP="003A412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A4127">
                              <w:rPr>
                                <w:color w:val="000000" w:themeColor="text1"/>
                              </w:rPr>
                              <w:t>Klikněte EDITOVAT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A37874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Šipka: doprava 75" o:spid="_x0000_s1029" type="#_x0000_t13" style="position:absolute;left:0;text-align:left;margin-left:210.35pt;margin-top:.7pt;width:158.4pt;height:43.6pt;rotation:-482440fd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" adj="18627" fillcolor="white [3201]" strokecolor="#f79646 [3209]" strokeweight="2pt">
                <v:textbox>
                  <w:txbxContent>
                    <w:p w14:paraId="6E2410CC" w14:textId="711E2787" w:rsidR="003A4127" w:rsidRPr="003A4127" w:rsidRDefault="003A4127" w:rsidP="003A4127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A4127">
                        <w:rPr>
                          <w:color w:val="000000" w:themeColor="text1"/>
                        </w:rPr>
                        <w:t>Klikněte EDITOVAT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6E3728D" wp14:editId="6BEAC484">
            <wp:extent cx="5415566" cy="2521827"/>
            <wp:effectExtent l="0" t="0" r="0" b="0"/>
            <wp:docPr id="591458167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458167" name="Obrázek 591458167"/>
                    <pic:cNvPicPr/>
                  </pic:nvPicPr>
                  <pic:blipFill rotWithShape="1">
                    <a:blip r:embed="rId21"/>
                    <a:srcRect b="32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566" cy="2521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8245BE" w14:textId="41A4A32A" w:rsidR="003A4127" w:rsidRPr="00FC635A" w:rsidRDefault="003A4127" w:rsidP="003A4127">
      <w:r>
        <w:rPr>
          <w:noProof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641469D8" wp14:editId="3B69177B">
                <wp:simplePos x="0" y="0"/>
                <wp:positionH relativeFrom="column">
                  <wp:posOffset>1875602</wp:posOffset>
                </wp:positionH>
                <wp:positionV relativeFrom="paragraph">
                  <wp:posOffset>3936338</wp:posOffset>
                </wp:positionV>
                <wp:extent cx="2485623" cy="1036749"/>
                <wp:effectExtent l="0" t="0" r="10160" b="11430"/>
                <wp:wrapNone/>
                <wp:docPr id="59942403" name="Šipka: doleva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5623" cy="1036749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A80FB3" w14:textId="24A4C1C3" w:rsidR="003A4127" w:rsidRDefault="003A4127" w:rsidP="003A4127">
                            <w:pPr>
                              <w:jc w:val="center"/>
                            </w:pPr>
                            <w:r>
                              <w:t xml:space="preserve">Pokud provedete změny, nezapomeňte je </w:t>
                            </w:r>
                            <w:r w:rsidRPr="003A4127">
                              <w:rPr>
                                <w:b/>
                                <w:bCs/>
                              </w:rPr>
                              <w:t>ULOŽIT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1469D8" id="Šipka: doleva 78" o:spid="_x0000_s1030" type="#_x0000_t66" style="position:absolute;left:0;text-align:left;margin-left:147.7pt;margin-top:309.95pt;width:195.7pt;height:81.65pt;z-index:251720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" adj="4505" fillcolor="white [3201]" strokecolor="#f79646 [3209]" strokeweight="2pt">
                <v:textbox>
                  <w:txbxContent>
                    <w:p w14:paraId="2EA80FB3" w14:textId="24A4C1C3" w:rsidR="003A4127" w:rsidRDefault="003A4127" w:rsidP="003A4127">
                      <w:pPr>
                        <w:jc w:val="center"/>
                      </w:pPr>
                      <w:r>
                        <w:t xml:space="preserve">Pokud provedete změny, nezapomeňte je </w:t>
                      </w:r>
                      <w:r w:rsidRPr="003A4127">
                        <w:rPr>
                          <w:b/>
                          <w:bCs/>
                        </w:rPr>
                        <w:t>ULOŽIT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27F325AB" wp14:editId="17CE9D6C">
                <wp:simplePos x="0" y="0"/>
                <wp:positionH relativeFrom="margin">
                  <wp:posOffset>2728783</wp:posOffset>
                </wp:positionH>
                <wp:positionV relativeFrom="paragraph">
                  <wp:posOffset>2158660</wp:posOffset>
                </wp:positionV>
                <wp:extent cx="2826698" cy="1043188"/>
                <wp:effectExtent l="0" t="381000" r="0" b="386080"/>
                <wp:wrapNone/>
                <wp:docPr id="1671744989" name="Šipka: doleva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65889">
                          <a:off x="0" y="0"/>
                          <a:ext cx="2826698" cy="1043188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568A42" w14:textId="3F8EE4E5" w:rsidR="003A4127" w:rsidRDefault="003A4127" w:rsidP="003A4127">
                            <w:pPr>
                              <w:jc w:val="center"/>
                            </w:pPr>
                            <w:r>
                              <w:t>Můžete změnit lokalitu a upřesnit typ pozorování (v zajetí/pěstovaný)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F325AB" id="Šipka: doleva 79" o:spid="_x0000_s1031" type="#_x0000_t66" style="position:absolute;left:0;text-align:left;margin-left:214.85pt;margin-top:169.95pt;width:222.55pt;height:82.15pt;rotation:1819595fd;z-index:251718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" adj="3986" fillcolor="white [3201]" strokecolor="#f79646 [3209]" strokeweight="2pt">
                <v:textbox>
                  <w:txbxContent>
                    <w:p w14:paraId="03568A42" w14:textId="3F8EE4E5" w:rsidR="003A4127" w:rsidRDefault="003A4127" w:rsidP="003A4127">
                      <w:pPr>
                        <w:jc w:val="center"/>
                      </w:pPr>
                      <w:r>
                        <w:t>Můžete změnit lokalitu a upřesnit typ pozorování (v zajetí/pěstovaný)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57E577E8" wp14:editId="17CB35FC">
                <wp:simplePos x="0" y="0"/>
                <wp:positionH relativeFrom="column">
                  <wp:posOffset>4856731</wp:posOffset>
                </wp:positionH>
                <wp:positionV relativeFrom="paragraph">
                  <wp:posOffset>773949</wp:posOffset>
                </wp:positionV>
                <wp:extent cx="1603420" cy="1036749"/>
                <wp:effectExtent l="0" t="0" r="15875" b="11430"/>
                <wp:wrapNone/>
                <wp:docPr id="1199567452" name="Šipka: doleva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3420" cy="1036749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D97E33" w14:textId="3401F9A4" w:rsidR="003A4127" w:rsidRDefault="003A4127" w:rsidP="003A4127">
                            <w:pPr>
                              <w:jc w:val="center"/>
                            </w:pPr>
                            <w:r>
                              <w:t>Můžete nahrát další fotografie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E577E8" id="_x0000_s1032" type="#_x0000_t66" style="position:absolute;left:0;text-align:left;margin-left:382.4pt;margin-top:60.95pt;width:126.25pt;height:81.65pt;z-index:2517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" adj="6983" fillcolor="white [3201]" strokecolor="#f79646 [3209]" strokeweight="2pt">
                <v:textbox>
                  <w:txbxContent>
                    <w:p w14:paraId="29D97E33" w14:textId="3401F9A4" w:rsidR="003A4127" w:rsidRDefault="003A4127" w:rsidP="003A4127">
                      <w:pPr>
                        <w:jc w:val="center"/>
                      </w:pPr>
                      <w:r>
                        <w:t>Můžete nahrát další fotografie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7E7B78FD" wp14:editId="2A340D0A">
                <wp:simplePos x="0" y="0"/>
                <wp:positionH relativeFrom="column">
                  <wp:posOffset>323698</wp:posOffset>
                </wp:positionH>
                <wp:positionV relativeFrom="paragraph">
                  <wp:posOffset>1727611</wp:posOffset>
                </wp:positionV>
                <wp:extent cx="1236372" cy="1403798"/>
                <wp:effectExtent l="0" t="0" r="20955" b="25400"/>
                <wp:wrapNone/>
                <wp:docPr id="1212933812" name="Obdélník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6372" cy="140379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4EAC48" w14:textId="5FC6291E" w:rsidR="003A4127" w:rsidRDefault="003A4127" w:rsidP="003A4127">
                            <w:pPr>
                              <w:jc w:val="center"/>
                            </w:pPr>
                            <w:r>
                              <w:t>Zde můžete přidat k pozorování poznámky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E7B78FD" id="Obdélník 77" o:spid="_x0000_s1033" style="position:absolute;left:0;text-align:left;margin-left:25.5pt;margin-top:136.05pt;width:97.35pt;height:110.55pt;z-index:2517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" fillcolor="white [3201]" strokecolor="#f79646 [3209]" strokeweight="2pt">
                <v:textbox>
                  <w:txbxContent>
                    <w:p w14:paraId="094EAC48" w14:textId="5FC6291E" w:rsidR="003A4127" w:rsidRDefault="003A4127" w:rsidP="003A4127">
                      <w:pPr>
                        <w:jc w:val="center"/>
                      </w:pPr>
                      <w:r>
                        <w:t>Zde můžete přidat k pozorování poznámky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726753B6" wp14:editId="6D20C3DD">
            <wp:extent cx="5589431" cy="4666424"/>
            <wp:effectExtent l="0" t="0" r="0" b="1270"/>
            <wp:docPr id="330756931" name="Obráze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756931" name="Obrázek 330756931"/>
                    <pic:cNvPicPr/>
                  </pic:nvPicPr>
                  <pic:blipFill rotWithShape="1">
                    <a:blip r:embed="rId22"/>
                    <a:srcRect r="2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33" cy="4675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B58DF1" w14:textId="2FA7D781" w:rsidR="00FC635A" w:rsidRPr="00FC635A" w:rsidRDefault="00FC635A" w:rsidP="00FC635A">
      <w:pPr>
        <w:pStyle w:val="Nadpis3"/>
      </w:pPr>
      <w:bookmarkStart w:id="21" w:name="_Toc223113828"/>
      <w:r w:rsidRPr="00FC635A">
        <w:t>Co lze u jednoho záznamu upravit</w:t>
      </w:r>
      <w:bookmarkEnd w:id="21"/>
    </w:p>
    <w:p w14:paraId="611336D5" w14:textId="77777777" w:rsidR="00FC635A" w:rsidRPr="00FC635A" w:rsidRDefault="00FC635A" w:rsidP="00FC635A">
      <w:r w:rsidRPr="00FC635A">
        <w:t>V detailu záznamu vždy zkontrolujte „pětkrát K“ (kdo–kdy–kde–co–jak). Chybějící nebo nepřesné údaje doplňte. Cílem je, aby byl záznam dohledatelný, ověřitelný a srozumitelný i pro někoho, kdo místo nezná.</w:t>
      </w:r>
    </w:p>
    <w:p w14:paraId="392B72E1" w14:textId="77777777" w:rsidR="00FC635A" w:rsidRPr="00FC635A" w:rsidRDefault="00FC635A" w:rsidP="00FC635A">
      <w:pPr>
        <w:pStyle w:val="OdrkyMSWORD"/>
      </w:pPr>
      <w:r w:rsidRPr="00FC635A">
        <w:rPr>
          <w:b/>
          <w:bCs/>
        </w:rPr>
        <w:t>Fotografie</w:t>
      </w:r>
      <w:r w:rsidRPr="00FC635A">
        <w:t>: můžete přidat další snímky (detail znaku, celek, prostředí). Pořadí lze změnit tak, aby první byla nejvýstižnější fotka.</w:t>
      </w:r>
    </w:p>
    <w:p w14:paraId="52E2F1FC" w14:textId="77777777" w:rsidR="00FC635A" w:rsidRPr="00FC635A" w:rsidRDefault="00FC635A" w:rsidP="00FC635A">
      <w:pPr>
        <w:pStyle w:val="OdrkyMSWORD"/>
      </w:pPr>
      <w:r w:rsidRPr="00FC635A">
        <w:rPr>
          <w:b/>
          <w:bCs/>
        </w:rPr>
        <w:t>Čas a datum</w:t>
      </w:r>
      <w:r w:rsidRPr="00FC635A">
        <w:t>: opravte, pokud snímek nemá správná data (např. po přenosu z jiného zařízení).</w:t>
      </w:r>
    </w:p>
    <w:p w14:paraId="676A3EFD" w14:textId="77777777" w:rsidR="00FC635A" w:rsidRPr="00FC635A" w:rsidRDefault="00FC635A" w:rsidP="00FC635A">
      <w:pPr>
        <w:pStyle w:val="OdrkyMSWORD"/>
      </w:pPr>
      <w:r w:rsidRPr="00FC635A">
        <w:rPr>
          <w:b/>
          <w:bCs/>
        </w:rPr>
        <w:t>Místo a přesnost</w:t>
      </w:r>
      <w:r w:rsidRPr="00FC635A">
        <w:t xml:space="preserve">: upravte polohu špendlíkem v mapě a nastavte </w:t>
      </w:r>
      <w:r w:rsidRPr="00FC635A">
        <w:rPr>
          <w:b/>
          <w:bCs/>
        </w:rPr>
        <w:t>kruh přesnosti</w:t>
      </w:r>
      <w:r w:rsidRPr="00FC635A">
        <w:t xml:space="preserve"> (v městě menší, v krajině může být větší).</w:t>
      </w:r>
    </w:p>
    <w:p w14:paraId="71FF6612" w14:textId="77777777" w:rsidR="00FC635A" w:rsidRPr="00FC635A" w:rsidRDefault="00FC635A" w:rsidP="00FC635A">
      <w:pPr>
        <w:pStyle w:val="OdrkyMSWORD"/>
      </w:pPr>
      <w:r w:rsidRPr="00FC635A">
        <w:rPr>
          <w:b/>
          <w:bCs/>
        </w:rPr>
        <w:t>Zobrazení polohy (</w:t>
      </w:r>
      <w:proofErr w:type="spellStart"/>
      <w:r w:rsidRPr="00FC635A">
        <w:rPr>
          <w:b/>
          <w:bCs/>
        </w:rPr>
        <w:t>geoprivacy</w:t>
      </w:r>
      <w:proofErr w:type="spellEnd"/>
      <w:r w:rsidRPr="00FC635A">
        <w:rPr>
          <w:b/>
          <w:bCs/>
        </w:rPr>
        <w:t>)</w:t>
      </w:r>
      <w:r w:rsidRPr="00FC635A">
        <w:t>: u běžných druhů ponechte obvykle „otevřenou“ polohu, u citlivých míst/druhů zvažte „rozostřenou“ nebo „soukromou“.</w:t>
      </w:r>
    </w:p>
    <w:p w14:paraId="6DFBAB89" w14:textId="77777777" w:rsidR="00FC635A" w:rsidRPr="00FC635A" w:rsidRDefault="00FC635A" w:rsidP="00FC635A">
      <w:pPr>
        <w:pStyle w:val="OdrkyMSWORD"/>
      </w:pPr>
      <w:r w:rsidRPr="00FC635A">
        <w:rPr>
          <w:b/>
          <w:bCs/>
        </w:rPr>
        <w:t>Určení druhu</w:t>
      </w:r>
      <w:r w:rsidRPr="00FC635A">
        <w:t>: ponechte svůj odhad, nebo jej zpřesněte. Pokud si nejste jisti, nevadí – můžete zůstat na úrovni rodu nebo skupiny.</w:t>
      </w:r>
    </w:p>
    <w:p w14:paraId="6AF08F4B" w14:textId="77777777" w:rsidR="00FC635A" w:rsidRPr="00FC635A" w:rsidRDefault="00FC635A" w:rsidP="00FC635A">
      <w:pPr>
        <w:pStyle w:val="OdrkyMSWORD"/>
      </w:pPr>
      <w:r w:rsidRPr="00FC635A">
        <w:rPr>
          <w:b/>
          <w:bCs/>
        </w:rPr>
        <w:t>Poznámka</w:t>
      </w:r>
      <w:r w:rsidRPr="00FC635A">
        <w:t>: krátce popište prostředí nebo chování (např. „okraj vlhké louky“, „na kmeni břízy“).</w:t>
      </w:r>
    </w:p>
    <w:p w14:paraId="29B61913" w14:textId="70A16CF1" w:rsidR="00FC635A" w:rsidRPr="00FC635A" w:rsidRDefault="00FC635A" w:rsidP="00FC635A">
      <w:r w:rsidRPr="00FC635A">
        <w:t>Po úpravách záznam</w:t>
      </w:r>
      <w:r w:rsidR="00D11342">
        <w:t xml:space="preserve"> nezapomeňte uložit</w:t>
      </w:r>
      <w:r w:rsidRPr="00FC635A">
        <w:t xml:space="preserve"> </w:t>
      </w:r>
    </w:p>
    <w:p w14:paraId="49ECA5E0" w14:textId="6B34C3A8" w:rsidR="00FC635A" w:rsidRPr="00FC635A" w:rsidRDefault="00FC635A" w:rsidP="00FC635A">
      <w:pPr>
        <w:pStyle w:val="Nadpis3"/>
      </w:pPr>
      <w:bookmarkStart w:id="22" w:name="_Toc223113829"/>
      <w:r w:rsidRPr="00FC635A">
        <w:t>Jak funguje společné určení a stav záznamu</w:t>
      </w:r>
      <w:bookmarkEnd w:id="22"/>
    </w:p>
    <w:p w14:paraId="16A45027" w14:textId="77777777" w:rsidR="00FC635A" w:rsidRPr="00FC635A" w:rsidRDefault="00FC635A" w:rsidP="00FC635A">
      <w:r w:rsidRPr="00FC635A">
        <w:t xml:space="preserve">Určení se netvoří jen podle automatického návrhu – potvrzuje je komunita. Když se více uživatelů shodne na stejné úrovni určení a záznam má úplná data (fotka/zvuk, datum, místo), získá stav </w:t>
      </w:r>
      <w:r w:rsidRPr="00FC635A">
        <w:rPr>
          <w:b/>
          <w:bCs/>
        </w:rPr>
        <w:t>„vědecká kvalita“</w:t>
      </w:r>
      <w:r w:rsidRPr="00FC635A">
        <w:t xml:space="preserve">. Pokud zatím chybí shoda, zůstává </w:t>
      </w:r>
      <w:r w:rsidRPr="00FC635A">
        <w:rPr>
          <w:b/>
          <w:bCs/>
        </w:rPr>
        <w:t>„potřebuje určit“</w:t>
      </w:r>
      <w:r w:rsidRPr="00FC635A">
        <w:t xml:space="preserve">. Chybí-li podstatné údaje, je záznam </w:t>
      </w:r>
      <w:r w:rsidRPr="00FC635A">
        <w:rPr>
          <w:b/>
          <w:bCs/>
        </w:rPr>
        <w:t>„neúplný“</w:t>
      </w:r>
      <w:r w:rsidRPr="00FC635A">
        <w:t>.</w:t>
      </w:r>
    </w:p>
    <w:p w14:paraId="38A3B079" w14:textId="77777777" w:rsidR="00FC635A" w:rsidRPr="00FC635A" w:rsidRDefault="00FC635A" w:rsidP="00FC635A">
      <w:pPr>
        <w:pStyle w:val="OdrkyMSWORD"/>
      </w:pPr>
      <w:r w:rsidRPr="00FC635A">
        <w:t>čím lepší fotografie a srozumitelnější údaje, tím rychlejší shoda,</w:t>
      </w:r>
    </w:p>
    <w:p w14:paraId="7AB5F6A8" w14:textId="77777777" w:rsidR="00FC635A" w:rsidRPr="00FC635A" w:rsidRDefault="00FC635A" w:rsidP="00FC635A">
      <w:pPr>
        <w:pStyle w:val="OdrkyMSWORD"/>
      </w:pPr>
      <w:r w:rsidRPr="00FC635A">
        <w:t>stav záznamu se může v čase měnit (po doplnění fotky či nové shodě komunity),</w:t>
      </w:r>
    </w:p>
    <w:p w14:paraId="31C49008" w14:textId="77777777" w:rsidR="00FC635A" w:rsidRDefault="00FC635A" w:rsidP="00680446">
      <w:pPr>
        <w:numPr>
          <w:ilvl w:val="0"/>
          <w:numId w:val="49"/>
        </w:numPr>
      </w:pPr>
      <w:r w:rsidRPr="00FC635A">
        <w:t>pro určení je lepší několik snímků z různých úhlů než jedna „hezká“ fotografie bez detailu znaku.</w:t>
      </w:r>
    </w:p>
    <w:p w14:paraId="1FC200A6" w14:textId="09A44B69" w:rsidR="00A02767" w:rsidRDefault="00A02767" w:rsidP="00A02767">
      <w:r>
        <w:t>Na následujících obrázcích je vidět, jak je označena kvalita pozorování v mobilní aplikaci:</w:t>
      </w:r>
    </w:p>
    <w:p w14:paraId="733AFB81" w14:textId="77777777" w:rsidR="00A02767" w:rsidRDefault="00A02767" w:rsidP="00A02767">
      <w:pPr>
        <w:keepNext/>
      </w:pPr>
      <w:r>
        <w:rPr>
          <w:noProof/>
        </w:rPr>
        <w:drawing>
          <wp:inline distT="0" distB="0" distL="0" distR="0" wp14:anchorId="758350A0" wp14:editId="74FC8C98">
            <wp:extent cx="5972810" cy="3359785"/>
            <wp:effectExtent l="0" t="0" r="8890" b="0"/>
            <wp:docPr id="1757299975" name="Obráze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299975" name="Obrázek 175729997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68037" w14:textId="5517DC05" w:rsidR="00A02767" w:rsidRPr="00FC635A" w:rsidRDefault="00A02767" w:rsidP="00A02767">
      <w:pPr>
        <w:pStyle w:val="Titulek"/>
      </w:pPr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CB3137">
        <w:rPr>
          <w:noProof/>
        </w:rPr>
        <w:t>3</w:t>
      </w:r>
      <w:r>
        <w:fldChar w:fldCharType="end"/>
      </w:r>
      <w:r>
        <w:t xml:space="preserve"> Ukázka označení kvality dat v mobilní aplikaci </w:t>
      </w:r>
      <w:proofErr w:type="spellStart"/>
      <w:r>
        <w:t>iNaturalist</w:t>
      </w:r>
      <w:proofErr w:type="spellEnd"/>
    </w:p>
    <w:p w14:paraId="1E461538" w14:textId="2254963D" w:rsidR="00FC635A" w:rsidRPr="00FC635A" w:rsidRDefault="00FC635A" w:rsidP="00FC635A">
      <w:pPr>
        <w:pStyle w:val="Nadpis3"/>
      </w:pPr>
      <w:bookmarkStart w:id="23" w:name="_Toc223113830"/>
      <w:r w:rsidRPr="00FC635A">
        <w:t>Přidání pozorování do projektu a přehled vašeho účtu</w:t>
      </w:r>
      <w:bookmarkEnd w:id="23"/>
    </w:p>
    <w:p w14:paraId="07522329" w14:textId="1DE910E7" w:rsidR="00A02767" w:rsidRDefault="00A02767" w:rsidP="00FC635A">
      <w:r>
        <w:t xml:space="preserve">Projekty jsou důležitou funkcí </w:t>
      </w:r>
      <w:proofErr w:type="spellStart"/>
      <w:r>
        <w:t>iNaturalist</w:t>
      </w:r>
      <w:proofErr w:type="spellEnd"/>
      <w:r>
        <w:t xml:space="preserve"> – jejich prostřednictvím lze vytvářet skupiny pozorování, které spojuje určité společné téma – může to být snaha o hledání konkrétního druhu v i relativně velkém regionu nebo, jako třeba v příkladě, který si ukážeme v závěrečné lekci, snaha o mapování druhů v určité lokalitě.</w:t>
      </w:r>
    </w:p>
    <w:p w14:paraId="7FEBDCAB" w14:textId="777042B7" w:rsidR="00A02767" w:rsidRDefault="00A02767" w:rsidP="00FC635A">
      <w:r>
        <w:t xml:space="preserve">K projektů se můžete přidat nebo můžete navrhnout projekt vlastní (třeba velikosti vaší zahrady nebo palouku za vaším domem – kreativitě se v tomto směru na </w:t>
      </w:r>
      <w:proofErr w:type="spellStart"/>
      <w:r>
        <w:t>iNaturalist</w:t>
      </w:r>
      <w:proofErr w:type="spellEnd"/>
      <w:r>
        <w:t xml:space="preserve"> meze nekladou). A to je právě silný aspekt </w:t>
      </w:r>
      <w:proofErr w:type="spellStart"/>
      <w:r>
        <w:t>iNaturalist</w:t>
      </w:r>
      <w:proofErr w:type="spellEnd"/>
      <w:r>
        <w:t>, kdy umožňuje spojovat lidi s podobnými zájmy.</w:t>
      </w:r>
    </w:p>
    <w:p w14:paraId="01A8D512" w14:textId="5C663438" w:rsidR="00FC635A" w:rsidRPr="00FC635A" w:rsidRDefault="00FC635A" w:rsidP="00FC635A">
      <w:r w:rsidRPr="00FC635A">
        <w:t>Některé projekty přijímají záznamy automaticky podle místa nebo druhu, jiné vyžadují, abyste se k projektu připojili. Na stránce projektu bývá jednoduché tlačítko pro zapojení a popis podmínek. V</w:t>
      </w:r>
      <w:r w:rsidR="00A02767">
        <w:t> </w:t>
      </w:r>
      <w:r w:rsidRPr="00FC635A">
        <w:t>přehledu účtu pak uvidíte, kolik vašich pozorování do projektu spadá.</w:t>
      </w:r>
    </w:p>
    <w:p w14:paraId="4502D134" w14:textId="77777777" w:rsidR="00FC635A" w:rsidRPr="00FC635A" w:rsidRDefault="00FC635A" w:rsidP="00A02767">
      <w:pPr>
        <w:pStyle w:val="OdrkyMSWORD"/>
      </w:pPr>
      <w:r w:rsidRPr="00FC635A">
        <w:t>vyhledejte projekt podle tématu či oblasti,</w:t>
      </w:r>
    </w:p>
    <w:p w14:paraId="1820A48A" w14:textId="77777777" w:rsidR="00FC635A" w:rsidRPr="00FC635A" w:rsidRDefault="00FC635A" w:rsidP="00FC635A">
      <w:pPr>
        <w:pStyle w:val="OdrkyMSWORD"/>
      </w:pPr>
      <w:r w:rsidRPr="00FC635A">
        <w:t>přečtěte podmínky a připojte se,</w:t>
      </w:r>
    </w:p>
    <w:p w14:paraId="37550F9C" w14:textId="77777777" w:rsidR="00FC635A" w:rsidRPr="00FC635A" w:rsidRDefault="00FC635A" w:rsidP="00A02767">
      <w:pPr>
        <w:pStyle w:val="OdrkyMSWORD"/>
        <w:spacing w:after="240"/>
        <w:ind w:left="714" w:hanging="357"/>
      </w:pPr>
      <w:r w:rsidRPr="00FC635A">
        <w:t>záznamy se obvykle přiřazují automaticky podle nastavených pravidel projektu.</w:t>
      </w:r>
    </w:p>
    <w:p w14:paraId="0C5AD182" w14:textId="289CF2D4" w:rsidR="00FC635A" w:rsidRDefault="00A02767" w:rsidP="00FC635A">
      <w:r>
        <w:t xml:space="preserve">V následujících obrazových ukázkách najdete </w:t>
      </w:r>
      <w:r w:rsidR="009F6620">
        <w:t xml:space="preserve">nejen </w:t>
      </w:r>
      <w:r>
        <w:t>projekty, které jsme vytvořili my, ale v databázi projektů si můžete vybrat téma nebo lokalitu podle vašich zájmů.</w:t>
      </w:r>
    </w:p>
    <w:p w14:paraId="17E3ADFB" w14:textId="01A85E9F" w:rsidR="009F6620" w:rsidRDefault="009F6620" w:rsidP="009F6620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3342AE4A" wp14:editId="687B82AD">
                <wp:simplePos x="0" y="0"/>
                <wp:positionH relativeFrom="column">
                  <wp:posOffset>5391239</wp:posOffset>
                </wp:positionH>
                <wp:positionV relativeFrom="paragraph">
                  <wp:posOffset>1416783</wp:posOffset>
                </wp:positionV>
                <wp:extent cx="940158" cy="238259"/>
                <wp:effectExtent l="19050" t="19050" r="12700" b="28575"/>
                <wp:wrapNone/>
                <wp:docPr id="1590523227" name="Obdélník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0158" cy="238259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chemeClr val="accent6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6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F7D183" id="Obdélník 97" o:spid="_x0000_s1026" style="position:absolute;margin-left:424.5pt;margin-top:111.55pt;width:74.05pt;height:18.75pt;z-index:2517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" filled="f" strokecolor="#f79646 [3209]" strokeweight="3pt">
                <v:stroke joinstyle="round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2CBDFB40" wp14:editId="157DADDC">
                <wp:simplePos x="0" y="0"/>
                <wp:positionH relativeFrom="column">
                  <wp:posOffset>3278594</wp:posOffset>
                </wp:positionH>
                <wp:positionV relativeFrom="paragraph">
                  <wp:posOffset>1243241</wp:posOffset>
                </wp:positionV>
                <wp:extent cx="2047240" cy="534035"/>
                <wp:effectExtent l="57150" t="19050" r="67310" b="94615"/>
                <wp:wrapNone/>
                <wp:docPr id="137878087" name="Šipka: doleva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240" cy="534035"/>
                        </a:xfrm>
                        <a:prstGeom prst="leftArrow">
                          <a:avLst>
                            <a:gd name="adj1" fmla="val 33119"/>
                            <a:gd name="adj2" fmla="val 50000"/>
                          </a:avLst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3EE1CE" id="Šipka: doleva 96" o:spid="_x0000_s1026" type="#_x0000_t66" style="position:absolute;margin-left:258.15pt;margin-top:97.9pt;width:161.2pt;height:42.05pt;z-index:2517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" adj="2817,7223" fillcolor="#f79646 [3209]" strokecolor="#f68c36 [3049]">
                <v:fill color2="#fbcaa2 [1625]" rotate="t" angle="180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1456" behindDoc="0" locked="0" layoutInCell="1" allowOverlap="1" wp14:anchorId="319C7CF4" wp14:editId="18E0B8CB">
            <wp:simplePos x="0" y="0"/>
            <wp:positionH relativeFrom="column">
              <wp:posOffset>4650391</wp:posOffset>
            </wp:positionH>
            <wp:positionV relativeFrom="paragraph">
              <wp:posOffset>7003</wp:posOffset>
            </wp:positionV>
            <wp:extent cx="1854200" cy="2476500"/>
            <wp:effectExtent l="0" t="0" r="0" b="0"/>
            <wp:wrapNone/>
            <wp:docPr id="1540236432" name="Obráze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236432" name="Obrázek 1540236432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6378F7E5" wp14:editId="1A7772EB">
            <wp:extent cx="5972810" cy="2986405"/>
            <wp:effectExtent l="0" t="0" r="8890" b="4445"/>
            <wp:docPr id="312690718" name="Obráze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690718" name="Obrázek 312690718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8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BC9D2" w14:textId="1D6C6003" w:rsidR="009F6620" w:rsidRDefault="009F6620" w:rsidP="009F6620">
      <w:pPr>
        <w:pStyle w:val="Titulek"/>
      </w:pPr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CB3137">
        <w:rPr>
          <w:noProof/>
        </w:rPr>
        <w:t>4</w:t>
      </w:r>
      <w:r>
        <w:fldChar w:fldCharType="end"/>
      </w:r>
      <w:r>
        <w:t xml:space="preserve"> Projekty, které vytvoříte, najdete ve vlastním </w:t>
      </w:r>
      <w:proofErr w:type="gramStart"/>
      <w:r>
        <w:t>profilu - zde</w:t>
      </w:r>
      <w:proofErr w:type="gramEnd"/>
      <w:r>
        <w:t xml:space="preserve"> ukázka stránky s projekty Digitálního Seniora</w:t>
      </w:r>
    </w:p>
    <w:p w14:paraId="2432532D" w14:textId="77777777" w:rsidR="009F6620" w:rsidRDefault="009F6620" w:rsidP="009F6620">
      <w:pPr>
        <w:keepNext/>
      </w:pPr>
      <w:r>
        <w:rPr>
          <w:noProof/>
        </w:rPr>
        <w:drawing>
          <wp:inline distT="0" distB="0" distL="0" distR="0" wp14:anchorId="68D5AFAD" wp14:editId="2644333B">
            <wp:extent cx="5972810" cy="3677920"/>
            <wp:effectExtent l="0" t="0" r="8890" b="0"/>
            <wp:docPr id="1547184177" name="Obráze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184177" name="Obrázek 154718417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67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DFFE4" w14:textId="09AFAE3E" w:rsidR="009F6620" w:rsidRPr="009F6620" w:rsidRDefault="009F6620" w:rsidP="009F6620">
      <w:pPr>
        <w:pStyle w:val="Titulek"/>
      </w:pPr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CB3137">
        <w:rPr>
          <w:noProof/>
        </w:rPr>
        <w:t>5</w:t>
      </w:r>
      <w:r>
        <w:fldChar w:fldCharType="end"/>
      </w:r>
      <w:r>
        <w:t xml:space="preserve"> Jak otevřít databázi všech projektů dostupných na </w:t>
      </w:r>
      <w:proofErr w:type="spellStart"/>
      <w:r>
        <w:t>iNaturalist</w:t>
      </w:r>
      <w:proofErr w:type="spellEnd"/>
    </w:p>
    <w:p w14:paraId="4FC6430D" w14:textId="77777777" w:rsidR="003C52B2" w:rsidRDefault="003C52B2" w:rsidP="003C52B2">
      <w:pPr>
        <w:keepNext/>
      </w:pPr>
      <w:r>
        <w:rPr>
          <w:noProof/>
        </w:rPr>
        <w:drawing>
          <wp:inline distT="0" distB="0" distL="0" distR="0" wp14:anchorId="76E70FC9" wp14:editId="15A57D41">
            <wp:extent cx="5972810" cy="2727325"/>
            <wp:effectExtent l="0" t="0" r="8890" b="0"/>
            <wp:docPr id="447965148" name="Obráze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965148" name="Obrázek 447965148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72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4BA31" w14:textId="2EDD5650" w:rsidR="00FC635A" w:rsidRDefault="003C52B2" w:rsidP="003C52B2">
      <w:pPr>
        <w:pStyle w:val="Titulek"/>
      </w:pPr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CB3137">
        <w:rPr>
          <w:noProof/>
        </w:rPr>
        <w:t>6</w:t>
      </w:r>
      <w:r>
        <w:fldChar w:fldCharType="end"/>
      </w:r>
      <w:r>
        <w:t xml:space="preserve"> Pro hledání v projektech můžeme použít </w:t>
      </w:r>
      <w:proofErr w:type="gramStart"/>
      <w:r>
        <w:t>filtr - v</w:t>
      </w:r>
      <w:proofErr w:type="gramEnd"/>
      <w:r>
        <w:t xml:space="preserve"> tomto případě jsme zadali Česká republika</w:t>
      </w:r>
    </w:p>
    <w:p w14:paraId="5CD2B661" w14:textId="77777777" w:rsidR="003C52B2" w:rsidRDefault="003C52B2" w:rsidP="003C52B2">
      <w:pPr>
        <w:keepNext/>
      </w:pPr>
      <w:r>
        <w:rPr>
          <w:noProof/>
        </w:rPr>
        <w:drawing>
          <wp:inline distT="0" distB="0" distL="0" distR="0" wp14:anchorId="0E4B50B9" wp14:editId="07ABC084">
            <wp:extent cx="5972810" cy="3900170"/>
            <wp:effectExtent l="0" t="0" r="8890" b="5080"/>
            <wp:docPr id="483768331" name="Obráze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768331" name="Obrázek 483768331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0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6C959" w14:textId="034DD89D" w:rsidR="003C52B2" w:rsidRDefault="003C52B2" w:rsidP="003C52B2">
      <w:pPr>
        <w:pStyle w:val="Titulek"/>
      </w:pPr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CB3137">
        <w:rPr>
          <w:noProof/>
        </w:rPr>
        <w:t>7</w:t>
      </w:r>
      <w:r>
        <w:fldChar w:fldCharType="end"/>
      </w:r>
      <w:r>
        <w:t xml:space="preserve"> Otevřená stránka projektu, který nás zaujal /Mechorosty v České republice)</w:t>
      </w:r>
    </w:p>
    <w:p w14:paraId="3F4D726C" w14:textId="77777777" w:rsidR="003C52B2" w:rsidRDefault="003C52B2" w:rsidP="003C52B2">
      <w:pPr>
        <w:keepNext/>
      </w:pPr>
      <w:r>
        <w:rPr>
          <w:noProof/>
        </w:rPr>
        <w:drawing>
          <wp:inline distT="0" distB="0" distL="0" distR="0" wp14:anchorId="6990A4A2" wp14:editId="2E4ABCD4">
            <wp:extent cx="5972810" cy="3980180"/>
            <wp:effectExtent l="0" t="0" r="8890" b="1270"/>
            <wp:docPr id="983420081" name="Obráze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420081" name="Obrázek 98342008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8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D2118" w14:textId="2A6EBDEC" w:rsidR="003C52B2" w:rsidRDefault="003C52B2" w:rsidP="003C52B2">
      <w:pPr>
        <w:pStyle w:val="Titulek"/>
      </w:pPr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CB3137">
        <w:rPr>
          <w:noProof/>
        </w:rPr>
        <w:t>8</w:t>
      </w:r>
      <w:r>
        <w:fldChar w:fldCharType="end"/>
      </w:r>
      <w:r>
        <w:t xml:space="preserve"> Data o pozorováních v projektu jsou dostupná v jednotlivých záložkách </w:t>
      </w:r>
      <w:proofErr w:type="gramStart"/>
      <w:r>
        <w:t>projektu - zde</w:t>
      </w:r>
      <w:proofErr w:type="gramEnd"/>
      <w:r>
        <w:t xml:space="preserve"> vidíte například zajímavé statistiky a pozorování s nejvíce komentáři</w:t>
      </w:r>
    </w:p>
    <w:p w14:paraId="450A88CC" w14:textId="77777777" w:rsidR="003C52B2" w:rsidRDefault="003C52B2" w:rsidP="003C52B2">
      <w:pPr>
        <w:keepNext/>
        <w:jc w:val="center"/>
      </w:pPr>
      <w:r>
        <w:rPr>
          <w:noProof/>
        </w:rPr>
        <w:drawing>
          <wp:inline distT="0" distB="0" distL="0" distR="0" wp14:anchorId="0C487496" wp14:editId="1009057B">
            <wp:extent cx="4997003" cy="2914035"/>
            <wp:effectExtent l="0" t="0" r="0" b="635"/>
            <wp:docPr id="2123652549" name="Obráze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652549" name="Obrázek 2123652549"/>
                    <pic:cNvPicPr/>
                  </pic:nvPicPr>
                  <pic:blipFill rotWithShape="1">
                    <a:blip r:embed="rId30"/>
                    <a:srcRect b="23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617" cy="2938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040EC3" w14:textId="669773C7" w:rsidR="003C52B2" w:rsidRPr="003C52B2" w:rsidRDefault="003C52B2" w:rsidP="003C52B2">
      <w:pPr>
        <w:pStyle w:val="Titulek"/>
        <w:jc w:val="left"/>
      </w:pPr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CB3137">
        <w:rPr>
          <w:noProof/>
        </w:rPr>
        <w:t>9</w:t>
      </w:r>
      <w:r>
        <w:fldChar w:fldCharType="end"/>
      </w:r>
      <w:r>
        <w:t xml:space="preserve"> Ukázka profilu "našeho" projektu Zámek Sychrov" s přehled</w:t>
      </w:r>
      <w:r w:rsidR="00B629D7">
        <w:t>e</w:t>
      </w:r>
      <w:r>
        <w:t xml:space="preserve">m pozorovaných druhů v </w:t>
      </w:r>
      <w:proofErr w:type="gramStart"/>
      <w:r>
        <w:t xml:space="preserve">parku - </w:t>
      </w:r>
      <w:r w:rsidRPr="00B629D7">
        <w:rPr>
          <w:b/>
          <w:bCs/>
        </w:rPr>
        <w:t>nezapomeňte</w:t>
      </w:r>
      <w:proofErr w:type="gramEnd"/>
      <w:r w:rsidRPr="00B629D7">
        <w:rPr>
          <w:b/>
          <w:bCs/>
        </w:rPr>
        <w:t>, že všechn</w:t>
      </w:r>
      <w:r w:rsidR="00B629D7" w:rsidRPr="00B629D7">
        <w:rPr>
          <w:b/>
          <w:bCs/>
        </w:rPr>
        <w:t>a</w:t>
      </w:r>
      <w:r w:rsidRPr="00B629D7">
        <w:rPr>
          <w:b/>
          <w:bCs/>
        </w:rPr>
        <w:t xml:space="preserve"> pozorování pořízená v parku, musí být označena jako pěstované druhy. </w:t>
      </w:r>
      <w:r>
        <w:t>Data sice nebudou mít vědeckou hodnotu, ale pro nás jsou skvělým způsobem, jak mapovat proměny zámeckého parku v průběhu sezóny.</w:t>
      </w:r>
    </w:p>
    <w:p w14:paraId="45DE28FC" w14:textId="5F8BB044" w:rsidR="00A02767" w:rsidRPr="00A02767" w:rsidRDefault="00A02767" w:rsidP="00A02767">
      <w:pPr>
        <w:pStyle w:val="Nadpis2"/>
      </w:pPr>
      <w:bookmarkStart w:id="24" w:name="_Toc223113831"/>
      <w:proofErr w:type="gramStart"/>
      <w:r>
        <w:t xml:space="preserve">Shrnutí - </w:t>
      </w:r>
      <w:proofErr w:type="spellStart"/>
      <w:r w:rsidRPr="00A02767">
        <w:t>iNaturalist</w:t>
      </w:r>
      <w:proofErr w:type="spellEnd"/>
      <w:proofErr w:type="gramEnd"/>
      <w:r w:rsidRPr="00A02767">
        <w:t>: od prvního přihlášení po projekty</w:t>
      </w:r>
      <w:bookmarkEnd w:id="24"/>
    </w:p>
    <w:p w14:paraId="3C729C0D" w14:textId="77777777" w:rsidR="00A02767" w:rsidRDefault="00A02767" w:rsidP="00A02767">
      <w:pPr>
        <w:rPr>
          <w:lang w:eastAsia="cs-CZ"/>
        </w:rPr>
      </w:pPr>
      <w:proofErr w:type="spellStart"/>
      <w:r w:rsidRPr="00A02767">
        <w:rPr>
          <w:lang w:eastAsia="cs-CZ"/>
        </w:rPr>
        <w:t>iNaturalist</w:t>
      </w:r>
      <w:proofErr w:type="spellEnd"/>
      <w:r w:rsidRPr="00A02767">
        <w:rPr>
          <w:lang w:eastAsia="cs-CZ"/>
        </w:rPr>
        <w:t xml:space="preserve"> představuje praktickou cestu, jak přetavit běžnou procházku v přírodě v kvalitní záznam využitelný vědou. V této kapitole jste poznali, co </w:t>
      </w:r>
      <w:proofErr w:type="spellStart"/>
      <w:r w:rsidRPr="00A02767">
        <w:rPr>
          <w:lang w:eastAsia="cs-CZ"/>
        </w:rPr>
        <w:t>iNaturalist</w:t>
      </w:r>
      <w:proofErr w:type="spellEnd"/>
      <w:r w:rsidRPr="00A02767">
        <w:rPr>
          <w:lang w:eastAsia="cs-CZ"/>
        </w:rPr>
        <w:t xml:space="preserve"> je, kdo za ním stojí a proč je vhodný i pro začátečníky. Naučili jste se založit účet na webu, přihlásit se v mobilní aplikaci a porozumět rozhraní. Důraz jsme kladli na správné vytvoření pozorování v mobilu: pořízení jasné fotografie nebo zvuku, kontrolu data, času a polohy, promyšlené použití „</w:t>
      </w:r>
      <w:proofErr w:type="spellStart"/>
      <w:r w:rsidRPr="00A02767">
        <w:rPr>
          <w:lang w:eastAsia="cs-CZ"/>
        </w:rPr>
        <w:t>geoprivacy</w:t>
      </w:r>
      <w:proofErr w:type="spellEnd"/>
      <w:r w:rsidRPr="00A02767">
        <w:rPr>
          <w:lang w:eastAsia="cs-CZ"/>
        </w:rPr>
        <w:t>“ a stručný popis situace.</w:t>
      </w:r>
    </w:p>
    <w:p w14:paraId="76D718CC" w14:textId="13D96515" w:rsidR="00A02767" w:rsidRPr="00A02767" w:rsidRDefault="00A02767" w:rsidP="00A02767">
      <w:pPr>
        <w:rPr>
          <w:lang w:eastAsia="cs-CZ"/>
        </w:rPr>
      </w:pPr>
      <w:r w:rsidRPr="00A02767">
        <w:rPr>
          <w:lang w:eastAsia="cs-CZ"/>
        </w:rPr>
        <w:t>Seznámili jste se s tím, jak funguje určování druhu – od vašeho prvního návrhu přes komunitní určení až po stavy kvality záznamu. Na závěr jste nahlédli do projektů: jak je najít, jak fungují jejich typy a proč dávají vašim záznamům smysluplný kontext.</w:t>
      </w:r>
    </w:p>
    <w:p w14:paraId="34DF2E5D" w14:textId="77777777" w:rsidR="00A02767" w:rsidRPr="00A02767" w:rsidRDefault="00A02767" w:rsidP="00A02767">
      <w:pPr>
        <w:spacing w:after="120"/>
        <w:rPr>
          <w:lang w:eastAsia="cs-CZ"/>
        </w:rPr>
      </w:pPr>
      <w:r w:rsidRPr="00A02767">
        <w:rPr>
          <w:b/>
          <w:bCs/>
          <w:lang w:eastAsia="cs-CZ"/>
        </w:rPr>
        <w:t>Hlavní body k zapamatování</w:t>
      </w:r>
    </w:p>
    <w:p w14:paraId="7102811F" w14:textId="77777777" w:rsidR="00A02767" w:rsidRPr="00A02767" w:rsidRDefault="00A02767" w:rsidP="00A02767">
      <w:pPr>
        <w:pStyle w:val="OdrkyMSWORD"/>
        <w:rPr>
          <w:lang w:eastAsia="cs-CZ"/>
        </w:rPr>
      </w:pPr>
      <w:r w:rsidRPr="00A02767">
        <w:rPr>
          <w:b/>
          <w:bCs/>
          <w:lang w:eastAsia="cs-CZ"/>
        </w:rPr>
        <w:t>Účet a přihlášení:</w:t>
      </w:r>
      <w:r w:rsidRPr="00A02767">
        <w:rPr>
          <w:lang w:eastAsia="cs-CZ"/>
        </w:rPr>
        <w:t xml:space="preserve"> Nejjednodušší je vytvořit účet na webu (možno přes Google/Gmail) a až poté se přihlásit v aplikaci. Po potvrzení e-mailu si nastavte jazyk, upozornění a (volitelně) licence.</w:t>
      </w:r>
    </w:p>
    <w:p w14:paraId="08206C37" w14:textId="77777777" w:rsidR="00A02767" w:rsidRPr="00A02767" w:rsidRDefault="00A02767" w:rsidP="00A02767">
      <w:pPr>
        <w:pStyle w:val="OdrkyMSWORD"/>
        <w:rPr>
          <w:lang w:eastAsia="cs-CZ"/>
        </w:rPr>
      </w:pPr>
      <w:r w:rsidRPr="00A02767">
        <w:rPr>
          <w:b/>
          <w:bCs/>
          <w:lang w:eastAsia="cs-CZ"/>
        </w:rPr>
        <w:t>Pozorování v mobilu:</w:t>
      </w:r>
      <w:r w:rsidRPr="00A02767">
        <w:rPr>
          <w:lang w:eastAsia="cs-CZ"/>
        </w:rPr>
        <w:t xml:space="preserve"> Tvořte záznamy podle zásady </w:t>
      </w:r>
      <w:r w:rsidRPr="00A02767">
        <w:rPr>
          <w:b/>
          <w:bCs/>
          <w:lang w:eastAsia="cs-CZ"/>
        </w:rPr>
        <w:t>5×K (kdo–kdy–kde–co–jak)</w:t>
      </w:r>
      <w:r w:rsidRPr="00A02767">
        <w:rPr>
          <w:lang w:eastAsia="cs-CZ"/>
        </w:rPr>
        <w:t>. Kontrolujte datum/čas, polohu a přesnost, dodejte jeden–dva snímky prostředí a krátkou poznámku.</w:t>
      </w:r>
    </w:p>
    <w:p w14:paraId="5EE42776" w14:textId="77777777" w:rsidR="00A02767" w:rsidRPr="00A02767" w:rsidRDefault="00A02767" w:rsidP="00A02767">
      <w:pPr>
        <w:pStyle w:val="OdrkyMSWORD"/>
        <w:rPr>
          <w:lang w:eastAsia="cs-CZ"/>
        </w:rPr>
      </w:pPr>
      <w:proofErr w:type="spellStart"/>
      <w:r w:rsidRPr="00A02767">
        <w:rPr>
          <w:b/>
          <w:bCs/>
          <w:lang w:eastAsia="cs-CZ"/>
        </w:rPr>
        <w:t>Geoprivacy</w:t>
      </w:r>
      <w:proofErr w:type="spellEnd"/>
      <w:r w:rsidRPr="00A02767">
        <w:rPr>
          <w:b/>
          <w:bCs/>
          <w:lang w:eastAsia="cs-CZ"/>
        </w:rPr>
        <w:t>:</w:t>
      </w:r>
      <w:r w:rsidRPr="00A02767">
        <w:rPr>
          <w:lang w:eastAsia="cs-CZ"/>
        </w:rPr>
        <w:t xml:space="preserve"> U citlivých míst či druhů zvažte </w:t>
      </w:r>
      <w:r w:rsidRPr="00A02767">
        <w:rPr>
          <w:b/>
          <w:bCs/>
          <w:lang w:eastAsia="cs-CZ"/>
        </w:rPr>
        <w:t>rozostření</w:t>
      </w:r>
      <w:r w:rsidRPr="00A02767">
        <w:rPr>
          <w:lang w:eastAsia="cs-CZ"/>
        </w:rPr>
        <w:t xml:space="preserve"> nebo </w:t>
      </w:r>
      <w:r w:rsidRPr="00A02767">
        <w:rPr>
          <w:b/>
          <w:bCs/>
          <w:lang w:eastAsia="cs-CZ"/>
        </w:rPr>
        <w:t>soukromou</w:t>
      </w:r>
      <w:r w:rsidRPr="00A02767">
        <w:rPr>
          <w:lang w:eastAsia="cs-CZ"/>
        </w:rPr>
        <w:t xml:space="preserve"> polohu; některé druhy se rozostřují automaticky. Přesnost polohy vždy upravte tak, aby odpovídala situaci.</w:t>
      </w:r>
    </w:p>
    <w:p w14:paraId="71CABD85" w14:textId="77777777" w:rsidR="00A02767" w:rsidRPr="00A02767" w:rsidRDefault="00A02767" w:rsidP="00A02767">
      <w:pPr>
        <w:pStyle w:val="OdrkyMSWORD"/>
        <w:rPr>
          <w:lang w:eastAsia="cs-CZ"/>
        </w:rPr>
      </w:pPr>
      <w:r w:rsidRPr="00A02767">
        <w:rPr>
          <w:b/>
          <w:bCs/>
          <w:lang w:eastAsia="cs-CZ"/>
        </w:rPr>
        <w:t>Určování a kvalita záznamu:</w:t>
      </w:r>
      <w:r w:rsidRPr="00A02767">
        <w:rPr>
          <w:lang w:eastAsia="cs-CZ"/>
        </w:rPr>
        <w:t xml:space="preserve"> Automatický návrh berte jako nápovědu. Shoda komunity vede ke </w:t>
      </w:r>
      <w:r w:rsidRPr="00A02767">
        <w:rPr>
          <w:b/>
          <w:bCs/>
          <w:lang w:eastAsia="cs-CZ"/>
        </w:rPr>
        <w:t>„Vědecké kvalitě“ (</w:t>
      </w:r>
      <w:proofErr w:type="spellStart"/>
      <w:r w:rsidRPr="00A02767">
        <w:rPr>
          <w:b/>
          <w:bCs/>
          <w:lang w:eastAsia="cs-CZ"/>
        </w:rPr>
        <w:t>Research</w:t>
      </w:r>
      <w:proofErr w:type="spellEnd"/>
      <w:r w:rsidRPr="00A02767">
        <w:rPr>
          <w:b/>
          <w:bCs/>
          <w:lang w:eastAsia="cs-CZ"/>
        </w:rPr>
        <w:t xml:space="preserve"> Grade)</w:t>
      </w:r>
      <w:r w:rsidRPr="00A02767">
        <w:rPr>
          <w:lang w:eastAsia="cs-CZ"/>
        </w:rPr>
        <w:t xml:space="preserve">, úplné, ale neuzavřené záznamy jsou </w:t>
      </w:r>
      <w:r w:rsidRPr="00A02767">
        <w:rPr>
          <w:b/>
          <w:bCs/>
          <w:lang w:eastAsia="cs-CZ"/>
        </w:rPr>
        <w:t>„Potřebuje určit“ (</w:t>
      </w:r>
      <w:proofErr w:type="spellStart"/>
      <w:r w:rsidRPr="00A02767">
        <w:rPr>
          <w:b/>
          <w:bCs/>
          <w:lang w:eastAsia="cs-CZ"/>
        </w:rPr>
        <w:t>Needs</w:t>
      </w:r>
      <w:proofErr w:type="spellEnd"/>
      <w:r w:rsidRPr="00A02767">
        <w:rPr>
          <w:b/>
          <w:bCs/>
          <w:lang w:eastAsia="cs-CZ"/>
        </w:rPr>
        <w:t xml:space="preserve"> ID)</w:t>
      </w:r>
      <w:r w:rsidRPr="00A02767">
        <w:rPr>
          <w:lang w:eastAsia="cs-CZ"/>
        </w:rPr>
        <w:t xml:space="preserve">; neúplné záznamy spadají do </w:t>
      </w:r>
      <w:r w:rsidRPr="00A02767">
        <w:rPr>
          <w:b/>
          <w:bCs/>
          <w:lang w:eastAsia="cs-CZ"/>
        </w:rPr>
        <w:t>„Neúplné“ (</w:t>
      </w:r>
      <w:proofErr w:type="spellStart"/>
      <w:r w:rsidRPr="00A02767">
        <w:rPr>
          <w:b/>
          <w:bCs/>
          <w:lang w:eastAsia="cs-CZ"/>
        </w:rPr>
        <w:t>Casual</w:t>
      </w:r>
      <w:proofErr w:type="spellEnd"/>
      <w:r w:rsidRPr="00A02767">
        <w:rPr>
          <w:b/>
          <w:bCs/>
          <w:lang w:eastAsia="cs-CZ"/>
        </w:rPr>
        <w:t>)</w:t>
      </w:r>
      <w:r w:rsidRPr="00A02767">
        <w:rPr>
          <w:lang w:eastAsia="cs-CZ"/>
        </w:rPr>
        <w:t>.</w:t>
      </w:r>
    </w:p>
    <w:p w14:paraId="09D5877D" w14:textId="77777777" w:rsidR="00A02767" w:rsidRPr="00A02767" w:rsidRDefault="00A02767" w:rsidP="00A02767">
      <w:pPr>
        <w:pStyle w:val="OdrkyMSWORD"/>
        <w:rPr>
          <w:lang w:eastAsia="cs-CZ"/>
        </w:rPr>
      </w:pPr>
      <w:r w:rsidRPr="00A02767">
        <w:rPr>
          <w:b/>
          <w:bCs/>
          <w:lang w:eastAsia="cs-CZ"/>
        </w:rPr>
        <w:t>Projekty:</w:t>
      </w:r>
      <w:r w:rsidRPr="00A02767">
        <w:rPr>
          <w:lang w:eastAsia="cs-CZ"/>
        </w:rPr>
        <w:t xml:space="preserve"> „Sbírkové“ projekty zahrnují pozorování automaticky podle pravidel (místo, čas, taxon), „Tradiční“ vyžadují ruční přidání a někdy „Pozorovací pole“. „Zastřešující“ projekty sdružují více projektů, „</w:t>
      </w:r>
      <w:proofErr w:type="spellStart"/>
      <w:r w:rsidRPr="00A02767">
        <w:rPr>
          <w:lang w:eastAsia="cs-CZ"/>
        </w:rPr>
        <w:t>Bioblitz</w:t>
      </w:r>
      <w:proofErr w:type="spellEnd"/>
      <w:r w:rsidRPr="00A02767">
        <w:rPr>
          <w:lang w:eastAsia="cs-CZ"/>
        </w:rPr>
        <w:t>“ je krátká intenzivní akce.</w:t>
      </w:r>
    </w:p>
    <w:p w14:paraId="5FBB76BD" w14:textId="77777777" w:rsidR="00A02767" w:rsidRPr="00A02767" w:rsidRDefault="00A02767" w:rsidP="00A02767">
      <w:pPr>
        <w:pStyle w:val="OdrkyMSWORD"/>
        <w:rPr>
          <w:lang w:eastAsia="cs-CZ"/>
        </w:rPr>
      </w:pPr>
      <w:r w:rsidRPr="00A02767">
        <w:rPr>
          <w:b/>
          <w:bCs/>
          <w:lang w:eastAsia="cs-CZ"/>
        </w:rPr>
        <w:t>Role a soukromí v projektech:</w:t>
      </w:r>
      <w:r w:rsidRPr="00A02767">
        <w:rPr>
          <w:lang w:eastAsia="cs-CZ"/>
        </w:rPr>
        <w:t xml:space="preserve"> Člen vidí novinky a přispívá; kurátor/správce nastavují pravidla. Sdílení přesných souřadnic s kurátory je dobrovolné a lze je kdykoli odvolat.</w:t>
      </w:r>
    </w:p>
    <w:p w14:paraId="2B601972" w14:textId="77777777" w:rsidR="00A02767" w:rsidRDefault="00A02767" w:rsidP="00A02767">
      <w:pPr>
        <w:spacing w:after="120"/>
        <w:rPr>
          <w:lang w:eastAsia="cs-CZ"/>
        </w:rPr>
      </w:pPr>
    </w:p>
    <w:p w14:paraId="41C2C273" w14:textId="77777777" w:rsidR="00F94609" w:rsidRDefault="00A02767" w:rsidP="00A02767">
      <w:pPr>
        <w:spacing w:after="120"/>
        <w:rPr>
          <w:lang w:eastAsia="cs-CZ"/>
        </w:rPr>
      </w:pPr>
      <w:r w:rsidRPr="00A02767">
        <w:rPr>
          <w:lang w:eastAsia="cs-CZ"/>
        </w:rPr>
        <w:t xml:space="preserve">V další kapitole </w:t>
      </w:r>
      <w:r>
        <w:rPr>
          <w:lang w:eastAsia="cs-CZ"/>
        </w:rPr>
        <w:t>propojíme téma občanské vědy</w:t>
      </w:r>
      <w:r w:rsidR="00F94609">
        <w:rPr>
          <w:lang w:eastAsia="cs-CZ"/>
        </w:rPr>
        <w:t xml:space="preserve"> a sběru pozorování pro projekt </w:t>
      </w:r>
      <w:proofErr w:type="spellStart"/>
      <w:r w:rsidR="00F94609">
        <w:rPr>
          <w:lang w:eastAsia="cs-CZ"/>
        </w:rPr>
        <w:t>iNaturalist</w:t>
      </w:r>
      <w:proofErr w:type="spellEnd"/>
      <w:r>
        <w:rPr>
          <w:lang w:eastAsia="cs-CZ"/>
        </w:rPr>
        <w:t xml:space="preserve"> s dalšími </w:t>
      </w:r>
      <w:r w:rsidR="00F94609">
        <w:rPr>
          <w:lang w:eastAsia="cs-CZ"/>
        </w:rPr>
        <w:t xml:space="preserve">digitálními </w:t>
      </w:r>
      <w:r>
        <w:rPr>
          <w:lang w:eastAsia="cs-CZ"/>
        </w:rPr>
        <w:t>znalostmi, které nám umožní lépe se zapojit do aktiv</w:t>
      </w:r>
      <w:r w:rsidR="00F94609">
        <w:rPr>
          <w:lang w:eastAsia="cs-CZ"/>
        </w:rPr>
        <w:t>it těchto projektů.</w:t>
      </w:r>
    </w:p>
    <w:p w14:paraId="163A67BA" w14:textId="7CE73E5F" w:rsidR="00F94609" w:rsidRDefault="00F94609" w:rsidP="00A02767">
      <w:pPr>
        <w:spacing w:after="120"/>
        <w:rPr>
          <w:lang w:eastAsia="cs-CZ"/>
        </w:rPr>
      </w:pPr>
      <w:r>
        <w:rPr>
          <w:lang w:eastAsia="cs-CZ"/>
        </w:rPr>
        <w:t>Abyste mohli například vytvořit vlastní projekt pozorování v </w:t>
      </w:r>
      <w:proofErr w:type="spellStart"/>
      <w:r>
        <w:rPr>
          <w:lang w:eastAsia="cs-CZ"/>
        </w:rPr>
        <w:t>iNaturalist</w:t>
      </w:r>
      <w:proofErr w:type="spellEnd"/>
      <w:r>
        <w:rPr>
          <w:lang w:eastAsia="cs-CZ"/>
        </w:rPr>
        <w:t>, musíte umět vytvořit mapu sledovaného území. Pro lepší analýzu sbíraných dat je dobré vést si evidenci v tabulkách, ke kterým můžete dávat přístup i dalším členům komunity, s kterou na pozorování spolupracujete.</w:t>
      </w:r>
    </w:p>
    <w:p w14:paraId="2896F181" w14:textId="31F68984" w:rsidR="00B629D7" w:rsidRDefault="00F94609" w:rsidP="00A02767">
      <w:pPr>
        <w:spacing w:after="120"/>
        <w:rPr>
          <w:b/>
          <w:bCs/>
          <w:lang w:eastAsia="cs-CZ"/>
        </w:rPr>
      </w:pPr>
      <w:r>
        <w:rPr>
          <w:lang w:eastAsia="cs-CZ"/>
        </w:rPr>
        <w:t xml:space="preserve">To vše nám celkem jednoduše umožní </w:t>
      </w:r>
      <w:r w:rsidR="00A02767" w:rsidRPr="00A02767">
        <w:rPr>
          <w:b/>
          <w:bCs/>
          <w:lang w:eastAsia="cs-CZ"/>
        </w:rPr>
        <w:t>Ekosystém Google</w:t>
      </w:r>
      <w:r w:rsidR="00CD22A9">
        <w:rPr>
          <w:b/>
          <w:bCs/>
          <w:lang w:eastAsia="cs-CZ"/>
        </w:rPr>
        <w:t>.</w:t>
      </w:r>
      <w:r>
        <w:rPr>
          <w:b/>
          <w:bCs/>
          <w:lang w:eastAsia="cs-CZ"/>
        </w:rPr>
        <w:t xml:space="preserve"> </w:t>
      </w:r>
    </w:p>
    <w:p w14:paraId="4765E8C1" w14:textId="2C147887" w:rsidR="00CD22A9" w:rsidRDefault="00CD22A9" w:rsidP="00A02767">
      <w:pPr>
        <w:spacing w:after="120"/>
        <w:rPr>
          <w:b/>
          <w:bCs/>
          <w:lang w:eastAsia="cs-CZ"/>
        </w:rPr>
      </w:pPr>
      <w:r>
        <w:rPr>
          <w:b/>
          <w:bCs/>
          <w:lang w:eastAsia="cs-CZ"/>
        </w:rPr>
        <w:t>Google aplikace jsou zpravidla dostupné zdarma a máte k nim přístup díky založení účtu Gmail. My se je v příští kapitole naučíme využívat,</w:t>
      </w:r>
      <w:r w:rsidRPr="00A02767">
        <w:rPr>
          <w:lang w:eastAsia="cs-CZ"/>
        </w:rPr>
        <w:t xml:space="preserve"> jako zázemí pro </w:t>
      </w:r>
      <w:r>
        <w:rPr>
          <w:lang w:eastAsia="cs-CZ"/>
        </w:rPr>
        <w:t>n</w:t>
      </w:r>
      <w:r w:rsidRPr="00A02767">
        <w:rPr>
          <w:lang w:eastAsia="cs-CZ"/>
        </w:rPr>
        <w:t xml:space="preserve">aše pozorování a projektovou práci: </w:t>
      </w:r>
      <w:r>
        <w:rPr>
          <w:lang w:eastAsia="cs-CZ"/>
        </w:rPr>
        <w:t xml:space="preserve">vysvětlíme si, jak </w:t>
      </w:r>
      <w:r w:rsidRPr="00A02767">
        <w:rPr>
          <w:lang w:eastAsia="cs-CZ"/>
        </w:rPr>
        <w:t>pohodlně ukládat a sdílet soubory, vést jednoduché tabulky a připravit podklady pro závěrečný praktický projekt.</w:t>
      </w:r>
      <w:r>
        <w:rPr>
          <w:lang w:eastAsia="cs-CZ"/>
        </w:rPr>
        <w:t xml:space="preserve"> V něm spojíte znalosti ze všech tří úrovní našeho školení.</w:t>
      </w:r>
    </w:p>
    <w:p w14:paraId="0060DA0F" w14:textId="09125255" w:rsidR="00F94609" w:rsidRDefault="00B629D7" w:rsidP="00B629D7">
      <w:pPr>
        <w:jc w:val="left"/>
        <w:rPr>
          <w:b/>
          <w:bCs/>
          <w:lang w:eastAsia="cs-CZ"/>
        </w:rPr>
      </w:pPr>
      <w:r>
        <w:rPr>
          <w:b/>
          <w:bCs/>
          <w:lang w:eastAsia="cs-CZ"/>
        </w:rPr>
        <w:br w:type="page"/>
      </w:r>
    </w:p>
    <w:p w14:paraId="6357D093" w14:textId="6698445E" w:rsidR="00F94609" w:rsidRDefault="00F94609" w:rsidP="00F94609">
      <w:pPr>
        <w:pStyle w:val="Nadpis2"/>
      </w:pPr>
      <w:bookmarkStart w:id="25" w:name="_Toc223113832"/>
      <w:r>
        <w:t>Glosář</w:t>
      </w:r>
      <w:bookmarkEnd w:id="25"/>
    </w:p>
    <w:p w14:paraId="748AAF92" w14:textId="77777777" w:rsidR="003C52B2" w:rsidRDefault="003C52B2" w:rsidP="003C52B2">
      <w:pPr>
        <w:spacing w:after="0"/>
        <w:rPr>
          <w:lang w:eastAsia="cs-CZ"/>
        </w:rPr>
      </w:pPr>
      <w:r w:rsidRPr="003C52B2">
        <w:rPr>
          <w:b/>
          <w:bCs/>
          <w:lang w:eastAsia="cs-CZ"/>
        </w:rPr>
        <w:t>Administrátor projektu</w:t>
      </w:r>
      <w:r w:rsidRPr="003C52B2">
        <w:rPr>
          <w:lang w:eastAsia="cs-CZ"/>
        </w:rPr>
        <w:t xml:space="preserve"> – zakladatel/správce projektu s právy pro zásadní nastavení.</w:t>
      </w:r>
    </w:p>
    <w:p w14:paraId="13E80C5E" w14:textId="77777777" w:rsidR="003C52B2" w:rsidRDefault="003C52B2" w:rsidP="003C52B2">
      <w:pPr>
        <w:spacing w:after="0"/>
        <w:rPr>
          <w:lang w:eastAsia="cs-CZ"/>
        </w:rPr>
      </w:pPr>
      <w:r w:rsidRPr="003C52B2">
        <w:rPr>
          <w:b/>
          <w:bCs/>
          <w:lang w:eastAsia="cs-CZ"/>
        </w:rPr>
        <w:t>Anotace</w:t>
      </w:r>
      <w:r w:rsidRPr="003C52B2">
        <w:rPr>
          <w:lang w:eastAsia="cs-CZ"/>
        </w:rPr>
        <w:t xml:space="preserve"> – standardizované štítky v </w:t>
      </w:r>
      <w:proofErr w:type="spellStart"/>
      <w:r w:rsidRPr="003C52B2">
        <w:rPr>
          <w:lang w:eastAsia="cs-CZ"/>
        </w:rPr>
        <w:t>iNaturalist</w:t>
      </w:r>
      <w:proofErr w:type="spellEnd"/>
      <w:r w:rsidRPr="003C52B2">
        <w:rPr>
          <w:lang w:eastAsia="cs-CZ"/>
        </w:rPr>
        <w:t xml:space="preserve"> (např. životní stadium, pohlaví) použitelné napříč celou platformou.</w:t>
      </w:r>
    </w:p>
    <w:p w14:paraId="5CBF4327" w14:textId="77777777" w:rsidR="003C52B2" w:rsidRDefault="003C52B2" w:rsidP="003C52B2">
      <w:pPr>
        <w:spacing w:after="0"/>
        <w:rPr>
          <w:lang w:eastAsia="cs-CZ"/>
        </w:rPr>
      </w:pPr>
      <w:proofErr w:type="spellStart"/>
      <w:r w:rsidRPr="003C52B2">
        <w:rPr>
          <w:b/>
          <w:bCs/>
          <w:lang w:eastAsia="cs-CZ"/>
        </w:rPr>
        <w:t>Bioblitz</w:t>
      </w:r>
      <w:proofErr w:type="spellEnd"/>
      <w:r w:rsidRPr="003C52B2">
        <w:rPr>
          <w:lang w:eastAsia="cs-CZ"/>
        </w:rPr>
        <w:t xml:space="preserve"> – časově omezená akce v konkrétní lokalitě, jejímž cílem je nasbírat mnoho pozorování v krátkém čase.</w:t>
      </w:r>
    </w:p>
    <w:p w14:paraId="376CFEAE" w14:textId="77777777" w:rsidR="003C52B2" w:rsidRDefault="003C52B2" w:rsidP="003C52B2">
      <w:pPr>
        <w:spacing w:after="0"/>
        <w:rPr>
          <w:lang w:eastAsia="cs-CZ"/>
        </w:rPr>
      </w:pPr>
      <w:r w:rsidRPr="003C52B2">
        <w:rPr>
          <w:b/>
          <w:bCs/>
          <w:lang w:eastAsia="cs-CZ"/>
        </w:rPr>
        <w:t>EXIF</w:t>
      </w:r>
      <w:r w:rsidRPr="003C52B2">
        <w:rPr>
          <w:lang w:eastAsia="cs-CZ"/>
        </w:rPr>
        <w:t xml:space="preserve"> – technické údaje uložené ve fotografii (např. datum, čas a GPS poloha).</w:t>
      </w:r>
    </w:p>
    <w:p w14:paraId="06FF07AD" w14:textId="77777777" w:rsidR="003C52B2" w:rsidRDefault="003C52B2" w:rsidP="003C52B2">
      <w:pPr>
        <w:spacing w:after="0"/>
        <w:rPr>
          <w:lang w:eastAsia="cs-CZ"/>
        </w:rPr>
      </w:pPr>
      <w:proofErr w:type="spellStart"/>
      <w:r w:rsidRPr="003C52B2">
        <w:rPr>
          <w:b/>
          <w:bCs/>
          <w:lang w:eastAsia="cs-CZ"/>
        </w:rPr>
        <w:t>Geoprivacy</w:t>
      </w:r>
      <w:proofErr w:type="spellEnd"/>
      <w:r w:rsidRPr="003C52B2">
        <w:rPr>
          <w:lang w:eastAsia="cs-CZ"/>
        </w:rPr>
        <w:t xml:space="preserve"> – nastavení viditelnosti polohy pozorování (otevřená, rozostřená, soukromá).</w:t>
      </w:r>
    </w:p>
    <w:p w14:paraId="11B3A02D" w14:textId="77777777" w:rsidR="003C52B2" w:rsidRDefault="003C52B2" w:rsidP="003C52B2">
      <w:pPr>
        <w:spacing w:after="0"/>
        <w:rPr>
          <w:lang w:eastAsia="cs-CZ"/>
        </w:rPr>
      </w:pPr>
      <w:proofErr w:type="spellStart"/>
      <w:r w:rsidRPr="003C52B2">
        <w:rPr>
          <w:b/>
          <w:bCs/>
          <w:lang w:eastAsia="cs-CZ"/>
        </w:rPr>
        <w:t>iNaturalist</w:t>
      </w:r>
      <w:proofErr w:type="spellEnd"/>
      <w:r w:rsidRPr="003C52B2">
        <w:rPr>
          <w:lang w:eastAsia="cs-CZ"/>
        </w:rPr>
        <w:t xml:space="preserve"> – platforma občanské vědy pro sdílení fotografií a zvuků volně žijících organismů.</w:t>
      </w:r>
    </w:p>
    <w:p w14:paraId="6CD85453" w14:textId="77777777" w:rsidR="003C52B2" w:rsidRDefault="003C52B2" w:rsidP="003C52B2">
      <w:pPr>
        <w:spacing w:after="0"/>
        <w:rPr>
          <w:lang w:eastAsia="cs-CZ"/>
        </w:rPr>
      </w:pPr>
      <w:r w:rsidRPr="003C52B2">
        <w:rPr>
          <w:b/>
          <w:bCs/>
          <w:lang w:eastAsia="cs-CZ"/>
        </w:rPr>
        <w:t>Identifikace (ID)</w:t>
      </w:r>
      <w:r w:rsidRPr="003C52B2">
        <w:rPr>
          <w:lang w:eastAsia="cs-CZ"/>
        </w:rPr>
        <w:t xml:space="preserve"> – návrh určení druhu; může jej přidat autor i ostatní uživatelé.</w:t>
      </w:r>
    </w:p>
    <w:p w14:paraId="52739642" w14:textId="77777777" w:rsidR="003C52B2" w:rsidRDefault="003C52B2" w:rsidP="003C52B2">
      <w:pPr>
        <w:spacing w:after="0"/>
        <w:rPr>
          <w:lang w:eastAsia="cs-CZ"/>
        </w:rPr>
      </w:pPr>
      <w:r w:rsidRPr="003C52B2">
        <w:rPr>
          <w:b/>
          <w:bCs/>
          <w:lang w:eastAsia="cs-CZ"/>
        </w:rPr>
        <w:t>Komunitní určení (</w:t>
      </w:r>
      <w:proofErr w:type="spellStart"/>
      <w:r w:rsidRPr="003C52B2">
        <w:rPr>
          <w:b/>
          <w:bCs/>
          <w:lang w:eastAsia="cs-CZ"/>
        </w:rPr>
        <w:t>Community</w:t>
      </w:r>
      <w:proofErr w:type="spellEnd"/>
      <w:r w:rsidRPr="003C52B2">
        <w:rPr>
          <w:b/>
          <w:bCs/>
          <w:lang w:eastAsia="cs-CZ"/>
        </w:rPr>
        <w:t xml:space="preserve"> Taxon)</w:t>
      </w:r>
      <w:r w:rsidRPr="003C52B2">
        <w:rPr>
          <w:lang w:eastAsia="cs-CZ"/>
        </w:rPr>
        <w:t xml:space="preserve"> – shoda více uživatelů na úrovni určení (např. druh, rod).</w:t>
      </w:r>
    </w:p>
    <w:p w14:paraId="687896B4" w14:textId="77777777" w:rsidR="003C52B2" w:rsidRDefault="003C52B2" w:rsidP="003C52B2">
      <w:pPr>
        <w:spacing w:after="0"/>
        <w:rPr>
          <w:lang w:eastAsia="cs-CZ"/>
        </w:rPr>
      </w:pPr>
      <w:r w:rsidRPr="003C52B2">
        <w:rPr>
          <w:b/>
          <w:bCs/>
          <w:lang w:eastAsia="cs-CZ"/>
        </w:rPr>
        <w:t>Kurátor projektu</w:t>
      </w:r>
      <w:r w:rsidRPr="003C52B2">
        <w:rPr>
          <w:lang w:eastAsia="cs-CZ"/>
        </w:rPr>
        <w:t xml:space="preserve"> – uživatel s rozšířenými právy pro dohled nad obsahem a nastavením projektu.</w:t>
      </w:r>
    </w:p>
    <w:p w14:paraId="1AD64AD3" w14:textId="77777777" w:rsidR="003C52B2" w:rsidRDefault="003C52B2" w:rsidP="003C52B2">
      <w:pPr>
        <w:spacing w:after="0"/>
        <w:rPr>
          <w:lang w:eastAsia="cs-CZ"/>
        </w:rPr>
      </w:pPr>
      <w:r w:rsidRPr="003C52B2">
        <w:rPr>
          <w:b/>
          <w:bCs/>
          <w:lang w:eastAsia="cs-CZ"/>
        </w:rPr>
        <w:t>Neúplné (</w:t>
      </w:r>
      <w:proofErr w:type="spellStart"/>
      <w:r w:rsidRPr="003C52B2">
        <w:rPr>
          <w:b/>
          <w:bCs/>
          <w:lang w:eastAsia="cs-CZ"/>
        </w:rPr>
        <w:t>Casual</w:t>
      </w:r>
      <w:proofErr w:type="spellEnd"/>
      <w:r w:rsidRPr="003C52B2">
        <w:rPr>
          <w:b/>
          <w:bCs/>
          <w:lang w:eastAsia="cs-CZ"/>
        </w:rPr>
        <w:t>)</w:t>
      </w:r>
      <w:r w:rsidRPr="003C52B2">
        <w:rPr>
          <w:lang w:eastAsia="cs-CZ"/>
        </w:rPr>
        <w:t xml:space="preserve"> – stav záznamu, u něhož chybí klíčová data (např. fotografie, datum nebo poloha).</w:t>
      </w:r>
    </w:p>
    <w:p w14:paraId="1BF83850" w14:textId="77777777" w:rsidR="003C52B2" w:rsidRDefault="003C52B2" w:rsidP="003C52B2">
      <w:pPr>
        <w:spacing w:after="0"/>
        <w:rPr>
          <w:lang w:eastAsia="cs-CZ"/>
        </w:rPr>
      </w:pPr>
      <w:r w:rsidRPr="003C52B2">
        <w:rPr>
          <w:b/>
          <w:bCs/>
          <w:lang w:eastAsia="cs-CZ"/>
        </w:rPr>
        <w:t xml:space="preserve">Ochrana citlivých druhů (taxon </w:t>
      </w:r>
      <w:proofErr w:type="spellStart"/>
      <w:r w:rsidRPr="003C52B2">
        <w:rPr>
          <w:b/>
          <w:bCs/>
          <w:lang w:eastAsia="cs-CZ"/>
        </w:rPr>
        <w:t>geoprivacy</w:t>
      </w:r>
      <w:proofErr w:type="spellEnd"/>
      <w:r w:rsidRPr="003C52B2">
        <w:rPr>
          <w:b/>
          <w:bCs/>
          <w:lang w:eastAsia="cs-CZ"/>
        </w:rPr>
        <w:t>)</w:t>
      </w:r>
      <w:r w:rsidRPr="003C52B2">
        <w:rPr>
          <w:lang w:eastAsia="cs-CZ"/>
        </w:rPr>
        <w:t xml:space="preserve"> – automatické rozostření polohy u vybraných citlivých taxonů.</w:t>
      </w:r>
    </w:p>
    <w:p w14:paraId="574258C1" w14:textId="77777777" w:rsidR="003C52B2" w:rsidRDefault="003C52B2" w:rsidP="003C52B2">
      <w:pPr>
        <w:spacing w:after="0"/>
        <w:rPr>
          <w:lang w:eastAsia="cs-CZ"/>
        </w:rPr>
      </w:pPr>
      <w:r w:rsidRPr="003C52B2">
        <w:rPr>
          <w:b/>
          <w:bCs/>
          <w:lang w:eastAsia="cs-CZ"/>
        </w:rPr>
        <w:t>Pozorovací pole (</w:t>
      </w:r>
      <w:proofErr w:type="spellStart"/>
      <w:r w:rsidRPr="003C52B2">
        <w:rPr>
          <w:b/>
          <w:bCs/>
          <w:lang w:eastAsia="cs-CZ"/>
        </w:rPr>
        <w:t>Observation</w:t>
      </w:r>
      <w:proofErr w:type="spellEnd"/>
      <w:r w:rsidRPr="003C52B2">
        <w:rPr>
          <w:b/>
          <w:bCs/>
          <w:lang w:eastAsia="cs-CZ"/>
        </w:rPr>
        <w:t xml:space="preserve"> </w:t>
      </w:r>
      <w:proofErr w:type="spellStart"/>
      <w:r w:rsidRPr="003C52B2">
        <w:rPr>
          <w:b/>
          <w:bCs/>
          <w:lang w:eastAsia="cs-CZ"/>
        </w:rPr>
        <w:t>Fields</w:t>
      </w:r>
      <w:proofErr w:type="spellEnd"/>
      <w:r w:rsidRPr="003C52B2">
        <w:rPr>
          <w:b/>
          <w:bCs/>
          <w:lang w:eastAsia="cs-CZ"/>
        </w:rPr>
        <w:t>)</w:t>
      </w:r>
      <w:r w:rsidRPr="003C52B2">
        <w:rPr>
          <w:lang w:eastAsia="cs-CZ"/>
        </w:rPr>
        <w:t xml:space="preserve"> – volitelné, projektově definované doplňující kolonky (např. substrát, hostitel).</w:t>
      </w:r>
    </w:p>
    <w:p w14:paraId="27CE8C13" w14:textId="77777777" w:rsidR="003C52B2" w:rsidRDefault="003C52B2" w:rsidP="003C52B2">
      <w:pPr>
        <w:spacing w:after="0"/>
        <w:rPr>
          <w:lang w:eastAsia="cs-CZ"/>
        </w:rPr>
      </w:pPr>
      <w:r w:rsidRPr="003C52B2">
        <w:rPr>
          <w:b/>
          <w:bCs/>
          <w:lang w:eastAsia="cs-CZ"/>
        </w:rPr>
        <w:t>Přesnost polohy</w:t>
      </w:r>
      <w:r w:rsidRPr="003C52B2">
        <w:rPr>
          <w:lang w:eastAsia="cs-CZ"/>
        </w:rPr>
        <w:t xml:space="preserve"> – poloměr nejistoty v mapě vyjadřující, s jakou přesností je místo pozorování známo.</w:t>
      </w:r>
      <w:r w:rsidRPr="003C52B2">
        <w:rPr>
          <w:lang w:eastAsia="cs-CZ"/>
        </w:rPr>
        <w:br/>
      </w:r>
      <w:proofErr w:type="spellStart"/>
      <w:r w:rsidRPr="003C52B2">
        <w:rPr>
          <w:b/>
          <w:bCs/>
          <w:lang w:eastAsia="cs-CZ"/>
        </w:rPr>
        <w:t>Research</w:t>
      </w:r>
      <w:proofErr w:type="spellEnd"/>
      <w:r w:rsidRPr="003C52B2">
        <w:rPr>
          <w:b/>
          <w:bCs/>
          <w:lang w:eastAsia="cs-CZ"/>
        </w:rPr>
        <w:t xml:space="preserve"> Grade (Vědecká kvalita)</w:t>
      </w:r>
      <w:r w:rsidRPr="003C52B2">
        <w:rPr>
          <w:lang w:eastAsia="cs-CZ"/>
        </w:rPr>
        <w:t xml:space="preserve"> – stav záznamu s úplnými údaji a dostatečnou komunitní shodou.</w:t>
      </w:r>
      <w:r w:rsidRPr="003C52B2">
        <w:rPr>
          <w:lang w:eastAsia="cs-CZ"/>
        </w:rPr>
        <w:br/>
      </w:r>
      <w:r w:rsidRPr="003C52B2">
        <w:rPr>
          <w:b/>
          <w:bCs/>
          <w:lang w:eastAsia="cs-CZ"/>
        </w:rPr>
        <w:t>Sbírkový projekt (</w:t>
      </w:r>
      <w:proofErr w:type="spellStart"/>
      <w:r w:rsidRPr="003C52B2">
        <w:rPr>
          <w:b/>
          <w:bCs/>
          <w:lang w:eastAsia="cs-CZ"/>
        </w:rPr>
        <w:t>Collection</w:t>
      </w:r>
      <w:proofErr w:type="spellEnd"/>
      <w:r w:rsidRPr="003C52B2">
        <w:rPr>
          <w:b/>
          <w:bCs/>
          <w:lang w:eastAsia="cs-CZ"/>
        </w:rPr>
        <w:t>)</w:t>
      </w:r>
      <w:r w:rsidRPr="003C52B2">
        <w:rPr>
          <w:lang w:eastAsia="cs-CZ"/>
        </w:rPr>
        <w:t xml:space="preserve"> – projekt, který automaticky zahrnuje pozorování splňující předem dané filtry.</w:t>
      </w:r>
    </w:p>
    <w:p w14:paraId="7FDF020A" w14:textId="77777777" w:rsidR="003C52B2" w:rsidRDefault="003C52B2" w:rsidP="003C52B2">
      <w:pPr>
        <w:spacing w:after="0"/>
        <w:rPr>
          <w:lang w:eastAsia="cs-CZ"/>
        </w:rPr>
      </w:pPr>
      <w:r w:rsidRPr="003C52B2">
        <w:rPr>
          <w:b/>
          <w:bCs/>
          <w:lang w:eastAsia="cs-CZ"/>
        </w:rPr>
        <w:t>Soukromé zprávy (PM)</w:t>
      </w:r>
      <w:r w:rsidRPr="003C52B2">
        <w:rPr>
          <w:lang w:eastAsia="cs-CZ"/>
        </w:rPr>
        <w:t xml:space="preserve"> – přímá komunikace mezi uživateli; pro nové účty se zpřístupní po prvních ověřitelných aktivitách.</w:t>
      </w:r>
    </w:p>
    <w:p w14:paraId="263E049E" w14:textId="77777777" w:rsidR="003C52B2" w:rsidRDefault="003C52B2" w:rsidP="003C52B2">
      <w:pPr>
        <w:spacing w:after="0"/>
        <w:rPr>
          <w:lang w:eastAsia="cs-CZ"/>
        </w:rPr>
      </w:pPr>
      <w:r w:rsidRPr="003C52B2">
        <w:rPr>
          <w:b/>
          <w:bCs/>
          <w:lang w:eastAsia="cs-CZ"/>
        </w:rPr>
        <w:t>Tradiční projekt (</w:t>
      </w:r>
      <w:proofErr w:type="spellStart"/>
      <w:r w:rsidRPr="003C52B2">
        <w:rPr>
          <w:b/>
          <w:bCs/>
          <w:lang w:eastAsia="cs-CZ"/>
        </w:rPr>
        <w:t>Traditional</w:t>
      </w:r>
      <w:proofErr w:type="spellEnd"/>
      <w:r w:rsidRPr="003C52B2">
        <w:rPr>
          <w:b/>
          <w:bCs/>
          <w:lang w:eastAsia="cs-CZ"/>
        </w:rPr>
        <w:t>)</w:t>
      </w:r>
      <w:r w:rsidRPr="003C52B2">
        <w:rPr>
          <w:lang w:eastAsia="cs-CZ"/>
        </w:rPr>
        <w:t xml:space="preserve"> – projekt, do kterého se pozorování přidávají ručně a často využívá pozorovací pole.</w:t>
      </w:r>
    </w:p>
    <w:p w14:paraId="60E427F2" w14:textId="3278B734" w:rsidR="00B629D7" w:rsidRDefault="003C52B2" w:rsidP="003C52B2">
      <w:pPr>
        <w:spacing w:after="0"/>
        <w:rPr>
          <w:lang w:eastAsia="cs-CZ"/>
        </w:rPr>
      </w:pPr>
      <w:proofErr w:type="spellStart"/>
      <w:r w:rsidRPr="003C52B2">
        <w:rPr>
          <w:b/>
          <w:bCs/>
          <w:lang w:eastAsia="cs-CZ"/>
        </w:rPr>
        <w:t>Umbrella</w:t>
      </w:r>
      <w:proofErr w:type="spellEnd"/>
      <w:r w:rsidRPr="003C52B2">
        <w:rPr>
          <w:b/>
          <w:bCs/>
          <w:lang w:eastAsia="cs-CZ"/>
        </w:rPr>
        <w:t xml:space="preserve"> (zastřešující) projekt</w:t>
      </w:r>
      <w:r w:rsidRPr="003C52B2">
        <w:rPr>
          <w:lang w:eastAsia="cs-CZ"/>
        </w:rPr>
        <w:t xml:space="preserve"> – projekt, který sdružuje a porovnává více samostatných projektů.</w:t>
      </w:r>
    </w:p>
    <w:p w14:paraId="5C1902BB" w14:textId="77777777" w:rsidR="00B629D7" w:rsidRDefault="00B629D7">
      <w:pPr>
        <w:jc w:val="left"/>
        <w:rPr>
          <w:lang w:eastAsia="cs-CZ"/>
        </w:rPr>
      </w:pPr>
      <w:r>
        <w:rPr>
          <w:lang w:eastAsia="cs-CZ"/>
        </w:rPr>
        <w:br w:type="page"/>
      </w:r>
    </w:p>
    <w:sectPr w:rsidR="00B629D7" w:rsidSect="00BE3295">
      <w:headerReference w:type="default" r:id="rId31"/>
      <w:footerReference w:type="default" r:id="rId32"/>
      <w:pgSz w:w="12240" w:h="15840"/>
      <w:pgMar w:top="1417" w:right="1417" w:bottom="1417" w:left="1417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252D073" w14:textId="77777777" w:rsidR="00544B9D" w:rsidRPr="00350C02" w:rsidRDefault="00544B9D" w:rsidP="00FE6AE8">
      <w:pPr>
        <w:spacing w:after="0" w:line="240" w:lineRule="auto"/>
      </w:pPr>
      <w:r w:rsidRPr="00350C02">
        <w:separator/>
      </w:r>
    </w:p>
    <w:p w14:paraId="1E13C6D0" w14:textId="77777777" w:rsidR="00544B9D" w:rsidRPr="00350C02" w:rsidRDefault="00544B9D"/>
    <w:p w14:paraId="77BED6C7" w14:textId="77777777" w:rsidR="00544B9D" w:rsidRPr="00350C02" w:rsidRDefault="00544B9D" w:rsidP="00165609"/>
  </w:endnote>
  <w:endnote w:type="continuationSeparator" w:id="0">
    <w:p w14:paraId="643BB182" w14:textId="77777777" w:rsidR="00544B9D" w:rsidRPr="00350C02" w:rsidRDefault="00544B9D" w:rsidP="00FE6AE8">
      <w:pPr>
        <w:spacing w:after="0" w:line="240" w:lineRule="auto"/>
      </w:pPr>
      <w:r w:rsidRPr="00350C02">
        <w:continuationSeparator/>
      </w:r>
    </w:p>
    <w:p w14:paraId="6115C73A" w14:textId="77777777" w:rsidR="00544B9D" w:rsidRPr="00350C02" w:rsidRDefault="00544B9D"/>
    <w:p w14:paraId="1B88F7B4" w14:textId="77777777" w:rsidR="00544B9D" w:rsidRPr="00350C02" w:rsidRDefault="00544B9D" w:rsidP="0016560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309020205020404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904639151"/>
      <w:docPartObj>
        <w:docPartGallery w:val="Page Numbers (Bottom of Page)"/>
        <w:docPartUnique/>
      </w:docPartObj>
    </w:sdtPr>
    <w:sdtEndPr/>
    <w:sdtContent>
      <w:p w14:paraId="675F6303" w14:textId="6F7A833D" w:rsidR="00FE6AE8" w:rsidRPr="00350C02" w:rsidRDefault="00FE6AE8">
        <w:pPr>
          <w:pStyle w:val="Zpat"/>
          <w:jc w:val="center"/>
        </w:pPr>
        <w:r w:rsidRPr="00350C02">
          <w:fldChar w:fldCharType="begin"/>
        </w:r>
        <w:r w:rsidRPr="00350C02">
          <w:instrText>PAGE   \* MERGEFORMAT</w:instrText>
        </w:r>
        <w:r w:rsidRPr="00350C02">
          <w:fldChar w:fldCharType="separate"/>
        </w:r>
        <w:r w:rsidRPr="00350C02">
          <w:t>2</w:t>
        </w:r>
        <w:r w:rsidRPr="00350C02">
          <w:fldChar w:fldCharType="end"/>
        </w:r>
      </w:p>
    </w:sdtContent>
  </w:sdt>
  <w:p w14:paraId="40E3EE9D" w14:textId="77777777" w:rsidR="001C16E6" w:rsidRPr="00350C02" w:rsidRDefault="001C16E6" w:rsidP="00285BF9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7C9B255" w14:textId="77777777" w:rsidR="00544B9D" w:rsidRPr="00350C02" w:rsidRDefault="00544B9D" w:rsidP="00FE6AE8">
      <w:pPr>
        <w:spacing w:after="0" w:line="240" w:lineRule="auto"/>
      </w:pPr>
      <w:r w:rsidRPr="00350C02">
        <w:separator/>
      </w:r>
    </w:p>
    <w:p w14:paraId="0FCB66DC" w14:textId="77777777" w:rsidR="00544B9D" w:rsidRPr="00350C02" w:rsidRDefault="00544B9D"/>
    <w:p w14:paraId="0935C2B1" w14:textId="77777777" w:rsidR="00544B9D" w:rsidRPr="00350C02" w:rsidRDefault="00544B9D" w:rsidP="00165609"/>
  </w:footnote>
  <w:footnote w:type="continuationSeparator" w:id="0">
    <w:p w14:paraId="7618B666" w14:textId="77777777" w:rsidR="00544B9D" w:rsidRPr="00350C02" w:rsidRDefault="00544B9D" w:rsidP="00FE6AE8">
      <w:pPr>
        <w:spacing w:after="0" w:line="240" w:lineRule="auto"/>
      </w:pPr>
      <w:r w:rsidRPr="00350C02">
        <w:continuationSeparator/>
      </w:r>
    </w:p>
    <w:p w14:paraId="2D1A63D0" w14:textId="77777777" w:rsidR="00544B9D" w:rsidRPr="00350C02" w:rsidRDefault="00544B9D"/>
    <w:p w14:paraId="6873E6AC" w14:textId="77777777" w:rsidR="00544B9D" w:rsidRPr="00350C02" w:rsidRDefault="00544B9D" w:rsidP="00165609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1918E3" w14:textId="376EDE19" w:rsidR="00FE6AE8" w:rsidRPr="00350C02" w:rsidRDefault="00FE6AE8" w:rsidP="00FE6AE8">
    <w:pPr>
      <w:pStyle w:val="Zhlav"/>
      <w:rPr>
        <w:i/>
        <w:iCs/>
      </w:rPr>
    </w:pPr>
    <w:r w:rsidRPr="00350C02">
      <w:tab/>
    </w:r>
    <w:r w:rsidRPr="00350C02">
      <w:rPr>
        <w:i/>
        <w:iCs/>
      </w:rPr>
      <w:t xml:space="preserve">IT dovednosti pro seniory – </w:t>
    </w:r>
    <w:r w:rsidR="00641589">
      <w:rPr>
        <w:i/>
        <w:iCs/>
      </w:rPr>
      <w:t xml:space="preserve">Aktivně na </w:t>
    </w:r>
    <w:proofErr w:type="gramStart"/>
    <w:r w:rsidR="00641589">
      <w:rPr>
        <w:i/>
        <w:iCs/>
      </w:rPr>
      <w:t>internetu -</w:t>
    </w:r>
    <w:r w:rsidR="005C0875">
      <w:rPr>
        <w:i/>
        <w:iCs/>
      </w:rPr>
      <w:t xml:space="preserve"> </w:t>
    </w:r>
    <w:r w:rsidRPr="00350C02">
      <w:rPr>
        <w:i/>
        <w:iCs/>
      </w:rPr>
      <w:t>manu</w:t>
    </w:r>
    <w:r w:rsidR="002873BC">
      <w:rPr>
        <w:i/>
        <w:iCs/>
      </w:rPr>
      <w:t>á</w:t>
    </w:r>
    <w:r w:rsidRPr="00350C02">
      <w:rPr>
        <w:i/>
        <w:iCs/>
      </w:rPr>
      <w:t>l</w:t>
    </w:r>
    <w:proofErr w:type="gramEnd"/>
    <w:r w:rsidRPr="00350C02">
      <w:rPr>
        <w:i/>
        <w:iCs/>
      </w:rPr>
      <w:t xml:space="preserve"> pro úroveň</w:t>
    </w:r>
    <w:r w:rsidR="00641589">
      <w:rPr>
        <w:i/>
        <w:iCs/>
      </w:rPr>
      <w:t xml:space="preserve"> 3</w:t>
    </w:r>
  </w:p>
  <w:p w14:paraId="6AD5EE74" w14:textId="77777777" w:rsidR="005C0875" w:rsidRPr="0023384F" w:rsidRDefault="005C0875" w:rsidP="005C0875">
    <w:pPr>
      <w:spacing w:after="0" w:line="240" w:lineRule="auto"/>
      <w:jc w:val="center"/>
      <w:outlineLvl w:val="0"/>
      <w:rPr>
        <w:rFonts w:eastAsia="Times New Roman" w:cstheme="minorHAnsi"/>
        <w:b/>
        <w:smallCaps/>
        <w:sz w:val="28"/>
        <w:szCs w:val="32"/>
        <w:lang w:val="en-US" w:eastAsia="en-GB"/>
      </w:rPr>
    </w:pPr>
    <w:r w:rsidRPr="0047089F">
      <w:rPr>
        <w:i/>
        <w:iCs/>
        <w:sz w:val="16"/>
        <w:szCs w:val="16"/>
      </w:rPr>
      <w:t xml:space="preserve">Připraveno v rámci projektu </w:t>
    </w:r>
    <w:proofErr w:type="spellStart"/>
    <w:r w:rsidRPr="0047089F">
      <w:rPr>
        <w:i/>
        <w:iCs/>
        <w:sz w:val="16"/>
        <w:szCs w:val="16"/>
      </w:rPr>
      <w:t>Bloom</w:t>
    </w:r>
    <w:proofErr w:type="spellEnd"/>
    <w:r w:rsidRPr="0047089F">
      <w:rPr>
        <w:i/>
        <w:iCs/>
        <w:sz w:val="16"/>
        <w:szCs w:val="16"/>
      </w:rPr>
      <w:t xml:space="preserve"> 5.0</w:t>
    </w:r>
    <w:r>
      <w:rPr>
        <w:i/>
        <w:iCs/>
        <w:sz w:val="16"/>
        <w:szCs w:val="16"/>
      </w:rPr>
      <w:t xml:space="preserve">, </w:t>
    </w:r>
    <w:r w:rsidRPr="0047089F">
      <w:rPr>
        <w:i/>
        <w:iCs/>
        <w:sz w:val="16"/>
        <w:szCs w:val="16"/>
      </w:rPr>
      <w:t>Erasmus +, k.a.2, číslo projektu</w:t>
    </w:r>
    <w:r>
      <w:rPr>
        <w:i/>
        <w:iCs/>
        <w:sz w:val="16"/>
        <w:szCs w:val="16"/>
      </w:rPr>
      <w:t xml:space="preserve"> </w:t>
    </w:r>
    <w:r w:rsidRPr="0047089F">
      <w:rPr>
        <w:i/>
        <w:iCs/>
        <w:sz w:val="16"/>
        <w:szCs w:val="16"/>
      </w:rPr>
      <w:t>2024-</w:t>
    </w:r>
    <w:proofErr w:type="gramStart"/>
    <w:r w:rsidRPr="0047089F">
      <w:rPr>
        <w:i/>
        <w:iCs/>
        <w:sz w:val="16"/>
        <w:szCs w:val="16"/>
      </w:rPr>
      <w:t>1-HR01</w:t>
    </w:r>
    <w:proofErr w:type="gramEnd"/>
    <w:r w:rsidRPr="0047089F">
      <w:rPr>
        <w:i/>
        <w:iCs/>
        <w:sz w:val="16"/>
        <w:szCs w:val="16"/>
      </w:rPr>
      <w:t>-KA210-ADU-000245070</w:t>
    </w:r>
  </w:p>
  <w:p w14:paraId="45BF73C8" w14:textId="77777777" w:rsidR="001C16E6" w:rsidRPr="00350C02" w:rsidRDefault="001C16E6" w:rsidP="00165609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E"/>
    <w:multiLevelType w:val="singleLevel"/>
    <w:tmpl w:val="FB12693A"/>
    <w:lvl w:ilvl="0">
      <w:start w:val="1"/>
      <w:numFmt w:val="decimal"/>
      <w:pStyle w:val="slovanseznam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1" w15:restartNumberingAfterBreak="0">
    <w:nsid w:val="FFFFFF7F"/>
    <w:multiLevelType w:val="singleLevel"/>
    <w:tmpl w:val="38441652"/>
    <w:lvl w:ilvl="0">
      <w:start w:val="1"/>
      <w:numFmt w:val="decimal"/>
      <w:pStyle w:val="slovanseznam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2" w15:restartNumberingAfterBreak="0">
    <w:nsid w:val="FFFFFF82"/>
    <w:multiLevelType w:val="singleLevel"/>
    <w:tmpl w:val="F3EAFDEC"/>
    <w:lvl w:ilvl="0">
      <w:start w:val="1"/>
      <w:numFmt w:val="bullet"/>
      <w:pStyle w:val="Seznamsodrkami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E8E4F05E"/>
    <w:lvl w:ilvl="0">
      <w:start w:val="1"/>
      <w:numFmt w:val="bullet"/>
      <w:pStyle w:val="Seznamsodrkami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4" w15:restartNumberingAfterBreak="0">
    <w:nsid w:val="FFFFFF88"/>
    <w:multiLevelType w:val="singleLevel"/>
    <w:tmpl w:val="D0A62B40"/>
    <w:lvl w:ilvl="0">
      <w:start w:val="1"/>
      <w:numFmt w:val="decimal"/>
      <w:pStyle w:val="slova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 w15:restartNumberingAfterBreak="0">
    <w:nsid w:val="FFFFFF89"/>
    <w:multiLevelType w:val="singleLevel"/>
    <w:tmpl w:val="9FA0538E"/>
    <w:lvl w:ilvl="0">
      <w:start w:val="1"/>
      <w:numFmt w:val="bullet"/>
      <w:pStyle w:val="Seznamsodrka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6" w15:restartNumberingAfterBreak="0">
    <w:nsid w:val="00C10C5C"/>
    <w:multiLevelType w:val="multilevel"/>
    <w:tmpl w:val="CC822A7A"/>
    <w:lvl w:ilvl="0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8280"/>
        </w:tabs>
        <w:ind w:left="82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2814D7E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4403A3F"/>
    <w:multiLevelType w:val="multilevel"/>
    <w:tmpl w:val="3CD296BA"/>
    <w:lvl w:ilvl="0">
      <w:start w:val="4"/>
      <w:numFmt w:val="decimal"/>
      <w:pStyle w:val="Nadpis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Nadpis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Nadpis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Nadpis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Nadpis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Nadpis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Nadpis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Nadpis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Nadpis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9" w15:restartNumberingAfterBreak="0">
    <w:nsid w:val="085F5D1E"/>
    <w:multiLevelType w:val="multilevel"/>
    <w:tmpl w:val="DC0441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093979AE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AF337D0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0B8220BA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11A5753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1C1585E"/>
    <w:multiLevelType w:val="multilevel"/>
    <w:tmpl w:val="12F81B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5" w15:restartNumberingAfterBreak="0">
    <w:nsid w:val="13CD47A8"/>
    <w:multiLevelType w:val="hybridMultilevel"/>
    <w:tmpl w:val="57A85A70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1516295F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18483000"/>
    <w:multiLevelType w:val="multilevel"/>
    <w:tmpl w:val="C45460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18907B9C"/>
    <w:multiLevelType w:val="hybridMultilevel"/>
    <w:tmpl w:val="9F921C3E"/>
    <w:lvl w:ilvl="0" w:tplc="396430A0">
      <w:numFmt w:val="bullet"/>
      <w:lvlText w:val="•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B7C1C6A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1C290F05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1FB11138"/>
    <w:multiLevelType w:val="hybridMultilevel"/>
    <w:tmpl w:val="FCB2EB4C"/>
    <w:lvl w:ilvl="0" w:tplc="7FF8E2B6">
      <w:start w:val="1"/>
      <w:numFmt w:val="bullet"/>
      <w:pStyle w:val="OdrkyMSWORD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876E65E">
      <w:start w:val="1"/>
      <w:numFmt w:val="bullet"/>
      <w:lvlText w:val="–"/>
      <w:lvlJc w:val="left"/>
      <w:pPr>
        <w:ind w:left="2710" w:hanging="910"/>
      </w:pPr>
      <w:rPr>
        <w:rFonts w:ascii="Cambria" w:eastAsiaTheme="minorEastAsia" w:hAnsi="Cambria" w:cstheme="minorBidi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4981C6A"/>
    <w:multiLevelType w:val="multilevel"/>
    <w:tmpl w:val="AC222B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254D415E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25CD5535"/>
    <w:multiLevelType w:val="hybridMultilevel"/>
    <w:tmpl w:val="38A45158"/>
    <w:lvl w:ilvl="0" w:tplc="396430A0">
      <w:numFmt w:val="bullet"/>
      <w:lvlText w:val="•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A34566F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2BD5481E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2C777A6B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2E495454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32D1286D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36A05E30"/>
    <w:multiLevelType w:val="multilevel"/>
    <w:tmpl w:val="553C76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3D14613B"/>
    <w:multiLevelType w:val="hybridMultilevel"/>
    <w:tmpl w:val="AB58BC80"/>
    <w:lvl w:ilvl="0" w:tplc="396430A0">
      <w:numFmt w:val="bullet"/>
      <w:lvlText w:val="•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3C75D05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44A81C8C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482B5189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48577442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49713EC8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4D2420EC"/>
    <w:multiLevelType w:val="multilevel"/>
    <w:tmpl w:val="E5548C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38" w15:restartNumberingAfterBreak="0">
    <w:nsid w:val="4ECB04DB"/>
    <w:multiLevelType w:val="multilevel"/>
    <w:tmpl w:val="0A9089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4EF255FD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51EF1488"/>
    <w:multiLevelType w:val="hybridMultilevel"/>
    <w:tmpl w:val="9B34C2C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53BD4240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562061BE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5CB43DE2"/>
    <w:multiLevelType w:val="multilevel"/>
    <w:tmpl w:val="E5548C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5F2963C8"/>
    <w:multiLevelType w:val="hybridMultilevel"/>
    <w:tmpl w:val="96C8152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60B83A5C"/>
    <w:multiLevelType w:val="hybridMultilevel"/>
    <w:tmpl w:val="4606CBD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0E208B7"/>
    <w:multiLevelType w:val="hybridMultilevel"/>
    <w:tmpl w:val="113EFB7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64892527"/>
    <w:multiLevelType w:val="multilevel"/>
    <w:tmpl w:val="E2A8DC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65164F6F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65636125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69703B7B"/>
    <w:multiLevelType w:val="multilevel"/>
    <w:tmpl w:val="B532EE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51" w15:restartNumberingAfterBreak="0">
    <w:nsid w:val="6B9F7621"/>
    <w:multiLevelType w:val="multilevel"/>
    <w:tmpl w:val="22AA27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6DCA2E93"/>
    <w:multiLevelType w:val="multilevel"/>
    <w:tmpl w:val="B532EE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53" w15:restartNumberingAfterBreak="0">
    <w:nsid w:val="6F7951F4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70E25139"/>
    <w:multiLevelType w:val="hybridMultilevel"/>
    <w:tmpl w:val="6AC0C48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716D29D5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742F6FB1"/>
    <w:multiLevelType w:val="hybridMultilevel"/>
    <w:tmpl w:val="3132916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74813B67"/>
    <w:multiLevelType w:val="hybridMultilevel"/>
    <w:tmpl w:val="52086D76"/>
    <w:lvl w:ilvl="0" w:tplc="0405000F">
      <w:start w:val="1"/>
      <w:numFmt w:val="decimal"/>
      <w:lvlText w:val="%1."/>
      <w:lvlJc w:val="left"/>
      <w:pPr>
        <w:ind w:left="768" w:hanging="360"/>
      </w:pPr>
    </w:lvl>
    <w:lvl w:ilvl="1" w:tplc="04050019" w:tentative="1">
      <w:start w:val="1"/>
      <w:numFmt w:val="lowerLetter"/>
      <w:lvlText w:val="%2."/>
      <w:lvlJc w:val="left"/>
      <w:pPr>
        <w:ind w:left="1488" w:hanging="360"/>
      </w:pPr>
    </w:lvl>
    <w:lvl w:ilvl="2" w:tplc="0405001B" w:tentative="1">
      <w:start w:val="1"/>
      <w:numFmt w:val="lowerRoman"/>
      <w:lvlText w:val="%3."/>
      <w:lvlJc w:val="right"/>
      <w:pPr>
        <w:ind w:left="2208" w:hanging="180"/>
      </w:pPr>
    </w:lvl>
    <w:lvl w:ilvl="3" w:tplc="0405000F" w:tentative="1">
      <w:start w:val="1"/>
      <w:numFmt w:val="decimal"/>
      <w:lvlText w:val="%4."/>
      <w:lvlJc w:val="left"/>
      <w:pPr>
        <w:ind w:left="2928" w:hanging="360"/>
      </w:pPr>
    </w:lvl>
    <w:lvl w:ilvl="4" w:tplc="04050019" w:tentative="1">
      <w:start w:val="1"/>
      <w:numFmt w:val="lowerLetter"/>
      <w:lvlText w:val="%5."/>
      <w:lvlJc w:val="left"/>
      <w:pPr>
        <w:ind w:left="3648" w:hanging="360"/>
      </w:pPr>
    </w:lvl>
    <w:lvl w:ilvl="5" w:tplc="0405001B" w:tentative="1">
      <w:start w:val="1"/>
      <w:numFmt w:val="lowerRoman"/>
      <w:lvlText w:val="%6."/>
      <w:lvlJc w:val="right"/>
      <w:pPr>
        <w:ind w:left="4368" w:hanging="180"/>
      </w:pPr>
    </w:lvl>
    <w:lvl w:ilvl="6" w:tplc="0405000F" w:tentative="1">
      <w:start w:val="1"/>
      <w:numFmt w:val="decimal"/>
      <w:lvlText w:val="%7."/>
      <w:lvlJc w:val="left"/>
      <w:pPr>
        <w:ind w:left="5088" w:hanging="360"/>
      </w:pPr>
    </w:lvl>
    <w:lvl w:ilvl="7" w:tplc="04050019" w:tentative="1">
      <w:start w:val="1"/>
      <w:numFmt w:val="lowerLetter"/>
      <w:lvlText w:val="%8."/>
      <w:lvlJc w:val="left"/>
      <w:pPr>
        <w:ind w:left="5808" w:hanging="360"/>
      </w:pPr>
    </w:lvl>
    <w:lvl w:ilvl="8" w:tplc="0405001B" w:tentative="1">
      <w:start w:val="1"/>
      <w:numFmt w:val="lowerRoman"/>
      <w:lvlText w:val="%9."/>
      <w:lvlJc w:val="right"/>
      <w:pPr>
        <w:ind w:left="6528" w:hanging="180"/>
      </w:pPr>
    </w:lvl>
  </w:abstractNum>
  <w:abstractNum w:abstractNumId="58" w15:restartNumberingAfterBreak="0">
    <w:nsid w:val="779F6760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78BB7BE4"/>
    <w:multiLevelType w:val="multilevel"/>
    <w:tmpl w:val="53BA63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0" w15:restartNumberingAfterBreak="0">
    <w:nsid w:val="7A141A77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7CA8158C"/>
    <w:multiLevelType w:val="hybridMultilevel"/>
    <w:tmpl w:val="C0C621D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DD34DBA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7FE016C6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503814874">
    <w:abstractNumId w:val="5"/>
  </w:num>
  <w:num w:numId="2" w16cid:durableId="1186944560">
    <w:abstractNumId w:val="3"/>
  </w:num>
  <w:num w:numId="3" w16cid:durableId="1028221860">
    <w:abstractNumId w:val="2"/>
  </w:num>
  <w:num w:numId="4" w16cid:durableId="544489931">
    <w:abstractNumId w:val="4"/>
  </w:num>
  <w:num w:numId="5" w16cid:durableId="134759574">
    <w:abstractNumId w:val="1"/>
  </w:num>
  <w:num w:numId="6" w16cid:durableId="1777482198">
    <w:abstractNumId w:val="0"/>
  </w:num>
  <w:num w:numId="7" w16cid:durableId="1687900788">
    <w:abstractNumId w:val="8"/>
  </w:num>
  <w:num w:numId="8" w16cid:durableId="1515535948">
    <w:abstractNumId w:val="21"/>
  </w:num>
  <w:num w:numId="9" w16cid:durableId="1343629487">
    <w:abstractNumId w:val="56"/>
  </w:num>
  <w:num w:numId="10" w16cid:durableId="197401310">
    <w:abstractNumId w:val="46"/>
  </w:num>
  <w:num w:numId="11" w16cid:durableId="2099907927">
    <w:abstractNumId w:val="57"/>
  </w:num>
  <w:num w:numId="12" w16cid:durableId="279146282">
    <w:abstractNumId w:val="24"/>
  </w:num>
  <w:num w:numId="13" w16cid:durableId="1681010077">
    <w:abstractNumId w:val="18"/>
  </w:num>
  <w:num w:numId="14" w16cid:durableId="692222184">
    <w:abstractNumId w:val="31"/>
  </w:num>
  <w:num w:numId="15" w16cid:durableId="824858155">
    <w:abstractNumId w:val="61"/>
  </w:num>
  <w:num w:numId="16" w16cid:durableId="743844618">
    <w:abstractNumId w:val="44"/>
  </w:num>
  <w:num w:numId="17" w16cid:durableId="262345982">
    <w:abstractNumId w:val="17"/>
  </w:num>
  <w:num w:numId="18" w16cid:durableId="1918392154">
    <w:abstractNumId w:val="54"/>
  </w:num>
  <w:num w:numId="19" w16cid:durableId="2087529512">
    <w:abstractNumId w:val="6"/>
  </w:num>
  <w:num w:numId="20" w16cid:durableId="425542575">
    <w:abstractNumId w:val="40"/>
  </w:num>
  <w:num w:numId="21" w16cid:durableId="1196312159">
    <w:abstractNumId w:val="59"/>
  </w:num>
  <w:num w:numId="22" w16cid:durableId="1272780681">
    <w:abstractNumId w:val="30"/>
  </w:num>
  <w:num w:numId="23" w16cid:durableId="928272965">
    <w:abstractNumId w:val="45"/>
  </w:num>
  <w:num w:numId="24" w16cid:durableId="426536672">
    <w:abstractNumId w:val="9"/>
  </w:num>
  <w:num w:numId="25" w16cid:durableId="1477646465">
    <w:abstractNumId w:val="38"/>
  </w:num>
  <w:num w:numId="26" w16cid:durableId="309600475">
    <w:abstractNumId w:val="51"/>
  </w:num>
  <w:num w:numId="27" w16cid:durableId="707683948">
    <w:abstractNumId w:val="22"/>
  </w:num>
  <w:num w:numId="28" w16cid:durableId="1988167286">
    <w:abstractNumId w:val="13"/>
  </w:num>
  <w:num w:numId="29" w16cid:durableId="1170951919">
    <w:abstractNumId w:val="41"/>
  </w:num>
  <w:num w:numId="30" w16cid:durableId="2073304299">
    <w:abstractNumId w:val="52"/>
  </w:num>
  <w:num w:numId="31" w16cid:durableId="1295790190">
    <w:abstractNumId w:val="10"/>
  </w:num>
  <w:num w:numId="32" w16cid:durableId="986975582">
    <w:abstractNumId w:val="25"/>
  </w:num>
  <w:num w:numId="33" w16cid:durableId="513543760">
    <w:abstractNumId w:val="7"/>
  </w:num>
  <w:num w:numId="34" w16cid:durableId="357776717">
    <w:abstractNumId w:val="50"/>
  </w:num>
  <w:num w:numId="35" w16cid:durableId="1307051191">
    <w:abstractNumId w:val="63"/>
  </w:num>
  <w:num w:numId="36" w16cid:durableId="44064748">
    <w:abstractNumId w:val="60"/>
  </w:num>
  <w:num w:numId="37" w16cid:durableId="198470706">
    <w:abstractNumId w:val="14"/>
  </w:num>
  <w:num w:numId="38" w16cid:durableId="267470712">
    <w:abstractNumId w:val="62"/>
  </w:num>
  <w:num w:numId="39" w16cid:durableId="761266618">
    <w:abstractNumId w:val="27"/>
  </w:num>
  <w:num w:numId="40" w16cid:durableId="206918695">
    <w:abstractNumId w:val="49"/>
  </w:num>
  <w:num w:numId="41" w16cid:durableId="2048211886">
    <w:abstractNumId w:val="37"/>
  </w:num>
  <w:num w:numId="42" w16cid:durableId="264312982">
    <w:abstractNumId w:val="39"/>
  </w:num>
  <w:num w:numId="43" w16cid:durableId="546142049">
    <w:abstractNumId w:val="48"/>
  </w:num>
  <w:num w:numId="44" w16cid:durableId="25641445">
    <w:abstractNumId w:val="55"/>
  </w:num>
  <w:num w:numId="45" w16cid:durableId="1157963100">
    <w:abstractNumId w:val="36"/>
  </w:num>
  <w:num w:numId="46" w16cid:durableId="1372341244">
    <w:abstractNumId w:val="16"/>
  </w:num>
  <w:num w:numId="47" w16cid:durableId="2076463812">
    <w:abstractNumId w:val="42"/>
  </w:num>
  <w:num w:numId="48" w16cid:durableId="1873573228">
    <w:abstractNumId w:val="15"/>
  </w:num>
  <w:num w:numId="49" w16cid:durableId="1469275162">
    <w:abstractNumId w:val="32"/>
  </w:num>
  <w:num w:numId="50" w16cid:durableId="81150659">
    <w:abstractNumId w:val="23"/>
  </w:num>
  <w:num w:numId="51" w16cid:durableId="439879627">
    <w:abstractNumId w:val="58"/>
  </w:num>
  <w:num w:numId="52" w16cid:durableId="1769228769">
    <w:abstractNumId w:val="20"/>
  </w:num>
  <w:num w:numId="53" w16cid:durableId="1199388567">
    <w:abstractNumId w:val="12"/>
  </w:num>
  <w:num w:numId="54" w16cid:durableId="1120536853">
    <w:abstractNumId w:val="53"/>
  </w:num>
  <w:num w:numId="55" w16cid:durableId="1603026175">
    <w:abstractNumId w:val="11"/>
  </w:num>
  <w:num w:numId="56" w16cid:durableId="1311639591">
    <w:abstractNumId w:val="33"/>
  </w:num>
  <w:num w:numId="57" w16cid:durableId="629941870">
    <w:abstractNumId w:val="29"/>
  </w:num>
  <w:num w:numId="58" w16cid:durableId="1221748830">
    <w:abstractNumId w:val="19"/>
  </w:num>
  <w:num w:numId="59" w16cid:durableId="1617831226">
    <w:abstractNumId w:val="28"/>
  </w:num>
  <w:num w:numId="60" w16cid:durableId="1607419638">
    <w:abstractNumId w:val="26"/>
  </w:num>
  <w:num w:numId="61" w16cid:durableId="818420659">
    <w:abstractNumId w:val="34"/>
  </w:num>
  <w:num w:numId="62" w16cid:durableId="1343437671">
    <w:abstractNumId w:val="35"/>
  </w:num>
  <w:num w:numId="63" w16cid:durableId="1304579010">
    <w:abstractNumId w:val="43"/>
  </w:num>
  <w:num w:numId="64" w16cid:durableId="1690598330">
    <w:abstractNumId w:val="47"/>
  </w:num>
  <w:numIdMacAtCleanup w:val="6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3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02741"/>
    <w:rsid w:val="00034616"/>
    <w:rsid w:val="000347AC"/>
    <w:rsid w:val="00055F1E"/>
    <w:rsid w:val="0006063C"/>
    <w:rsid w:val="00081612"/>
    <w:rsid w:val="000914BC"/>
    <w:rsid w:val="000B0C73"/>
    <w:rsid w:val="000B306C"/>
    <w:rsid w:val="000E0A5D"/>
    <w:rsid w:val="000E0BE4"/>
    <w:rsid w:val="000E353C"/>
    <w:rsid w:val="000E60A0"/>
    <w:rsid w:val="000F510D"/>
    <w:rsid w:val="000F713C"/>
    <w:rsid w:val="00111C28"/>
    <w:rsid w:val="00136D63"/>
    <w:rsid w:val="0015074B"/>
    <w:rsid w:val="0015096D"/>
    <w:rsid w:val="00157CE0"/>
    <w:rsid w:val="00165609"/>
    <w:rsid w:val="001727CF"/>
    <w:rsid w:val="001815D4"/>
    <w:rsid w:val="001942B6"/>
    <w:rsid w:val="001977EE"/>
    <w:rsid w:val="001B08CB"/>
    <w:rsid w:val="001B3A1C"/>
    <w:rsid w:val="001C16E6"/>
    <w:rsid w:val="001E0AEB"/>
    <w:rsid w:val="001F4B61"/>
    <w:rsid w:val="001F4EB7"/>
    <w:rsid w:val="00203B6A"/>
    <w:rsid w:val="00215CBA"/>
    <w:rsid w:val="0022517D"/>
    <w:rsid w:val="00230C06"/>
    <w:rsid w:val="00231992"/>
    <w:rsid w:val="00235B90"/>
    <w:rsid w:val="00244651"/>
    <w:rsid w:val="002557A4"/>
    <w:rsid w:val="0026085E"/>
    <w:rsid w:val="0028148C"/>
    <w:rsid w:val="00285BF9"/>
    <w:rsid w:val="002873BC"/>
    <w:rsid w:val="00290105"/>
    <w:rsid w:val="0029639D"/>
    <w:rsid w:val="002B0825"/>
    <w:rsid w:val="002B525C"/>
    <w:rsid w:val="002C2EAA"/>
    <w:rsid w:val="002C4012"/>
    <w:rsid w:val="002C705C"/>
    <w:rsid w:val="002D7A91"/>
    <w:rsid w:val="002E24B1"/>
    <w:rsid w:val="002E7706"/>
    <w:rsid w:val="002F78C7"/>
    <w:rsid w:val="00312DF8"/>
    <w:rsid w:val="00323233"/>
    <w:rsid w:val="00326F90"/>
    <w:rsid w:val="00350C02"/>
    <w:rsid w:val="0037283C"/>
    <w:rsid w:val="003841A4"/>
    <w:rsid w:val="00396979"/>
    <w:rsid w:val="003A211A"/>
    <w:rsid w:val="003A4127"/>
    <w:rsid w:val="003A44F3"/>
    <w:rsid w:val="003B4E16"/>
    <w:rsid w:val="003B5377"/>
    <w:rsid w:val="003C52B2"/>
    <w:rsid w:val="003E1B96"/>
    <w:rsid w:val="00443D68"/>
    <w:rsid w:val="004658CE"/>
    <w:rsid w:val="00474E34"/>
    <w:rsid w:val="00475C96"/>
    <w:rsid w:val="00486660"/>
    <w:rsid w:val="004A1759"/>
    <w:rsid w:val="004A21EF"/>
    <w:rsid w:val="004D207F"/>
    <w:rsid w:val="004E1911"/>
    <w:rsid w:val="004E3CF4"/>
    <w:rsid w:val="004F5070"/>
    <w:rsid w:val="004F7087"/>
    <w:rsid w:val="005021E0"/>
    <w:rsid w:val="005121D8"/>
    <w:rsid w:val="00544B9D"/>
    <w:rsid w:val="005461CD"/>
    <w:rsid w:val="005475AB"/>
    <w:rsid w:val="00553E72"/>
    <w:rsid w:val="005668D0"/>
    <w:rsid w:val="00572851"/>
    <w:rsid w:val="00575710"/>
    <w:rsid w:val="0059270C"/>
    <w:rsid w:val="005A19F6"/>
    <w:rsid w:val="005C0875"/>
    <w:rsid w:val="005E7118"/>
    <w:rsid w:val="005F7CCC"/>
    <w:rsid w:val="0061509F"/>
    <w:rsid w:val="00641589"/>
    <w:rsid w:val="00680446"/>
    <w:rsid w:val="006860FD"/>
    <w:rsid w:val="00686219"/>
    <w:rsid w:val="00686C38"/>
    <w:rsid w:val="00694CCC"/>
    <w:rsid w:val="006A436B"/>
    <w:rsid w:val="006D73A2"/>
    <w:rsid w:val="006E7A60"/>
    <w:rsid w:val="006F02D6"/>
    <w:rsid w:val="006F5725"/>
    <w:rsid w:val="00713D62"/>
    <w:rsid w:val="00722831"/>
    <w:rsid w:val="00734400"/>
    <w:rsid w:val="007531B4"/>
    <w:rsid w:val="00753ACC"/>
    <w:rsid w:val="00764CA5"/>
    <w:rsid w:val="0076740B"/>
    <w:rsid w:val="007848EF"/>
    <w:rsid w:val="00791BAE"/>
    <w:rsid w:val="00795676"/>
    <w:rsid w:val="007A5EF0"/>
    <w:rsid w:val="007B23A2"/>
    <w:rsid w:val="007C080B"/>
    <w:rsid w:val="007E095C"/>
    <w:rsid w:val="007E50F4"/>
    <w:rsid w:val="007F2271"/>
    <w:rsid w:val="00800CF3"/>
    <w:rsid w:val="00832C8B"/>
    <w:rsid w:val="0084140B"/>
    <w:rsid w:val="0085017B"/>
    <w:rsid w:val="008704CD"/>
    <w:rsid w:val="008B7C6D"/>
    <w:rsid w:val="008C1F78"/>
    <w:rsid w:val="008D5333"/>
    <w:rsid w:val="008D7D68"/>
    <w:rsid w:val="008E42FB"/>
    <w:rsid w:val="008E5D69"/>
    <w:rsid w:val="009230FC"/>
    <w:rsid w:val="009326A2"/>
    <w:rsid w:val="009431B1"/>
    <w:rsid w:val="00944380"/>
    <w:rsid w:val="0095006E"/>
    <w:rsid w:val="0095793F"/>
    <w:rsid w:val="00957FB0"/>
    <w:rsid w:val="009612FA"/>
    <w:rsid w:val="00967D18"/>
    <w:rsid w:val="00976C3F"/>
    <w:rsid w:val="00983DDD"/>
    <w:rsid w:val="009865C4"/>
    <w:rsid w:val="009A1247"/>
    <w:rsid w:val="009C1AF8"/>
    <w:rsid w:val="009E0319"/>
    <w:rsid w:val="009F2908"/>
    <w:rsid w:val="009F6620"/>
    <w:rsid w:val="00A02767"/>
    <w:rsid w:val="00A033EE"/>
    <w:rsid w:val="00A06826"/>
    <w:rsid w:val="00A406B4"/>
    <w:rsid w:val="00A642C6"/>
    <w:rsid w:val="00A71A34"/>
    <w:rsid w:val="00AA1D8D"/>
    <w:rsid w:val="00AA3084"/>
    <w:rsid w:val="00AA5783"/>
    <w:rsid w:val="00AB1536"/>
    <w:rsid w:val="00AB3C25"/>
    <w:rsid w:val="00AD047C"/>
    <w:rsid w:val="00AD11C0"/>
    <w:rsid w:val="00AE20A5"/>
    <w:rsid w:val="00AF4CF2"/>
    <w:rsid w:val="00B0042C"/>
    <w:rsid w:val="00B26176"/>
    <w:rsid w:val="00B3242D"/>
    <w:rsid w:val="00B341C5"/>
    <w:rsid w:val="00B34395"/>
    <w:rsid w:val="00B35CB6"/>
    <w:rsid w:val="00B37605"/>
    <w:rsid w:val="00B47730"/>
    <w:rsid w:val="00B50EB0"/>
    <w:rsid w:val="00B62598"/>
    <w:rsid w:val="00B629D7"/>
    <w:rsid w:val="00B65576"/>
    <w:rsid w:val="00B72513"/>
    <w:rsid w:val="00B85DAE"/>
    <w:rsid w:val="00B922AA"/>
    <w:rsid w:val="00B951A8"/>
    <w:rsid w:val="00BB0C12"/>
    <w:rsid w:val="00BB3586"/>
    <w:rsid w:val="00BB370C"/>
    <w:rsid w:val="00BC134E"/>
    <w:rsid w:val="00BE3295"/>
    <w:rsid w:val="00BE4ED9"/>
    <w:rsid w:val="00BF65A9"/>
    <w:rsid w:val="00C036DF"/>
    <w:rsid w:val="00C11DD1"/>
    <w:rsid w:val="00C21F9C"/>
    <w:rsid w:val="00C31D2E"/>
    <w:rsid w:val="00C40E8A"/>
    <w:rsid w:val="00C72EA5"/>
    <w:rsid w:val="00CA495A"/>
    <w:rsid w:val="00CA5DDC"/>
    <w:rsid w:val="00CB0664"/>
    <w:rsid w:val="00CB3137"/>
    <w:rsid w:val="00CB32B9"/>
    <w:rsid w:val="00CC03EB"/>
    <w:rsid w:val="00CC33AF"/>
    <w:rsid w:val="00CC6972"/>
    <w:rsid w:val="00CD0061"/>
    <w:rsid w:val="00CD22A9"/>
    <w:rsid w:val="00CE3342"/>
    <w:rsid w:val="00CF3DDB"/>
    <w:rsid w:val="00CF7FC0"/>
    <w:rsid w:val="00D102E7"/>
    <w:rsid w:val="00D11342"/>
    <w:rsid w:val="00D16363"/>
    <w:rsid w:val="00D4619B"/>
    <w:rsid w:val="00D51BDC"/>
    <w:rsid w:val="00D5445A"/>
    <w:rsid w:val="00D701AA"/>
    <w:rsid w:val="00D758A1"/>
    <w:rsid w:val="00D8602C"/>
    <w:rsid w:val="00D86574"/>
    <w:rsid w:val="00DA042A"/>
    <w:rsid w:val="00DA0FFD"/>
    <w:rsid w:val="00DD0777"/>
    <w:rsid w:val="00DD1337"/>
    <w:rsid w:val="00DD27D5"/>
    <w:rsid w:val="00DD41B7"/>
    <w:rsid w:val="00DE27B9"/>
    <w:rsid w:val="00E036B5"/>
    <w:rsid w:val="00E453B9"/>
    <w:rsid w:val="00E57243"/>
    <w:rsid w:val="00E820A8"/>
    <w:rsid w:val="00E830FB"/>
    <w:rsid w:val="00E85D5F"/>
    <w:rsid w:val="00E87F00"/>
    <w:rsid w:val="00E9394A"/>
    <w:rsid w:val="00EA1F1E"/>
    <w:rsid w:val="00EA70D6"/>
    <w:rsid w:val="00EB119E"/>
    <w:rsid w:val="00EB34AE"/>
    <w:rsid w:val="00EB44D3"/>
    <w:rsid w:val="00EB4A6E"/>
    <w:rsid w:val="00EB6361"/>
    <w:rsid w:val="00EC3E59"/>
    <w:rsid w:val="00EE0EC2"/>
    <w:rsid w:val="00F16D5A"/>
    <w:rsid w:val="00F64B9E"/>
    <w:rsid w:val="00F8535C"/>
    <w:rsid w:val="00F94609"/>
    <w:rsid w:val="00F94BD1"/>
    <w:rsid w:val="00FA0201"/>
    <w:rsid w:val="00FA024B"/>
    <w:rsid w:val="00FA7A60"/>
    <w:rsid w:val="00FB5B5E"/>
    <w:rsid w:val="00FB668E"/>
    <w:rsid w:val="00FC635A"/>
    <w:rsid w:val="00FC693F"/>
    <w:rsid w:val="00FD1998"/>
    <w:rsid w:val="00FD46BC"/>
    <w:rsid w:val="00FE0AEE"/>
    <w:rsid w:val="00FE0F75"/>
    <w:rsid w:val="00FE6AE8"/>
    <w:rsid w:val="00FF5D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7C8F23A"/>
  <w14:defaultImageDpi w14:val="300"/>
  <w15:docId w15:val="{ADC7EFD2-616F-4109-BBDD-49B006EE16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CB32B9"/>
    <w:pPr>
      <w:jc w:val="both"/>
    </w:pPr>
    <w:rPr>
      <w:lang w:val="cs-CZ"/>
    </w:rPr>
  </w:style>
  <w:style w:type="paragraph" w:styleId="Nadpis1">
    <w:name w:val="heading 1"/>
    <w:basedOn w:val="Normln"/>
    <w:next w:val="Normln"/>
    <w:link w:val="Nadpis1Char"/>
    <w:uiPriority w:val="9"/>
    <w:qFormat/>
    <w:rsid w:val="000347AC"/>
    <w:pPr>
      <w:keepNext/>
      <w:keepLines/>
      <w:numPr>
        <w:numId w:val="7"/>
      </w:numPr>
      <w:spacing w:before="480" w:after="240"/>
      <w:outlineLvl w:val="0"/>
    </w:pPr>
    <w:rPr>
      <w:rFonts w:asciiTheme="majorHAnsi" w:eastAsiaTheme="majorEastAsia" w:hAnsiTheme="majorHAnsi" w:cstheme="majorBidi"/>
      <w:b/>
      <w:bCs/>
      <w:sz w:val="36"/>
      <w:szCs w:val="32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285BF9"/>
    <w:pPr>
      <w:keepNext/>
      <w:keepLines/>
      <w:numPr>
        <w:ilvl w:val="1"/>
        <w:numId w:val="7"/>
      </w:numPr>
      <w:spacing w:before="240" w:after="0"/>
      <w:outlineLvl w:val="1"/>
    </w:pPr>
    <w:rPr>
      <w:rFonts w:asciiTheme="majorHAnsi" w:eastAsiaTheme="majorEastAsia" w:hAnsiTheme="majorHAnsi" w:cstheme="majorBidi"/>
      <w:b/>
      <w:bCs/>
      <w:sz w:val="28"/>
      <w:szCs w:val="28"/>
      <w:lang w:eastAsia="cs-CZ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15096D"/>
    <w:pPr>
      <w:keepNext/>
      <w:keepLines/>
      <w:numPr>
        <w:ilvl w:val="2"/>
        <w:numId w:val="7"/>
      </w:numPr>
      <w:spacing w:before="360" w:after="120" w:line="240" w:lineRule="auto"/>
      <w:outlineLvl w:val="2"/>
    </w:pPr>
    <w:rPr>
      <w:rFonts w:asciiTheme="majorHAnsi" w:eastAsiaTheme="majorEastAsia" w:hAnsiTheme="majorHAnsi" w:cstheme="majorBidi"/>
      <w:b/>
      <w:bCs/>
      <w:sz w:val="26"/>
      <w:szCs w:val="26"/>
      <w:lang w:eastAsia="cs-CZ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6F02D6"/>
    <w:pPr>
      <w:keepNext/>
      <w:keepLines/>
      <w:numPr>
        <w:ilvl w:val="3"/>
        <w:numId w:val="7"/>
      </w:numPr>
      <w:spacing w:before="240" w:after="240"/>
      <w:outlineLvl w:val="3"/>
    </w:pPr>
    <w:rPr>
      <w:rFonts w:ascii="Times New Roman" w:eastAsia="Times New Roman" w:hAnsi="Times New Roman" w:cs="Times New Roman"/>
      <w:b/>
      <w:bCs/>
      <w:sz w:val="26"/>
      <w:szCs w:val="26"/>
      <w:lang w:eastAsia="cs-CZ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FC693F"/>
    <w:pPr>
      <w:keepNext/>
      <w:keepLines/>
      <w:numPr>
        <w:ilvl w:val="4"/>
        <w:numId w:val="7"/>
      </w:numPr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FC693F"/>
    <w:pPr>
      <w:keepNext/>
      <w:keepLines/>
      <w:numPr>
        <w:ilvl w:val="5"/>
        <w:numId w:val="7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FC693F"/>
    <w:pPr>
      <w:keepNext/>
      <w:keepLines/>
      <w:numPr>
        <w:ilvl w:val="6"/>
        <w:numId w:val="7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FC693F"/>
    <w:pPr>
      <w:keepNext/>
      <w:keepLines/>
      <w:numPr>
        <w:ilvl w:val="7"/>
        <w:numId w:val="7"/>
      </w:numPr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FC693F"/>
    <w:pPr>
      <w:keepNext/>
      <w:keepLines/>
      <w:numPr>
        <w:ilvl w:val="8"/>
        <w:numId w:val="7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E618BF"/>
  </w:style>
  <w:style w:type="paragraph" w:styleId="Zpat">
    <w:name w:val="footer"/>
    <w:basedOn w:val="Normln"/>
    <w:link w:val="Zpat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E618BF"/>
  </w:style>
  <w:style w:type="paragraph" w:styleId="Bezmezer">
    <w:name w:val="No Spacing"/>
    <w:uiPriority w:val="1"/>
    <w:qFormat/>
    <w:rsid w:val="00FC693F"/>
    <w:pPr>
      <w:spacing w:after="0" w:line="240" w:lineRule="auto"/>
    </w:pPr>
  </w:style>
  <w:style w:type="character" w:customStyle="1" w:styleId="Nadpis1Char">
    <w:name w:val="Nadpis 1 Char"/>
    <w:basedOn w:val="Standardnpsmoodstavce"/>
    <w:link w:val="Nadpis1"/>
    <w:uiPriority w:val="9"/>
    <w:rsid w:val="000347AC"/>
    <w:rPr>
      <w:rFonts w:asciiTheme="majorHAnsi" w:eastAsiaTheme="majorEastAsia" w:hAnsiTheme="majorHAnsi" w:cstheme="majorBidi"/>
      <w:b/>
      <w:bCs/>
      <w:sz w:val="36"/>
      <w:szCs w:val="32"/>
      <w:lang w:val="cs-CZ"/>
    </w:rPr>
  </w:style>
  <w:style w:type="character" w:customStyle="1" w:styleId="Nadpis2Char">
    <w:name w:val="Nadpis 2 Char"/>
    <w:basedOn w:val="Standardnpsmoodstavce"/>
    <w:link w:val="Nadpis2"/>
    <w:uiPriority w:val="9"/>
    <w:rsid w:val="00285BF9"/>
    <w:rPr>
      <w:rFonts w:asciiTheme="majorHAnsi" w:eastAsiaTheme="majorEastAsia" w:hAnsiTheme="majorHAnsi" w:cstheme="majorBidi"/>
      <w:b/>
      <w:bCs/>
      <w:sz w:val="28"/>
      <w:szCs w:val="28"/>
      <w:lang w:val="cs-CZ" w:eastAsia="cs-CZ"/>
    </w:rPr>
  </w:style>
  <w:style w:type="character" w:customStyle="1" w:styleId="Nadpis3Char">
    <w:name w:val="Nadpis 3 Char"/>
    <w:basedOn w:val="Standardnpsmoodstavce"/>
    <w:link w:val="Nadpis3"/>
    <w:uiPriority w:val="9"/>
    <w:rsid w:val="0015096D"/>
    <w:rPr>
      <w:rFonts w:asciiTheme="majorHAnsi" w:eastAsiaTheme="majorEastAsia" w:hAnsiTheme="majorHAnsi" w:cstheme="majorBidi"/>
      <w:b/>
      <w:bCs/>
      <w:sz w:val="26"/>
      <w:szCs w:val="26"/>
      <w:lang w:val="cs-CZ" w:eastAsia="cs-CZ"/>
    </w:rPr>
  </w:style>
  <w:style w:type="paragraph" w:styleId="Nzev">
    <w:name w:val="Title"/>
    <w:basedOn w:val="Normln"/>
    <w:next w:val="Normln"/>
    <w:link w:val="Nzev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NzevChar">
    <w:name w:val="Název Char"/>
    <w:basedOn w:val="Standardnpsmoodstavce"/>
    <w:link w:val="Nzev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nadpisChar">
    <w:name w:val="Podnadpis Char"/>
    <w:basedOn w:val="Standardnpsmoodstavce"/>
    <w:link w:val="Podnadpis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Odstavecseseznamem">
    <w:name w:val="List Paragraph"/>
    <w:basedOn w:val="Normln"/>
    <w:link w:val="OdstavecseseznamemChar"/>
    <w:uiPriority w:val="34"/>
    <w:qFormat/>
    <w:rsid w:val="00FC693F"/>
    <w:pPr>
      <w:ind w:left="720"/>
      <w:contextualSpacing/>
    </w:pPr>
  </w:style>
  <w:style w:type="paragraph" w:styleId="Zkladntext">
    <w:name w:val="Body Text"/>
    <w:basedOn w:val="Normln"/>
    <w:link w:val="ZkladntextChar"/>
    <w:uiPriority w:val="99"/>
    <w:unhideWhenUsed/>
    <w:rsid w:val="00AA1D8D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uiPriority w:val="99"/>
    <w:rsid w:val="00AA1D8D"/>
  </w:style>
  <w:style w:type="paragraph" w:styleId="Zkladntext2">
    <w:name w:val="Body Text 2"/>
    <w:basedOn w:val="Normln"/>
    <w:link w:val="Zkladntext2Char"/>
    <w:uiPriority w:val="99"/>
    <w:unhideWhenUsed/>
    <w:rsid w:val="00AA1D8D"/>
    <w:pPr>
      <w:spacing w:after="120" w:line="480" w:lineRule="auto"/>
    </w:pPr>
  </w:style>
  <w:style w:type="character" w:customStyle="1" w:styleId="Zkladntext2Char">
    <w:name w:val="Základní text 2 Char"/>
    <w:basedOn w:val="Standardnpsmoodstavce"/>
    <w:link w:val="Zkladntext2"/>
    <w:uiPriority w:val="99"/>
    <w:rsid w:val="00AA1D8D"/>
  </w:style>
  <w:style w:type="paragraph" w:styleId="Zkladntext3">
    <w:name w:val="Body Text 3"/>
    <w:basedOn w:val="Normln"/>
    <w:link w:val="Zkladn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Zkladntext3Char">
    <w:name w:val="Základní text 3 Char"/>
    <w:basedOn w:val="Standardnpsmoodstavce"/>
    <w:link w:val="Zkladntext3"/>
    <w:uiPriority w:val="99"/>
    <w:rsid w:val="00AA1D8D"/>
    <w:rPr>
      <w:sz w:val="16"/>
      <w:szCs w:val="16"/>
    </w:rPr>
  </w:style>
  <w:style w:type="paragraph" w:styleId="Seznam">
    <w:name w:val="List"/>
    <w:basedOn w:val="Normln"/>
    <w:uiPriority w:val="99"/>
    <w:unhideWhenUsed/>
    <w:rsid w:val="00AA1D8D"/>
    <w:pPr>
      <w:ind w:left="360" w:hanging="360"/>
      <w:contextualSpacing/>
    </w:pPr>
  </w:style>
  <w:style w:type="paragraph" w:styleId="Seznam2">
    <w:name w:val="List 2"/>
    <w:basedOn w:val="Normln"/>
    <w:uiPriority w:val="99"/>
    <w:unhideWhenUsed/>
    <w:rsid w:val="00326F90"/>
    <w:pPr>
      <w:ind w:left="720" w:hanging="360"/>
      <w:contextualSpacing/>
    </w:pPr>
  </w:style>
  <w:style w:type="paragraph" w:styleId="Seznam3">
    <w:name w:val="List 3"/>
    <w:basedOn w:val="Normln"/>
    <w:uiPriority w:val="99"/>
    <w:unhideWhenUsed/>
    <w:rsid w:val="00326F90"/>
    <w:pPr>
      <w:ind w:left="1080" w:hanging="360"/>
      <w:contextualSpacing/>
    </w:pPr>
  </w:style>
  <w:style w:type="paragraph" w:styleId="Seznamsodrkami">
    <w:name w:val="List Bullet"/>
    <w:basedOn w:val="Normln"/>
    <w:uiPriority w:val="99"/>
    <w:unhideWhenUsed/>
    <w:rsid w:val="00326F90"/>
    <w:pPr>
      <w:numPr>
        <w:numId w:val="1"/>
      </w:numPr>
      <w:contextualSpacing/>
    </w:pPr>
  </w:style>
  <w:style w:type="paragraph" w:styleId="Seznamsodrkami2">
    <w:name w:val="List Bullet 2"/>
    <w:basedOn w:val="Normln"/>
    <w:uiPriority w:val="99"/>
    <w:unhideWhenUsed/>
    <w:rsid w:val="00326F90"/>
    <w:pPr>
      <w:numPr>
        <w:numId w:val="2"/>
      </w:numPr>
      <w:contextualSpacing/>
    </w:pPr>
  </w:style>
  <w:style w:type="paragraph" w:styleId="Seznamsodrkami3">
    <w:name w:val="List Bullet 3"/>
    <w:basedOn w:val="Normln"/>
    <w:uiPriority w:val="99"/>
    <w:unhideWhenUsed/>
    <w:rsid w:val="00326F90"/>
    <w:pPr>
      <w:numPr>
        <w:numId w:val="3"/>
      </w:numPr>
      <w:contextualSpacing/>
    </w:pPr>
  </w:style>
  <w:style w:type="paragraph" w:styleId="slovanseznam">
    <w:name w:val="List Number"/>
    <w:basedOn w:val="Normln"/>
    <w:uiPriority w:val="99"/>
    <w:unhideWhenUsed/>
    <w:rsid w:val="00326F90"/>
    <w:pPr>
      <w:numPr>
        <w:numId w:val="4"/>
      </w:numPr>
      <w:contextualSpacing/>
    </w:pPr>
  </w:style>
  <w:style w:type="paragraph" w:styleId="slovanseznam2">
    <w:name w:val="List Number 2"/>
    <w:basedOn w:val="Normln"/>
    <w:uiPriority w:val="99"/>
    <w:unhideWhenUsed/>
    <w:rsid w:val="0029639D"/>
    <w:pPr>
      <w:numPr>
        <w:numId w:val="5"/>
      </w:numPr>
      <w:contextualSpacing/>
    </w:pPr>
  </w:style>
  <w:style w:type="paragraph" w:styleId="slovanseznam3">
    <w:name w:val="List Number 3"/>
    <w:basedOn w:val="Normln"/>
    <w:uiPriority w:val="99"/>
    <w:unhideWhenUsed/>
    <w:rsid w:val="0029639D"/>
    <w:pPr>
      <w:numPr>
        <w:numId w:val="6"/>
      </w:numPr>
      <w:contextualSpacing/>
    </w:pPr>
  </w:style>
  <w:style w:type="paragraph" w:styleId="Pokraovnseznamu">
    <w:name w:val="List Continue"/>
    <w:basedOn w:val="Normln"/>
    <w:uiPriority w:val="99"/>
    <w:unhideWhenUsed/>
    <w:rsid w:val="0029639D"/>
    <w:pPr>
      <w:spacing w:after="120"/>
      <w:ind w:left="360"/>
      <w:contextualSpacing/>
    </w:pPr>
  </w:style>
  <w:style w:type="paragraph" w:styleId="Pokraovnseznamu2">
    <w:name w:val="List Continue 2"/>
    <w:basedOn w:val="Normln"/>
    <w:uiPriority w:val="99"/>
    <w:unhideWhenUsed/>
    <w:rsid w:val="0029639D"/>
    <w:pPr>
      <w:spacing w:after="120"/>
      <w:ind w:left="720"/>
      <w:contextualSpacing/>
    </w:pPr>
  </w:style>
  <w:style w:type="paragraph" w:styleId="Pokraovnseznamu3">
    <w:name w:val="List Continue 3"/>
    <w:basedOn w:val="Normln"/>
    <w:uiPriority w:val="99"/>
    <w:unhideWhenUsed/>
    <w:rsid w:val="0029639D"/>
    <w:pPr>
      <w:spacing w:after="120"/>
      <w:ind w:left="1080"/>
      <w:contextualSpacing/>
    </w:pPr>
  </w:style>
  <w:style w:type="paragraph" w:styleId="Textmakra">
    <w:name w:val="macro"/>
    <w:link w:val="Textmakra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TextmakraChar">
    <w:name w:val="Text makra Char"/>
    <w:basedOn w:val="Standardnpsmoodstavce"/>
    <w:link w:val="Textmakra"/>
    <w:uiPriority w:val="99"/>
    <w:rsid w:val="0029639D"/>
    <w:rPr>
      <w:rFonts w:ascii="Courier" w:hAnsi="Courier"/>
      <w:sz w:val="20"/>
      <w:szCs w:val="20"/>
    </w:rPr>
  </w:style>
  <w:style w:type="paragraph" w:styleId="Citt">
    <w:name w:val="Quote"/>
    <w:basedOn w:val="Normln"/>
    <w:next w:val="Normln"/>
    <w:link w:val="CittChar"/>
    <w:uiPriority w:val="29"/>
    <w:qFormat/>
    <w:rsid w:val="00FC693F"/>
    <w:rPr>
      <w:i/>
      <w:iCs/>
      <w:color w:val="000000" w:themeColor="text1"/>
    </w:rPr>
  </w:style>
  <w:style w:type="character" w:customStyle="1" w:styleId="CittChar">
    <w:name w:val="Citát Char"/>
    <w:basedOn w:val="Standardnpsmoodstavce"/>
    <w:link w:val="Citt"/>
    <w:uiPriority w:val="29"/>
    <w:rsid w:val="00FC693F"/>
    <w:rPr>
      <w:i/>
      <w:iCs/>
      <w:color w:val="000000" w:themeColor="text1"/>
    </w:rPr>
  </w:style>
  <w:style w:type="character" w:customStyle="1" w:styleId="Nadpis4Char">
    <w:name w:val="Nadpis 4 Char"/>
    <w:basedOn w:val="Standardnpsmoodstavce"/>
    <w:link w:val="Nadpis4"/>
    <w:uiPriority w:val="9"/>
    <w:rsid w:val="006F02D6"/>
    <w:rPr>
      <w:rFonts w:ascii="Times New Roman" w:eastAsia="Times New Roman" w:hAnsi="Times New Roman" w:cs="Times New Roman"/>
      <w:b/>
      <w:bCs/>
      <w:sz w:val="26"/>
      <w:szCs w:val="26"/>
      <w:lang w:val="cs-CZ" w:eastAsia="cs-CZ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  <w:lang w:val="cs-CZ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  <w:lang w:val="cs-CZ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lang w:val="cs-CZ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  <w:lang w:val="cs-CZ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cs-CZ"/>
    </w:rPr>
  </w:style>
  <w:style w:type="paragraph" w:styleId="Titulek">
    <w:name w:val="caption"/>
    <w:basedOn w:val="Normln"/>
    <w:next w:val="Normln"/>
    <w:uiPriority w:val="35"/>
    <w:unhideWhenUsed/>
    <w:qFormat/>
    <w:rsid w:val="0076740B"/>
    <w:pPr>
      <w:spacing w:line="240" w:lineRule="auto"/>
    </w:pPr>
    <w:rPr>
      <w:i/>
      <w:iCs/>
      <w:sz w:val="18"/>
      <w:szCs w:val="18"/>
    </w:rPr>
  </w:style>
  <w:style w:type="character" w:styleId="Siln">
    <w:name w:val="Strong"/>
    <w:basedOn w:val="Standardnpsmoodstavce"/>
    <w:uiPriority w:val="22"/>
    <w:qFormat/>
    <w:rsid w:val="002E7706"/>
    <w:rPr>
      <w:b/>
      <w:bCs/>
      <w:lang w:eastAsia="cs-CZ"/>
    </w:rPr>
  </w:style>
  <w:style w:type="character" w:styleId="Zdraznn">
    <w:name w:val="Emphasis"/>
    <w:basedOn w:val="Standardnpsmoodstavce"/>
    <w:uiPriority w:val="20"/>
    <w:qFormat/>
    <w:rsid w:val="00FC693F"/>
    <w:rPr>
      <w:i/>
      <w:iCs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FC693F"/>
    <w:rPr>
      <w:b/>
      <w:bCs/>
      <w:i/>
      <w:iCs/>
      <w:color w:val="4F81BD" w:themeColor="accent1"/>
    </w:rPr>
  </w:style>
  <w:style w:type="character" w:styleId="Zdraznnjemn">
    <w:name w:val="Subtle Emphasis"/>
    <w:basedOn w:val="Standardnpsmoodstavce"/>
    <w:uiPriority w:val="19"/>
    <w:qFormat/>
    <w:rsid w:val="00FC693F"/>
    <w:rPr>
      <w:i/>
      <w:iCs/>
      <w:color w:val="808080" w:themeColor="text1" w:themeTint="7F"/>
    </w:rPr>
  </w:style>
  <w:style w:type="character" w:styleId="Zdraznnintenzivn">
    <w:name w:val="Intense Emphasis"/>
    <w:basedOn w:val="Standardnpsmoodstavce"/>
    <w:uiPriority w:val="21"/>
    <w:qFormat/>
    <w:rsid w:val="00FC693F"/>
    <w:rPr>
      <w:b/>
      <w:bCs/>
      <w:i/>
      <w:iCs/>
      <w:color w:val="4F81BD" w:themeColor="accent1"/>
    </w:rPr>
  </w:style>
  <w:style w:type="character" w:styleId="Odkazjemn">
    <w:name w:val="Subtle Reference"/>
    <w:basedOn w:val="Standardnpsmoodstavce"/>
    <w:uiPriority w:val="31"/>
    <w:qFormat/>
    <w:rsid w:val="00FC693F"/>
    <w:rPr>
      <w:smallCaps/>
      <w:color w:val="C0504D" w:themeColor="accent2"/>
      <w:u w:val="single"/>
    </w:rPr>
  </w:style>
  <w:style w:type="character" w:styleId="Odkazintenzivn">
    <w:name w:val="Intense Reference"/>
    <w:basedOn w:val="Standardnpsmoodstavce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Nzevknihy">
    <w:name w:val="Book Title"/>
    <w:basedOn w:val="Standardnpsmoodstavce"/>
    <w:uiPriority w:val="33"/>
    <w:qFormat/>
    <w:rsid w:val="00FC693F"/>
    <w:rPr>
      <w:b/>
      <w:bCs/>
      <w:smallCaps/>
      <w:spacing w:val="5"/>
    </w:rPr>
  </w:style>
  <w:style w:type="paragraph" w:styleId="Nadpisobsahu">
    <w:name w:val="TOC Heading"/>
    <w:basedOn w:val="Nadpis1"/>
    <w:next w:val="Normln"/>
    <w:uiPriority w:val="39"/>
    <w:unhideWhenUsed/>
    <w:qFormat/>
    <w:rsid w:val="00FC693F"/>
    <w:pPr>
      <w:outlineLvl w:val="9"/>
    </w:pPr>
  </w:style>
  <w:style w:type="table" w:styleId="Mkatabulky">
    <w:name w:val="Table Grid"/>
    <w:basedOn w:val="Normlntabulka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Svtlstnovn">
    <w:name w:val="Light Shading"/>
    <w:basedOn w:val="Normlntabulka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vtlstnovnzvraznn1">
    <w:name w:val="Light Shading Accent 1"/>
    <w:basedOn w:val="Normlntabulka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Svtlstnovnzvraznn2">
    <w:name w:val="Light Shading Accent 2"/>
    <w:basedOn w:val="Normlntabulka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Svtlstnovnzvraznn3">
    <w:name w:val="Light Shading Accent 3"/>
    <w:basedOn w:val="Normlntabulka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Svtlstnovnzvraznn4">
    <w:name w:val="Light Shading Accent 4"/>
    <w:basedOn w:val="Normlntabulka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Svtlstnovnzvraznn5">
    <w:name w:val="Light Shading Accent 5"/>
    <w:basedOn w:val="Normlntabulka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Svtlstnovnzvraznn6">
    <w:name w:val="Light Shading Accent 6"/>
    <w:basedOn w:val="Normlntabulka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Svtlseznam">
    <w:name w:val="Light List"/>
    <w:basedOn w:val="Normlntabulka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Svtlseznamzvraznn1">
    <w:name w:val="Light List Accent 1"/>
    <w:basedOn w:val="Normlntabulka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Svtlseznamzvraznn2">
    <w:name w:val="Light List Accent 2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Svtlseznamzvraznn3">
    <w:name w:val="Light List Accent 3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Svtlseznamzvraznn4">
    <w:name w:val="Light List Accent 4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Svtlseznamzvraznn5">
    <w:name w:val="Light List Accent 5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Svtlseznamzvraznn6">
    <w:name w:val="Light List Accent 6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Svtlmka">
    <w:name w:val="Light Grid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Svtlmkazvraznn1">
    <w:name w:val="Light Grid Accent 1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Svtlmkazvraznn2">
    <w:name w:val="Light Grid Accent 2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Svtlmkazvraznn3">
    <w:name w:val="Light Grid Accent 3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Svtlmkazvraznn4">
    <w:name w:val="Light Grid Accent 4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Svtlmkazvraznn5">
    <w:name w:val="Light Grid Accent 5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Svtlmkazvraznn6">
    <w:name w:val="Light Grid Accent 6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Stednstnovn1">
    <w:name w:val="Medium Shading 1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1">
    <w:name w:val="Medium Shading 1 Accent 1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2">
    <w:name w:val="Medium Shading 1 Accent 2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3">
    <w:name w:val="Medium Shading 1 Accent 3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4">
    <w:name w:val="Medium Shading 1 Accent 4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5">
    <w:name w:val="Medium Shading 1 Accent 5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6">
    <w:name w:val="Medium Shading 1 Accent 6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2">
    <w:name w:val="Medium Shading 2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1">
    <w:name w:val="Medium Shading 2 Accent 1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2">
    <w:name w:val="Medium Shading 2 Accent 2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3">
    <w:name w:val="Medium Shading 2 Accent 3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4">
    <w:name w:val="Medium Shading 2 Accent 4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5">
    <w:name w:val="Medium Shading 2 Accent 5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6">
    <w:name w:val="Medium Shading 2 Accent 6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eznam1">
    <w:name w:val="Medium List 1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Stednseznam1zvraznn1">
    <w:name w:val="Medium List 1 Accent 1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Stednseznam1zvraznn2">
    <w:name w:val="Medium List 1 Accent 2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Stednseznam1zvraznn3">
    <w:name w:val="Medium List 1 Accent 3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Stednseznam1zvraznn4">
    <w:name w:val="Medium List 1 Accent 4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Stednseznam1zvraznn5">
    <w:name w:val="Medium List 1 Accent 5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Stednseznam1zvraznn6">
    <w:name w:val="Medium List 1 Accent 6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Stednseznam2">
    <w:name w:val="Medium List 2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1">
    <w:name w:val="Medium List 2 Accent 1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2">
    <w:name w:val="Medium List 2 Accent 2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3">
    <w:name w:val="Medium List 2 Accent 3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4">
    <w:name w:val="Medium List 2 Accent 4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5">
    <w:name w:val="Medium List 2 Accent 5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6">
    <w:name w:val="Medium List 2 Accent 6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mka1">
    <w:name w:val="Medium Grid 1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Stednmka1zvraznn1">
    <w:name w:val="Medium Grid 1 Accent 1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Stednmka1zvraznn2">
    <w:name w:val="Medium Grid 1 Accent 2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Stednmka1zvraznn3">
    <w:name w:val="Medium Grid 1 Accent 3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Stednmka1zvraznn4">
    <w:name w:val="Medium Grid 1 Accent 4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Stednmka1zvraznn5">
    <w:name w:val="Medium Grid 1 Accent 5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Stednmka1zvraznn6">
    <w:name w:val="Medium Grid 1 Accent 6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Stednmka2">
    <w:name w:val="Medium Grid 2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1">
    <w:name w:val="Medium Grid 2 Accent 1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2">
    <w:name w:val="Medium Grid 2 Accent 2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3">
    <w:name w:val="Medium Grid 2 Accent 3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4">
    <w:name w:val="Medium Grid 2 Accent 4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5">
    <w:name w:val="Medium Grid 2 Accent 5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6">
    <w:name w:val="Medium Grid 2 Accent 6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3">
    <w:name w:val="Medium Grid 3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Stednmka3zvraznn1">
    <w:name w:val="Medium Grid 3 Accent 1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Stednmka3zvraznn2">
    <w:name w:val="Medium Grid 3 Accent 2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Stednmka3zvraznn3">
    <w:name w:val="Medium Grid 3 Accent 3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Stednmka3zvraznn4">
    <w:name w:val="Medium Grid 3 Accent 4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Stednmka3zvraznn5">
    <w:name w:val="Medium Grid 3 Accent 5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Stednmka3zvraznn6">
    <w:name w:val="Medium Grid 3 Accent 6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Tmavseznam">
    <w:name w:val="Dark List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Tmavseznamzvraznn1">
    <w:name w:val="Dark List Accent 1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Tmavseznamzvraznn2">
    <w:name w:val="Dark List Accent 2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Tmavseznamzvraznn3">
    <w:name w:val="Dark List Accent 3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Tmavseznamzvraznn4">
    <w:name w:val="Dark List Accent 4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Tmavseznamzvraznn5">
    <w:name w:val="Dark List Accent 5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Tmavseznamzvraznn6">
    <w:name w:val="Dark List Accent 6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Barevnstnovn">
    <w:name w:val="Colorful Shading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1">
    <w:name w:val="Colorful Shading Accent 1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2">
    <w:name w:val="Colorful Shading Accent 2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3">
    <w:name w:val="Colorful Shading Accent 3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Barevnstnovnzvraznn4">
    <w:name w:val="Colorful Shading Accent 4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5">
    <w:name w:val="Colorful Shading Accent 5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6">
    <w:name w:val="Colorful Shading Accent 6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eznam">
    <w:name w:val="Colorful List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seznamzvraznn1">
    <w:name w:val="Colorful List Accent 1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Barevnseznamzvraznn2">
    <w:name w:val="Colorful List Accent 2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Barevnseznamzvraznn3">
    <w:name w:val="Colorful List Accent 3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Barevnseznamzvraznn4">
    <w:name w:val="Colorful List Accent 4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Barevnseznamzvraznn5">
    <w:name w:val="Colorful List Accent 5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Barevnseznamzvraznn6">
    <w:name w:val="Colorful List Accent 6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Barevnmka">
    <w:name w:val="Colorful Grid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Barevnmkazvraznn1">
    <w:name w:val="Colorful Grid Accent 1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Barevnmkazvraznn2">
    <w:name w:val="Colorful Grid Accent 2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Barevnmkazvraznn3">
    <w:name w:val="Colorful Grid Accent 3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Barevnmkazvraznn4">
    <w:name w:val="Colorful Grid Accent 4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Barevnmkazvraznn5">
    <w:name w:val="Colorful Grid Accent 5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Barevnmkazvraznn6">
    <w:name w:val="Colorful Grid Accent 6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customStyle="1" w:styleId="OdrkyMSWORD">
    <w:name w:val="Odrážky MS WORD"/>
    <w:basedOn w:val="Odstavecseseznamem"/>
    <w:link w:val="OdrkyMSWORDChar"/>
    <w:qFormat/>
    <w:rsid w:val="00FE6AE8"/>
    <w:pPr>
      <w:numPr>
        <w:numId w:val="8"/>
      </w:numPr>
      <w:spacing w:after="0"/>
    </w:pPr>
  </w:style>
  <w:style w:type="character" w:customStyle="1" w:styleId="OdstavecseseznamemChar">
    <w:name w:val="Odstavec se seznamem Char"/>
    <w:basedOn w:val="Standardnpsmoodstavce"/>
    <w:link w:val="Odstavecseseznamem"/>
    <w:uiPriority w:val="34"/>
    <w:rsid w:val="00FE6AE8"/>
  </w:style>
  <w:style w:type="character" w:customStyle="1" w:styleId="OdrkyMSWORDChar">
    <w:name w:val="Odrážky MS WORD Char"/>
    <w:basedOn w:val="OdstavecseseznamemChar"/>
    <w:link w:val="OdrkyMSWORD"/>
    <w:rsid w:val="00FE6AE8"/>
    <w:rPr>
      <w:lang w:val="cs-CZ"/>
    </w:rPr>
  </w:style>
  <w:style w:type="paragraph" w:customStyle="1" w:styleId="tubtextpododstavec">
    <w:name w:val="tučbý text pododstavec"/>
    <w:basedOn w:val="Normln"/>
    <w:qFormat/>
    <w:rsid w:val="00B951A8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cs-CZ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EB119E"/>
    <w:pPr>
      <w:spacing w:after="0" w:line="240" w:lineRule="auto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EB119E"/>
    <w:rPr>
      <w:sz w:val="20"/>
      <w:szCs w:val="20"/>
      <w:lang w:val="cs-CZ"/>
    </w:rPr>
  </w:style>
  <w:style w:type="character" w:styleId="Znakapoznpodarou">
    <w:name w:val="footnote reference"/>
    <w:basedOn w:val="Standardnpsmoodstavce"/>
    <w:uiPriority w:val="99"/>
    <w:semiHidden/>
    <w:unhideWhenUsed/>
    <w:rsid w:val="00EB119E"/>
    <w:rPr>
      <w:vertAlign w:val="superscript"/>
    </w:rPr>
  </w:style>
  <w:style w:type="character" w:styleId="Hypertextovodkaz">
    <w:name w:val="Hyperlink"/>
    <w:basedOn w:val="Standardnpsmoodstavce"/>
    <w:uiPriority w:val="99"/>
    <w:unhideWhenUsed/>
    <w:rsid w:val="006E7A60"/>
    <w:rPr>
      <w:color w:val="0000FF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6E7A60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6E7A60"/>
    <w:rPr>
      <w:color w:val="800080" w:themeColor="followedHyperlink"/>
      <w:u w:val="single"/>
    </w:rPr>
  </w:style>
  <w:style w:type="character" w:customStyle="1" w:styleId="relative">
    <w:name w:val="relative"/>
    <w:basedOn w:val="Standardnpsmoodstavce"/>
    <w:rsid w:val="004E3CF4"/>
  </w:style>
  <w:style w:type="paragraph" w:styleId="Normlnweb">
    <w:name w:val="Normal (Web)"/>
    <w:basedOn w:val="Normln"/>
    <w:uiPriority w:val="99"/>
    <w:semiHidden/>
    <w:unhideWhenUsed/>
    <w:rsid w:val="00D102E7"/>
    <w:rPr>
      <w:rFonts w:ascii="Times New Roman" w:hAnsi="Times New Roman" w:cs="Times New Roman"/>
      <w:sz w:val="24"/>
      <w:szCs w:val="24"/>
    </w:rPr>
  </w:style>
  <w:style w:type="paragraph" w:styleId="Obsah1">
    <w:name w:val="toc 1"/>
    <w:basedOn w:val="Normln"/>
    <w:next w:val="Normln"/>
    <w:autoRedefine/>
    <w:uiPriority w:val="39"/>
    <w:unhideWhenUsed/>
    <w:rsid w:val="009230FC"/>
    <w:pPr>
      <w:spacing w:after="100"/>
    </w:pPr>
  </w:style>
  <w:style w:type="paragraph" w:styleId="Obsah2">
    <w:name w:val="toc 2"/>
    <w:basedOn w:val="Normln"/>
    <w:next w:val="Normln"/>
    <w:autoRedefine/>
    <w:uiPriority w:val="39"/>
    <w:unhideWhenUsed/>
    <w:rsid w:val="009230FC"/>
    <w:pPr>
      <w:spacing w:after="100"/>
      <w:ind w:left="220"/>
    </w:pPr>
  </w:style>
  <w:style w:type="paragraph" w:styleId="Obsah3">
    <w:name w:val="toc 3"/>
    <w:basedOn w:val="Normln"/>
    <w:next w:val="Normln"/>
    <w:autoRedefine/>
    <w:uiPriority w:val="39"/>
    <w:unhideWhenUsed/>
    <w:rsid w:val="009230FC"/>
    <w:pPr>
      <w:spacing w:after="100"/>
      <w:ind w:left="440"/>
    </w:pPr>
  </w:style>
  <w:style w:type="paragraph" w:styleId="Obsah4">
    <w:name w:val="toc 4"/>
    <w:basedOn w:val="Normln"/>
    <w:next w:val="Normln"/>
    <w:autoRedefine/>
    <w:uiPriority w:val="39"/>
    <w:unhideWhenUsed/>
    <w:rsid w:val="009230FC"/>
    <w:pPr>
      <w:spacing w:after="100"/>
      <w:ind w:left="660"/>
    </w:pPr>
  </w:style>
  <w:style w:type="paragraph" w:styleId="Obsah5">
    <w:name w:val="toc 5"/>
    <w:basedOn w:val="Normln"/>
    <w:next w:val="Normln"/>
    <w:autoRedefine/>
    <w:uiPriority w:val="39"/>
    <w:unhideWhenUsed/>
    <w:rsid w:val="00CC03EB"/>
    <w:pPr>
      <w:spacing w:after="100" w:line="278" w:lineRule="auto"/>
      <w:ind w:left="960"/>
      <w:jc w:val="left"/>
    </w:pPr>
    <w:rPr>
      <w:kern w:val="2"/>
      <w:sz w:val="24"/>
      <w:szCs w:val="24"/>
      <w:lang w:eastAsia="cs-CZ"/>
      <w14:ligatures w14:val="standardContextual"/>
    </w:rPr>
  </w:style>
  <w:style w:type="paragraph" w:styleId="Obsah6">
    <w:name w:val="toc 6"/>
    <w:basedOn w:val="Normln"/>
    <w:next w:val="Normln"/>
    <w:autoRedefine/>
    <w:uiPriority w:val="39"/>
    <w:unhideWhenUsed/>
    <w:rsid w:val="00CC03EB"/>
    <w:pPr>
      <w:spacing w:after="100" w:line="278" w:lineRule="auto"/>
      <w:ind w:left="1200"/>
      <w:jc w:val="left"/>
    </w:pPr>
    <w:rPr>
      <w:kern w:val="2"/>
      <w:sz w:val="24"/>
      <w:szCs w:val="24"/>
      <w:lang w:eastAsia="cs-CZ"/>
      <w14:ligatures w14:val="standardContextual"/>
    </w:rPr>
  </w:style>
  <w:style w:type="paragraph" w:styleId="Obsah7">
    <w:name w:val="toc 7"/>
    <w:basedOn w:val="Normln"/>
    <w:next w:val="Normln"/>
    <w:autoRedefine/>
    <w:uiPriority w:val="39"/>
    <w:unhideWhenUsed/>
    <w:rsid w:val="00CC03EB"/>
    <w:pPr>
      <w:spacing w:after="100" w:line="278" w:lineRule="auto"/>
      <w:ind w:left="1440"/>
      <w:jc w:val="left"/>
    </w:pPr>
    <w:rPr>
      <w:kern w:val="2"/>
      <w:sz w:val="24"/>
      <w:szCs w:val="24"/>
      <w:lang w:eastAsia="cs-CZ"/>
      <w14:ligatures w14:val="standardContextual"/>
    </w:rPr>
  </w:style>
  <w:style w:type="paragraph" w:styleId="Obsah8">
    <w:name w:val="toc 8"/>
    <w:basedOn w:val="Normln"/>
    <w:next w:val="Normln"/>
    <w:autoRedefine/>
    <w:uiPriority w:val="39"/>
    <w:unhideWhenUsed/>
    <w:rsid w:val="00CC03EB"/>
    <w:pPr>
      <w:spacing w:after="100" w:line="278" w:lineRule="auto"/>
      <w:ind w:left="1680"/>
      <w:jc w:val="left"/>
    </w:pPr>
    <w:rPr>
      <w:kern w:val="2"/>
      <w:sz w:val="24"/>
      <w:szCs w:val="24"/>
      <w:lang w:eastAsia="cs-CZ"/>
      <w14:ligatures w14:val="standardContextual"/>
    </w:rPr>
  </w:style>
  <w:style w:type="paragraph" w:styleId="Obsah9">
    <w:name w:val="toc 9"/>
    <w:basedOn w:val="Normln"/>
    <w:next w:val="Normln"/>
    <w:autoRedefine/>
    <w:uiPriority w:val="39"/>
    <w:unhideWhenUsed/>
    <w:rsid w:val="00CC03EB"/>
    <w:pPr>
      <w:spacing w:after="100" w:line="278" w:lineRule="auto"/>
      <w:ind w:left="1920"/>
      <w:jc w:val="left"/>
    </w:pPr>
    <w:rPr>
      <w:kern w:val="2"/>
      <w:sz w:val="24"/>
      <w:szCs w:val="24"/>
      <w:lang w:eastAsia="cs-CZ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1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0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4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6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1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9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7999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2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8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70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993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12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585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24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60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30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7958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513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61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42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71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27034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512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71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61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539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85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78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83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11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89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22151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74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56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3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62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3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004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60061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85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898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15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71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92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675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03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15402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609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1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05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47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30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67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23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99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0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339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24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938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70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689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0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57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12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0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9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44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14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56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26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7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66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13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03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0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50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8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16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15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96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4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13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53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34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93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59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5916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521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2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249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252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55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02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95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20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20297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83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80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16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78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1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87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06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80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46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15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30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3537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549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85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3094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7718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183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18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377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74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3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1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81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69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78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59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5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449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75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35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80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55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36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92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897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61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21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39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58577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668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24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1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07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44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81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32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0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88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8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34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70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15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45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24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90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02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77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22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30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1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06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37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34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25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76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494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48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78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pn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jp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3169</Words>
  <Characters>18703</Characters>
  <Application>Microsoft Office Word</Application>
  <DocSecurity>0</DocSecurity>
  <Lines>155</Lines>
  <Paragraphs>43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21829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Radka Pittnerová</cp:lastModifiedBy>
  <cp:revision>3</cp:revision>
  <cp:lastPrinted>2025-09-08T19:18:00Z</cp:lastPrinted>
  <dcterms:created xsi:type="dcterms:W3CDTF">2026-02-27T19:00:00Z</dcterms:created>
  <dcterms:modified xsi:type="dcterms:W3CDTF">2026-02-27T19:02:00Z</dcterms:modified>
  <cp:category/>
</cp:coreProperties>
</file>